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spacing w:before="700"/>
        <w:jc w:val="center"/>
      </w:pPr>
      <w:r>
        <w:t>VERTICAL SHORT DRAMA · PRODUCTION FILE</w:t>
      </w:r>
    </w:p>
    <w:p>
      <w:pPr>
        <w:pStyle w:val="Title"/>
        <w:jc w:val="center"/>
      </w:pPr>
      <w:r>
        <w:t>《全家都说我推了妹妹》</w:t>
      </w:r>
    </w:p>
    <w:p>
      <w:pPr>
        <w:pStyle w:val="Subtitle"/>
        <w:jc w:val="center"/>
      </w:pPr>
      <w:r>
        <w:t>全季锁稿合订本 · LOCKED SEASON</w:t>
      </w:r>
    </w:p>
    <w:p>
      <w:pPr>
        <w:spacing w:before="160" w:after="400"/>
        <w:jc w:val="center"/>
      </w:pPr>
      <w:r>
        <w:rPr>
          <w:color w:val="2E74B5"/>
        </w:rPr>
        <w:t>━━━━━━</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2466"/>
        <w:gridCol w:w="7398"/>
      </w:tblGrid>
      <w:tr>
        <w:tc>
          <w:tcPr>
            <w:tcW w:type="dxa" w:w="2466"/>
            <w:vAlign w:val="center"/>
          </w:tcPr>
          <w:p>
            <w:pPr>
              <w:spacing w:after="0"/>
            </w:pPr>
            <w:r>
              <w:rPr>
                <w:b/>
                <w:color w:val="2E74B5"/>
              </w:rPr>
              <w:t>项目代号</w:t>
            </w:r>
          </w:p>
        </w:tc>
        <w:tc>
          <w:tcPr>
            <w:tcW w:type="dxa" w:w="7398"/>
            <w:vAlign w:val="center"/>
          </w:tcPr>
          <w:p>
            <w:pPr>
              <w:spacing w:after="0"/>
            </w:pPr>
            <w:r>
              <w:rPr>
                <w:b w:val="0"/>
              </w:rPr>
              <w:t>quan-jia-dou-shuo-wo-tui-le-meimei</w:t>
            </w:r>
          </w:p>
        </w:tc>
      </w:tr>
      <w:tr>
        <w:tc>
          <w:tcPr>
            <w:tcW w:type="dxa" w:w="2466"/>
            <w:shd w:fill="F2F2F2"/>
            <w:vAlign w:val="center"/>
          </w:tcPr>
          <w:p>
            <w:pPr>
              <w:spacing w:after="0"/>
            </w:pPr>
            <w:r>
              <w:rPr>
                <w:b/>
                <w:color w:val="2E74B5"/>
              </w:rPr>
              <w:t>规格</w:t>
            </w:r>
          </w:p>
        </w:tc>
        <w:tc>
          <w:tcPr>
            <w:tcW w:type="dxa" w:w="7398"/>
            <w:shd w:fill="F2F2F2"/>
            <w:vAlign w:val="center"/>
          </w:tcPr>
          <w:p>
            <w:pPr>
              <w:spacing w:after="0"/>
            </w:pPr>
            <w:r>
              <w:rPr>
                <w:b w:val="0"/>
              </w:rPr>
              <w:t>12 集 × 240 秒</w:t>
            </w:r>
          </w:p>
        </w:tc>
      </w:tr>
      <w:tr>
        <w:tc>
          <w:tcPr>
            <w:tcW w:type="dxa" w:w="2466"/>
            <w:vAlign w:val="center"/>
          </w:tcPr>
          <w:p>
            <w:pPr>
              <w:spacing w:after="0"/>
            </w:pPr>
            <w:r>
              <w:rPr>
                <w:b/>
                <w:color w:val="2E74B5"/>
              </w:rPr>
              <w:t>平台 / 受众</w:t>
            </w:r>
          </w:p>
        </w:tc>
        <w:tc>
          <w:tcPr>
            <w:tcW w:type="dxa" w:w="7398"/>
            <w:vAlign w:val="center"/>
          </w:tcPr>
          <w:p>
            <w:pPr>
              <w:spacing w:after="0"/>
            </w:pPr>
            <w:r>
              <w:rPr>
                <w:b w:val="0"/>
              </w:rPr>
              <w:t>红果短剧 / 25—40 岁女性观众</w:t>
            </w:r>
          </w:p>
        </w:tc>
      </w:tr>
      <w:tr>
        <w:tc>
          <w:tcPr>
            <w:tcW w:type="dxa" w:w="2466"/>
            <w:shd w:fill="F2F2F2"/>
            <w:vAlign w:val="center"/>
          </w:tcPr>
          <w:p>
            <w:pPr>
              <w:spacing w:after="0"/>
            </w:pPr>
            <w:r>
              <w:rPr>
                <w:b/>
                <w:color w:val="2E74B5"/>
              </w:rPr>
              <w:t>类型 / 预算</w:t>
            </w:r>
          </w:p>
        </w:tc>
        <w:tc>
          <w:tcPr>
            <w:tcW w:type="dxa" w:w="7398"/>
            <w:shd w:fill="F2F2F2"/>
            <w:vAlign w:val="center"/>
          </w:tcPr>
          <w:p>
            <w:pPr>
              <w:spacing w:after="0"/>
            </w:pPr>
            <w:r>
              <w:rPr>
                <w:b w:val="0"/>
              </w:rPr>
              <w:t>suspense / 中低预算</w:t>
            </w:r>
          </w:p>
        </w:tc>
      </w:tr>
      <w:tr>
        <w:tc>
          <w:tcPr>
            <w:tcW w:type="dxa" w:w="2466"/>
            <w:vAlign w:val="center"/>
          </w:tcPr>
          <w:p>
            <w:pPr>
              <w:spacing w:after="0"/>
            </w:pPr>
            <w:r>
              <w:rPr>
                <w:b/>
                <w:color w:val="2E74B5"/>
              </w:rPr>
              <w:t>阶段 / 修订</w:t>
            </w:r>
          </w:p>
        </w:tc>
        <w:tc>
          <w:tcPr>
            <w:tcW w:type="dxa" w:w="7398"/>
            <w:vAlign w:val="center"/>
          </w:tcPr>
          <w:p>
            <w:pPr>
              <w:spacing w:after="0"/>
            </w:pPr>
            <w:r>
              <w:rPr>
                <w:b w:val="0"/>
              </w:rPr>
              <w:t>locked / v1.0.0</w:t>
            </w:r>
          </w:p>
        </w:tc>
      </w:tr>
      <w:tr>
        <w:tc>
          <w:tcPr>
            <w:tcW w:type="dxa" w:w="2466"/>
            <w:shd w:fill="F2F2F2"/>
            <w:vAlign w:val="center"/>
          </w:tcPr>
          <w:p>
            <w:pPr>
              <w:spacing w:after="0"/>
            </w:pPr>
            <w:r>
              <w:rPr>
                <w:b/>
                <w:color w:val="2E74B5"/>
              </w:rPr>
              <w:t>权利状态</w:t>
            </w:r>
          </w:p>
        </w:tc>
        <w:tc>
          <w:tcPr>
            <w:tcW w:type="dxa" w:w="7398"/>
            <w:shd w:fill="F2F2F2"/>
            <w:vAlign w:val="center"/>
          </w:tcPr>
          <w:p>
            <w:pPr>
              <w:spacing w:after="0"/>
            </w:pPr>
            <w:r>
              <w:rPr>
                <w:b w:val="0"/>
              </w:rPr>
              <w:t>original</w:t>
            </w:r>
          </w:p>
        </w:tc>
      </w:tr>
    </w:tbl>
    <w:p>
      <w:pPr>
        <w:pStyle w:val="DramaMeta"/>
        <w:spacing w:before="320"/>
        <w:jc w:val="center"/>
      </w:pPr>
      <w:r>
        <w:t>仅收录已确认内容；合规检查不等于法律意见或平台审核。</w:t>
      </w:r>
      <w:r>
        <w:br w:type="page"/>
      </w:r>
    </w:p>
    <w:p>
      <w:pPr>
        <w:pStyle w:val="Heading1"/>
      </w:pPr>
      <w:r>
        <w:t>内容索引</w:t>
      </w:r>
    </w:p>
    <w:p>
      <w:pPr>
        <w:numPr>
          <w:ilvl w:val="0"/>
          <w:numId w:val="10"/>
        </w:numPr>
      </w:pPr>
      <w:r>
        <w:t>项目简报</w:t>
      </w:r>
    </w:p>
    <w:p>
      <w:pPr>
        <w:numPr>
          <w:ilvl w:val="0"/>
          <w:numId w:val="10"/>
        </w:numPr>
      </w:pPr>
      <w:r>
        <w:t>故事圣经</w:t>
      </w:r>
    </w:p>
    <w:p>
      <w:pPr>
        <w:numPr>
          <w:ilvl w:val="0"/>
          <w:numId w:val="10"/>
        </w:numPr>
      </w:pPr>
      <w:r>
        <w:t>分集表</w:t>
      </w:r>
    </w:p>
    <w:p>
      <w:pPr>
        <w:numPr>
          <w:ilvl w:val="0"/>
          <w:numId w:val="10"/>
        </w:numPr>
      </w:pPr>
      <w:r>
        <w:t>EP001 · 露台下没有人</w:t>
      </w:r>
    </w:p>
    <w:p>
      <w:pPr>
        <w:numPr>
          <w:ilvl w:val="0"/>
          <w:numId w:val="10"/>
        </w:numPr>
      </w:pPr>
      <w:r>
        <w:t>EP002 · 第二个机位</w:t>
      </w:r>
    </w:p>
    <w:p>
      <w:pPr>
        <w:numPr>
          <w:ilvl w:val="0"/>
          <w:numId w:val="10"/>
        </w:numPr>
      </w:pPr>
      <w:r>
        <w:t>EP003 · 坠落之后的门</w:t>
      </w:r>
    </w:p>
    <w:p>
      <w:pPr>
        <w:numPr>
          <w:ilvl w:val="0"/>
          <w:numId w:val="10"/>
        </w:numPr>
      </w:pPr>
      <w:r>
        <w:t>EP004 · 谁先咬钩</w:t>
      </w:r>
    </w:p>
    <w:p>
      <w:pPr>
        <w:numPr>
          <w:ilvl w:val="0"/>
          <w:numId w:val="10"/>
        </w:numPr>
      </w:pPr>
      <w:r>
        <w:t>EP005 · 真正的闯入理由</w:t>
      </w:r>
    </w:p>
    <w:p>
      <w:pPr>
        <w:numPr>
          <w:ilvl w:val="0"/>
          <w:numId w:val="10"/>
        </w:numPr>
      </w:pPr>
      <w:r>
        <w:t>EP006 · 活着的共谋</w:t>
      </w:r>
    </w:p>
    <w:p>
      <w:pPr>
        <w:numPr>
          <w:ilvl w:val="0"/>
          <w:numId w:val="10"/>
        </w:numPr>
      </w:pPr>
      <w:r>
        <w:t>EP007 · 协议背面的警告</w:t>
      </w:r>
    </w:p>
    <w:p>
      <w:pPr>
        <w:numPr>
          <w:ilvl w:val="0"/>
          <w:numId w:val="10"/>
        </w:numPr>
      </w:pPr>
      <w:r>
        <w:t>EP008 · 签字换人</w:t>
      </w:r>
    </w:p>
    <w:p>
      <w:pPr>
        <w:numPr>
          <w:ilvl w:val="0"/>
          <w:numId w:val="10"/>
        </w:numPr>
      </w:pPr>
      <w:r>
        <w:t>EP009 · 找到她，却带不走她</w:t>
      </w:r>
    </w:p>
    <w:p>
      <w:pPr>
        <w:numPr>
          <w:ilvl w:val="0"/>
          <w:numId w:val="10"/>
        </w:numPr>
      </w:pPr>
      <w:r>
        <w:t>EP010 · 反向样板屋</w:t>
      </w:r>
    </w:p>
    <w:p>
      <w:pPr>
        <w:numPr>
          <w:ilvl w:val="0"/>
          <w:numId w:val="10"/>
        </w:numPr>
      </w:pPr>
      <w:r>
        <w:t>EP011 · 四条证据</w:t>
      </w:r>
    </w:p>
    <w:p>
      <w:pPr>
        <w:numPr>
          <w:ilvl w:val="0"/>
          <w:numId w:val="10"/>
        </w:numPr>
      </w:pPr>
      <w:r>
        <w:t>EP012 · 把门还给她</w:t>
      </w:r>
    </w:p>
    <w:p>
      <w:r>
        <w:br w:type="page"/>
      </w:r>
    </w:p>
    <w:p>
      <w:pPr>
        <w:pStyle w:val="Heading1"/>
      </w:pPr>
      <w:r>
        <w:t>项目简报</w:t>
      </w:r>
    </w:p>
    <w:p>
      <w:pPr>
        <w:numPr>
          <w:ilvl w:val="0"/>
          <w:numId w:val="11"/>
        </w:numPr>
      </w:pPr>
      <w:r>
        <w:t>修订号：0.4.0</w:t>
      </w:r>
    </w:p>
    <w:p>
      <w:pPr>
        <w:numPr>
          <w:ilvl w:val="0"/>
          <w:numId w:val="11"/>
        </w:numPr>
      </w:pPr>
      <w:r>
        <w:t>状态：已确认并锁定</w:t>
      </w:r>
    </w:p>
    <w:p>
      <w:pPr>
        <w:numPr>
          <w:ilvl w:val="0"/>
          <w:numId w:val="11"/>
        </w:numPr>
      </w:pPr>
      <w:r>
        <w:t>确认依据：用户已确认需求规格、女性复仇悬疑方向、核心故事与制片交付范围</w:t>
      </w:r>
    </w:p>
    <w:p>
      <w:pPr>
        <w:pStyle w:val="Heading2"/>
      </w:pPr>
      <w:r>
        <w:t>一句话卖点</w:t>
      </w:r>
    </w:p>
    <w:p>
      <w:r>
        <w:t>智能家居设计师在妹妹疑似坠楼后被全家指认为凶手；她假装接受“自己失控”的说法，利用房屋留下的离线痕迹，在 72 小时内逐层拆穿丈夫制造的共同谎言。</w:t>
      </w:r>
    </w:p>
    <w:p>
      <w:pPr>
        <w:pStyle w:val="Heading2"/>
      </w:pPr>
      <w:r>
        <w:t>已确认规格</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3452"/>
        <w:gridCol w:w="6412"/>
      </w:tblGrid>
      <w:tr>
        <w:trPr>
          <w:tblHeader w:val="true"/>
        </w:trPr>
        <w:tc>
          <w:tcPr>
            <w:tcW w:type="dxa" w:w="3452"/>
            <w:shd w:fill="2E74B5"/>
            <w:vAlign w:val="center"/>
          </w:tcPr>
          <w:p>
            <w:pPr>
              <w:spacing w:after="0"/>
            </w:pPr>
            <w:r>
              <w:rPr>
                <w:b/>
                <w:color w:val="FFFFFF"/>
              </w:rPr>
              <w:t>项目</w:t>
            </w:r>
          </w:p>
        </w:tc>
        <w:tc>
          <w:tcPr>
            <w:tcW w:type="dxa" w:w="6412"/>
            <w:shd w:fill="2E74B5"/>
            <w:vAlign w:val="center"/>
          </w:tcPr>
          <w:p>
            <w:pPr>
              <w:spacing w:after="0"/>
            </w:pPr>
            <w:r>
              <w:rPr>
                <w:b/>
                <w:color w:val="FFFFFF"/>
              </w:rPr>
              <w:t>内容</w:t>
            </w:r>
          </w:p>
        </w:tc>
      </w:tr>
      <w:tr>
        <w:tc>
          <w:tcPr>
            <w:tcW w:type="dxa" w:w="3452"/>
            <w:vAlign w:val="center"/>
          </w:tcPr>
          <w:p>
            <w:pPr>
              <w:spacing w:after="0"/>
            </w:pPr>
            <w:r>
              <w:rPr>
                <w:b w:val="0"/>
              </w:rPr>
              <w:t>市场</w:t>
            </w:r>
          </w:p>
        </w:tc>
        <w:tc>
          <w:tcPr>
            <w:tcW w:type="dxa" w:w="6412"/>
            <w:vAlign w:val="center"/>
          </w:tcPr>
          <w:p>
            <w:pPr>
              <w:spacing w:after="0"/>
            </w:pPr>
            <w:r>
              <w:rPr>
                <w:b w:val="0"/>
              </w:rPr>
              <w:t>中国大陆</w:t>
            </w:r>
          </w:p>
        </w:tc>
      </w:tr>
      <w:tr>
        <w:tc>
          <w:tcPr>
            <w:tcW w:type="dxa" w:w="3452"/>
            <w:shd w:fill="F2F2F2"/>
            <w:vAlign w:val="center"/>
          </w:tcPr>
          <w:p>
            <w:pPr>
              <w:spacing w:after="0"/>
            </w:pPr>
            <w:r>
              <w:rPr>
                <w:b w:val="0"/>
              </w:rPr>
              <w:t>形态</w:t>
            </w:r>
          </w:p>
        </w:tc>
        <w:tc>
          <w:tcPr>
            <w:tcW w:type="dxa" w:w="6412"/>
            <w:shd w:fill="F2F2F2"/>
            <w:vAlign w:val="center"/>
          </w:tcPr>
          <w:p>
            <w:pPr>
              <w:spacing w:after="0"/>
            </w:pPr>
            <w:r>
              <w:rPr>
                <w:b w:val="0"/>
              </w:rPr>
              <w:t>9:16 竖屏连续短剧</w:t>
            </w:r>
          </w:p>
        </w:tc>
      </w:tr>
      <w:tr>
        <w:tc>
          <w:tcPr>
            <w:tcW w:type="dxa" w:w="3452"/>
            <w:vAlign w:val="center"/>
          </w:tcPr>
          <w:p>
            <w:pPr>
              <w:spacing w:after="0"/>
            </w:pPr>
            <w:r>
              <w:rPr>
                <w:b w:val="0"/>
              </w:rPr>
              <w:t>平台</w:t>
            </w:r>
          </w:p>
        </w:tc>
        <w:tc>
          <w:tcPr>
            <w:tcW w:type="dxa" w:w="6412"/>
            <w:vAlign w:val="center"/>
          </w:tcPr>
          <w:p>
            <w:pPr>
              <w:spacing w:after="0"/>
            </w:pPr>
            <w:r>
              <w:rPr>
                <w:b w:val="0"/>
              </w:rPr>
              <w:t>红果短剧</w:t>
            </w:r>
          </w:p>
        </w:tc>
      </w:tr>
      <w:tr>
        <w:tc>
          <w:tcPr>
            <w:tcW w:type="dxa" w:w="3452"/>
            <w:shd w:fill="F2F2F2"/>
            <w:vAlign w:val="center"/>
          </w:tcPr>
          <w:p>
            <w:pPr>
              <w:spacing w:after="0"/>
            </w:pPr>
            <w:r>
              <w:rPr>
                <w:b w:val="0"/>
              </w:rPr>
              <w:t>主/辅类型</w:t>
            </w:r>
          </w:p>
        </w:tc>
        <w:tc>
          <w:tcPr>
            <w:tcW w:type="dxa" w:w="6412"/>
            <w:shd w:fill="F2F2F2"/>
            <w:vAlign w:val="center"/>
          </w:tcPr>
          <w:p>
            <w:pPr>
              <w:spacing w:after="0"/>
            </w:pPr>
            <w:r>
              <w:rPr>
                <w:b w:val="0"/>
              </w:rPr>
              <w:t>悬疑 / 女性复仇与成长</w:t>
            </w:r>
          </w:p>
        </w:tc>
      </w:tr>
      <w:tr>
        <w:tc>
          <w:tcPr>
            <w:tcW w:type="dxa" w:w="3452"/>
            <w:vAlign w:val="center"/>
          </w:tcPr>
          <w:p>
            <w:pPr>
              <w:spacing w:after="0"/>
            </w:pPr>
            <w:r>
              <w:rPr>
                <w:b w:val="0"/>
              </w:rPr>
              <w:t>受众</w:t>
            </w:r>
          </w:p>
        </w:tc>
        <w:tc>
          <w:tcPr>
            <w:tcW w:type="dxa" w:w="6412"/>
            <w:vAlign w:val="center"/>
          </w:tcPr>
          <w:p>
            <w:pPr>
              <w:spacing w:after="0"/>
            </w:pPr>
            <w:r>
              <w:rPr>
                <w:b w:val="0"/>
              </w:rPr>
              <w:t>25—40 岁女性观众</w:t>
            </w:r>
          </w:p>
        </w:tc>
      </w:tr>
      <w:tr>
        <w:tc>
          <w:tcPr>
            <w:tcW w:type="dxa" w:w="3452"/>
            <w:shd w:fill="F2F2F2"/>
            <w:vAlign w:val="center"/>
          </w:tcPr>
          <w:p>
            <w:pPr>
              <w:spacing w:after="0"/>
            </w:pPr>
            <w:r>
              <w:rPr>
                <w:b w:val="0"/>
              </w:rPr>
              <w:t>核心情绪</w:t>
            </w:r>
          </w:p>
        </w:tc>
        <w:tc>
          <w:tcPr>
            <w:tcW w:type="dxa" w:w="6412"/>
            <w:shd w:fill="F2F2F2"/>
            <w:vAlign w:val="center"/>
          </w:tcPr>
          <w:p>
            <w:pPr>
              <w:spacing w:after="0"/>
            </w:pPr>
            <w:r>
              <w:rPr>
                <w:b w:val="0"/>
              </w:rPr>
              <w:t>识破操控、夺回人生、有代价的反杀</w:t>
            </w:r>
          </w:p>
        </w:tc>
      </w:tr>
      <w:tr>
        <w:tc>
          <w:tcPr>
            <w:tcW w:type="dxa" w:w="3452"/>
            <w:vAlign w:val="center"/>
          </w:tcPr>
          <w:p>
            <w:pPr>
              <w:spacing w:after="0"/>
            </w:pPr>
            <w:r>
              <w:rPr>
                <w:b w:val="0"/>
              </w:rPr>
              <w:t>集数与时长</w:t>
            </w:r>
          </w:p>
        </w:tc>
        <w:tc>
          <w:tcPr>
            <w:tcW w:type="dxa" w:w="6412"/>
            <w:vAlign w:val="center"/>
          </w:tcPr>
          <w:p>
            <w:pPr>
              <w:spacing w:after="0"/>
            </w:pPr>
            <w:r>
              <w:rPr>
                <w:b w:val="0"/>
              </w:rPr>
              <w:t>12 集，每集 240 秒</w:t>
            </w:r>
          </w:p>
        </w:tc>
      </w:tr>
      <w:tr>
        <w:tc>
          <w:tcPr>
            <w:tcW w:type="dxa" w:w="3452"/>
            <w:shd w:fill="F2F2F2"/>
            <w:vAlign w:val="center"/>
          </w:tcPr>
          <w:p>
            <w:pPr>
              <w:spacing w:after="0"/>
            </w:pPr>
            <w:r>
              <w:rPr>
                <w:b w:val="0"/>
              </w:rPr>
              <w:t>正文批次</w:t>
            </w:r>
          </w:p>
        </w:tc>
        <w:tc>
          <w:tcPr>
            <w:tcW w:type="dxa" w:w="6412"/>
            <w:shd w:fill="F2F2F2"/>
            <w:vAlign w:val="center"/>
          </w:tcPr>
          <w:p>
            <w:pPr>
              <w:spacing w:after="0"/>
            </w:pPr>
            <w:r>
              <w:rPr>
                <w:b w:val="0"/>
              </w:rPr>
              <w:t>5 集 + 5 集 + 2 集</w:t>
            </w:r>
          </w:p>
        </w:tc>
      </w:tr>
      <w:tr>
        <w:tc>
          <w:tcPr>
            <w:tcW w:type="dxa" w:w="3452"/>
            <w:vAlign w:val="center"/>
          </w:tcPr>
          <w:p>
            <w:pPr>
              <w:spacing w:after="0"/>
            </w:pPr>
            <w:r>
              <w:rPr>
                <w:b w:val="0"/>
              </w:rPr>
              <w:t>预算</w:t>
            </w:r>
          </w:p>
        </w:tc>
        <w:tc>
          <w:tcPr>
            <w:tcW w:type="dxa" w:w="6412"/>
            <w:vAlign w:val="center"/>
          </w:tcPr>
          <w:p>
            <w:pPr>
              <w:spacing w:after="0"/>
            </w:pPr>
            <w:r>
              <w:rPr>
                <w:b w:val="0"/>
              </w:rPr>
              <w:t>中低预算</w:t>
            </w:r>
          </w:p>
        </w:tc>
      </w:tr>
      <w:tr>
        <w:tc>
          <w:tcPr>
            <w:tcW w:type="dxa" w:w="3452"/>
            <w:shd w:fill="F2F2F2"/>
            <w:vAlign w:val="center"/>
          </w:tcPr>
          <w:p>
            <w:pPr>
              <w:spacing w:after="0"/>
            </w:pPr>
            <w:r>
              <w:rPr>
                <w:b w:val="0"/>
              </w:rPr>
              <w:t>交付目的</w:t>
            </w:r>
          </w:p>
        </w:tc>
        <w:tc>
          <w:tcPr>
            <w:tcW w:type="dxa" w:w="6412"/>
            <w:shd w:fill="F2F2F2"/>
            <w:vAlign w:val="center"/>
          </w:tcPr>
          <w:p>
            <w:pPr>
              <w:spacing w:after="0"/>
            </w:pPr>
            <w:r>
              <w:rPr>
                <w:b w:val="0"/>
              </w:rPr>
              <w:t>直接投递制片方</w:t>
            </w:r>
          </w:p>
        </w:tc>
      </w:tr>
    </w:tbl>
    <w:p>
      <w:pPr>
        <w:spacing w:after="0"/>
      </w:pPr>
    </w:p>
    <w:p>
      <w:pPr>
        <w:pStyle w:val="Heading2"/>
      </w:pPr>
      <w:r>
        <w:t>类型承诺</w:t>
      </w:r>
    </w:p>
    <w:p>
      <w:pPr>
        <w:numPr>
          <w:ilvl w:val="0"/>
          <w:numId w:val="12"/>
        </w:numPr>
      </w:pPr>
      <w:r>
        <w:t>前 30 秒建立可见异常与明确损失，不用慢热气氛代替事件。</w:t>
      </w:r>
    </w:p>
    <w:p>
      <w:pPr>
        <w:numPr>
          <w:ilvl w:val="0"/>
          <w:numId w:val="12"/>
        </w:numPr>
      </w:pPr>
      <w:r>
        <w:t>每集至少缩小一个旧解释，同时打开一个更危险的新问题。</w:t>
      </w:r>
    </w:p>
    <w:p>
      <w:pPr>
        <w:numPr>
          <w:ilvl w:val="0"/>
          <w:numId w:val="12"/>
        </w:numPr>
      </w:pPr>
      <w:r>
        <w:t>爽点来自女主准备、证据与力量关系翻转，不来自突然出现的身份或财富。</w:t>
      </w:r>
    </w:p>
    <w:p>
      <w:pPr>
        <w:numPr>
          <w:ilvl w:val="0"/>
          <w:numId w:val="12"/>
        </w:numPr>
      </w:pPr>
      <w:r>
        <w:t>EP006 改写案件模型：妹妹从纯受害者变为先共谋后反悔者。</w:t>
      </w:r>
    </w:p>
    <w:p>
      <w:pPr>
        <w:numPr>
          <w:ilvl w:val="0"/>
          <w:numId w:val="12"/>
        </w:numPr>
      </w:pPr>
      <w:r>
        <w:t>EP011 同时回答“谁、如何、为何、代价”，EP012完成事业与关系后果。</w:t>
      </w:r>
    </w:p>
    <w:p>
      <w:pPr>
        <w:pStyle w:val="Heading2"/>
      </w:pPr>
      <w:r>
        <w:t>预算与制片边界</w:t>
      </w:r>
    </w:p>
    <w:p>
      <w:pPr>
        <w:numPr>
          <w:ilvl w:val="0"/>
          <w:numId w:val="13"/>
        </w:numPr>
      </w:pPr>
      <w:r>
        <w:t>6 名核心角色，另有 1 名少量出场的功能性办案人员。</w:t>
      </w:r>
    </w:p>
    <w:p>
      <w:pPr>
        <w:numPr>
          <w:ilvl w:val="0"/>
          <w:numId w:val="13"/>
        </w:numPr>
      </w:pPr>
      <w:r>
        <w:t>5 组主要场景：样板屋、工作室、母亲住所、服务通道/停车区、旧布景仓。</w:t>
      </w:r>
    </w:p>
    <w:p>
      <w:pPr>
        <w:numPr>
          <w:ilvl w:val="0"/>
          <w:numId w:val="13"/>
        </w:numPr>
      </w:pPr>
      <w:r>
        <w:t>夜戏集中拍摄；监控、门锁、手机画面统一后期合成。</w:t>
      </w:r>
    </w:p>
    <w:p>
      <w:pPr>
        <w:numPr>
          <w:ilvl w:val="0"/>
          <w:numId w:val="13"/>
        </w:numPr>
      </w:pPr>
      <w:r>
        <w:t>不正面拍摄坠落，不使用追车、群体打斗、跨城转场或复杂破坏特效。</w:t>
      </w:r>
    </w:p>
    <w:p>
      <w:pPr>
        <w:numPr>
          <w:ilvl w:val="0"/>
          <w:numId w:val="13"/>
        </w:numPr>
      </w:pPr>
      <w:r>
        <w:t>高成本元素必须记录“问题、影响、可执行替代和剧情损失”。</w:t>
      </w:r>
    </w:p>
    <w:p>
      <w:pPr>
        <w:pStyle w:val="Heading2"/>
      </w:pPr>
      <w:r>
        <w:t>内容边界</w:t>
      </w:r>
    </w:p>
    <w:p>
      <w:pPr>
        <w:numPr>
          <w:ilvl w:val="0"/>
          <w:numId w:val="14"/>
        </w:numPr>
      </w:pPr>
      <w:r>
        <w:t>不展示血腥伤害细节，不正面呈现高空坠落。</w:t>
      </w:r>
    </w:p>
    <w:p>
      <w:pPr>
        <w:numPr>
          <w:ilvl w:val="0"/>
          <w:numId w:val="14"/>
        </w:numPr>
      </w:pPr>
      <w:r>
        <w:t>不美化亲密关系控制、私刑、非法取证或危险行为。</w:t>
      </w:r>
    </w:p>
    <w:p>
      <w:pPr>
        <w:numPr>
          <w:ilvl w:val="0"/>
          <w:numId w:val="14"/>
        </w:numPr>
      </w:pPr>
      <w:r>
        <w:t>不把技术、司法或医疗内容写成无代价的通用教程。</w:t>
      </w:r>
    </w:p>
    <w:p>
      <w:pPr>
        <w:numPr>
          <w:ilvl w:val="0"/>
          <w:numId w:val="14"/>
        </w:numPr>
      </w:pPr>
      <w:r>
        <w:t>不使用真实品牌、现实机构名称或未授权第三方作品元素。</w:t>
      </w:r>
    </w:p>
    <w:p>
      <w:pPr>
        <w:numPr>
          <w:ilvl w:val="0"/>
          <w:numId w:val="14"/>
        </w:numPr>
      </w:pPr>
      <w:r>
        <w:t>合规筛查不等于平台或法律审核。</w:t>
      </w:r>
    </w:p>
    <w:p>
      <w:pPr>
        <w:pStyle w:val="Heading2"/>
      </w:pPr>
      <w:r>
        <w:t>权利状态</w:t>
      </w:r>
    </w:p>
    <w:p>
      <w:r>
        <w:t xml:space="preserve">项目按用户声明作为完全原创作品开发。红果榜单和公开案例统一标记为 </w:t>
      </w:r>
      <w:r>
        <w:rPr>
          <w:rFonts w:ascii="Consolas" w:hAnsi="Consolas" w:eastAsia="Microsoft YaHei"/>
          <w:sz w:val="18"/>
          <w:shd w:fill="F2F2F2"/>
        </w:rPr>
        <w:t>reference_only</w:t>
      </w:r>
      <w:r>
        <w:t>，只提炼受众、类型与节奏等抽象信息；人物组合、连续情节、谜底、标志性场面、台词和世界规则均重新原创。</w:t>
      </w:r>
    </w:p>
    <w:p>
      <w:pPr>
        <w:pStyle w:val="Heading2"/>
      </w:pPr>
      <w:r>
        <w:t>成功标准</w:t>
      </w:r>
    </w:p>
    <w:p>
      <w:pPr>
        <w:numPr>
          <w:ilvl w:val="0"/>
          <w:numId w:val="15"/>
        </w:numPr>
      </w:pPr>
      <w:r>
        <w:t>12 集因果链完整，删除任一集都会破坏证据、关系、风险或人物选择。</w:t>
      </w:r>
    </w:p>
    <w:p>
      <w:pPr>
        <w:numPr>
          <w:ilvl w:val="0"/>
          <w:numId w:val="15"/>
        </w:numPr>
      </w:pPr>
      <w:r>
        <w:t>72 小时时间线与人物、地点、道具状态一致。</w:t>
      </w:r>
    </w:p>
    <w:p>
      <w:pPr>
        <w:numPr>
          <w:ilvl w:val="0"/>
          <w:numId w:val="15"/>
        </w:numPr>
      </w:pPr>
      <w:r>
        <w:t>决定性证据在揭示前出现，误导来自合理副秘密。</w:t>
      </w:r>
    </w:p>
    <w:p>
      <w:pPr>
        <w:numPr>
          <w:ilvl w:val="0"/>
          <w:numId w:val="15"/>
        </w:numPr>
      </w:pPr>
      <w:r>
        <w:t>每集有主动选择、信息变化、情绪回报和集尾推进。</w:t>
      </w:r>
    </w:p>
    <w:p>
      <w:pPr>
        <w:numPr>
          <w:ilvl w:val="0"/>
          <w:numId w:val="15"/>
        </w:numPr>
      </w:pPr>
      <w:r>
        <w:t>中低预算可拍，无重大安全风险；最终锁稿 QA 无阻断项。</w:t>
      </w:r>
    </w:p>
    <w:p>
      <w:pPr>
        <w:pStyle w:val="DramaMeta"/>
      </w:pPr>
      <w:r>
        <w:t>来源文件：brief.md</w:t>
      </w:r>
    </w:p>
    <w:p>
      <w:r>
        <w:br w:type="page"/>
      </w:r>
    </w:p>
    <w:p>
      <w:pPr>
        <w:pStyle w:val="Heading1"/>
      </w:pPr>
      <w:r>
        <w:t>故事圣经</w:t>
      </w:r>
    </w:p>
    <w:p>
      <w:pPr>
        <w:numPr>
          <w:ilvl w:val="0"/>
          <w:numId w:val="16"/>
        </w:numPr>
      </w:pPr>
      <w:r>
        <w:t>修订号：0.3.0</w:t>
      </w:r>
    </w:p>
    <w:p>
      <w:pPr>
        <w:numPr>
          <w:ilvl w:val="0"/>
          <w:numId w:val="16"/>
        </w:numPr>
      </w:pPr>
      <w:r>
        <w:t>状态：已确认并锁定</w:t>
      </w:r>
    </w:p>
    <w:p>
      <w:pPr>
        <w:numPr>
          <w:ilvl w:val="0"/>
          <w:numId w:val="16"/>
        </w:numPr>
      </w:pPr>
      <w:r>
        <w:t>主类型：悬疑</w:t>
      </w:r>
    </w:p>
    <w:p>
      <w:pPr>
        <w:numPr>
          <w:ilvl w:val="0"/>
          <w:numId w:val="16"/>
        </w:numPr>
      </w:pPr>
      <w:r>
        <w:t>辅类型：女性复仇与成长</w:t>
      </w:r>
    </w:p>
    <w:p>
      <w:pPr>
        <w:numPr>
          <w:ilvl w:val="0"/>
          <w:numId w:val="16"/>
        </w:numPr>
      </w:pPr>
      <w:r>
        <w:t>时间跨度：D1 21:05—D4 18:00，共 69 小时</w:t>
      </w:r>
    </w:p>
    <w:p>
      <w:pPr>
        <w:pStyle w:val="Heading2"/>
      </w:pPr>
      <w:r>
        <w:t>核心命题</w:t>
      </w:r>
    </w:p>
    <w:p>
      <w:r>
        <w:t>替别人决定并不是保护。真正的自救与关系修复，来自信息对等、主动选择和愿意承担的代价。</w:t>
      </w:r>
    </w:p>
    <w:p>
      <w:pPr>
        <w:pStyle w:val="Heading2"/>
      </w:pPr>
      <w:r>
        <w:t>世界与事实规则</w:t>
      </w:r>
    </w:p>
    <w:p>
      <w:pPr>
        <w:numPr>
          <w:ilvl w:val="0"/>
          <w:numId w:val="17"/>
        </w:numPr>
      </w:pPr>
      <w:r>
        <w:t>故事发生在当代虚构城市，不使用真实公司、平台、楼盘或执法机构名称。</w:t>
      </w:r>
    </w:p>
    <w:p>
      <w:pPr>
        <w:numPr>
          <w:ilvl w:val="0"/>
          <w:numId w:val="17"/>
        </w:numPr>
      </w:pPr>
      <w:r>
        <w:t>没有超自然能力。沈知微的优势来自空间设计经验、设备常识和对人的观察，不是“开挂”。</w:t>
      </w:r>
    </w:p>
    <w:p>
      <w:pPr>
        <w:numPr>
          <w:ilvl w:val="0"/>
          <w:numId w:val="17"/>
        </w:numPr>
      </w:pPr>
      <w:r>
        <w:t>云端监控可被拥有后台权限的人剪辑或替换展示片段；门锁机械继电器的诊断缓存独立保存开关时间。二者都只是线索，不能单独证明完整案情。</w:t>
      </w:r>
    </w:p>
    <w:p>
      <w:pPr>
        <w:numPr>
          <w:ilvl w:val="0"/>
          <w:numId w:val="17"/>
        </w:numPr>
      </w:pPr>
      <w:r>
        <w:t>离线日志在 EP003 由沈知微与陈默共同导出并记录校验值；EP010 控制器被毁后，导出件仍在，但需要现场、资金和人物证词互证。</w:t>
      </w:r>
    </w:p>
    <w:p>
      <w:pPr>
        <w:numPr>
          <w:ilvl w:val="0"/>
          <w:numId w:val="17"/>
        </w:numPr>
      </w:pPr>
      <w:r>
        <w:t>办案人员只确认调查边界、保全材料并在证据闭环后推进程序，不替女主完成推理，也不作“当场定罪”的夸张表达。</w:t>
      </w:r>
    </w:p>
    <w:p>
      <w:pPr>
        <w:numPr>
          <w:ilvl w:val="0"/>
          <w:numId w:val="17"/>
        </w:numPr>
      </w:pPr>
      <w:r>
        <w:t>工作室控制权转让文件只是顾承泽施压与控制的工具，后续效力和责任由审计与专业程序处理，不用一张签字文件替代全部公司治理。</w:t>
      </w:r>
    </w:p>
    <w:p>
      <w:pPr>
        <w:numPr>
          <w:ilvl w:val="0"/>
          <w:numId w:val="17"/>
        </w:numPr>
      </w:pPr>
      <w:r>
        <w:t>露台“坠落”不正面展示。观众先看到断电、尖叫、血迹、空露台和剪辑监控，再逐步理解这是利用盲区制造的假象。</w:t>
      </w:r>
    </w:p>
    <w:p>
      <w:pPr>
        <w:numPr>
          <w:ilvl w:val="0"/>
          <w:numId w:val="17"/>
        </w:numPr>
      </w:pPr>
      <w:r>
        <w:t>所有决定性证据、作案条件和主要参与者都在 EP007 前出现；EP011 只组合与解释，不新增万能规则。</w:t>
      </w:r>
    </w:p>
    <w:p>
      <w:pPr>
        <w:pStyle w:val="Heading2"/>
      </w:pPr>
      <w:r>
        <w:t>案发前史</w:t>
      </w:r>
    </w:p>
    <w:p>
      <w:pPr>
        <w:numPr>
          <w:ilvl w:val="0"/>
          <w:numId w:val="18"/>
        </w:numPr>
      </w:pPr>
      <w:r>
        <w:t>三年前，沈知微创立“知微空间”，负责设计与产品表达；顾承泽负责运营、合同和财务协调。工作室的名声更多绑定沈知微，顾承泽逐渐把“我替她收拾所有烂摊子”当成侵占决定权的正当理由。</w:t>
      </w:r>
    </w:p>
    <w:p>
      <w:pPr>
        <w:numPr>
          <w:ilvl w:val="0"/>
          <w:numId w:val="18"/>
        </w:numPr>
      </w:pPr>
      <w:r>
        <w:t>一年前，沈念的自媒体布景项目失败并背上债务。沈知微替她关闭项目、安排工作、限制大额支出，自认为在止损；沈念感受到的却是被接管人生。</w:t>
      </w:r>
    </w:p>
    <w:p>
      <w:pPr>
        <w:numPr>
          <w:ilvl w:val="0"/>
          <w:numId w:val="18"/>
        </w:numPr>
      </w:pPr>
      <w:r>
        <w:t>顾承泽私自挪用项目款填补一次失败投资，内部审计将在三天后进入关键节点。他需要控制工作室、拖延审计并让看见异常转账的沈念失去可信度。</w:t>
      </w:r>
    </w:p>
    <w:p>
      <w:pPr>
        <w:numPr>
          <w:ilvl w:val="0"/>
          <w:numId w:val="18"/>
        </w:numPr>
      </w:pPr>
      <w:r>
        <w:t>顾承泽向沈念提出“24 小时假失踪”：他替她处理债务，她用一次家庭丑闻逼姐姐放手。沈念同意留下可被误读的血迹、尖叫和衣物，但不知道顾承泽还会剪辑监控、构陷沈知微并把她长期隐藏。</w:t>
      </w:r>
    </w:p>
    <w:p>
      <w:pPr>
        <w:numPr>
          <w:ilvl w:val="0"/>
          <w:numId w:val="18"/>
        </w:numPr>
      </w:pPr>
      <w:r>
        <w:t>叶蓁发现样板屋服务通道存在未报备的工程缺陷。她在纪念夜返回取走问题记录，担心事故曝光毁掉职业资格，因此案发后隐瞒门禁事实。</w:t>
      </w:r>
    </w:p>
    <w:p>
      <w:pPr>
        <w:numPr>
          <w:ilvl w:val="0"/>
          <w:numId w:val="18"/>
        </w:numPr>
      </w:pPr>
      <w:r>
        <w:t>陈默按顾承泽的“演示系统整理”指令清理云端片段，以为只是遮掩产品故障；他不知道本地机械继电器仍保存诊断缓存。</w:t>
      </w:r>
    </w:p>
    <w:p>
      <w:pPr>
        <w:pStyle w:val="Heading2"/>
      </w:pPr>
      <w:r>
        <w:t>主要人物</w:t>
      </w:r>
    </w:p>
    <w:p>
      <w:pPr>
        <w:pStyle w:val="Heading3"/>
      </w:pPr>
      <w:r>
        <w:t>沈知微 / CHAR_ZHIWEI</w:t>
      </w:r>
    </w:p>
    <w:p>
      <w:pPr>
        <w:numPr>
          <w:ilvl w:val="0"/>
          <w:numId w:val="19"/>
        </w:numPr>
      </w:pPr>
      <w:r>
        <w:t>年龄与身份：33 岁，智能家居空间设计师，“知微空间”创始人。</w:t>
      </w:r>
    </w:p>
    <w:p>
      <w:pPr>
        <w:numPr>
          <w:ilvl w:val="0"/>
          <w:numId w:val="19"/>
        </w:numPr>
      </w:pPr>
      <w:r>
        <w:t>外在目标：69 小时内找到沈念、洗清构陷并阻止顾承泽夺取工作室。</w:t>
      </w:r>
    </w:p>
    <w:p>
      <w:pPr>
        <w:numPr>
          <w:ilvl w:val="0"/>
          <w:numId w:val="19"/>
        </w:numPr>
      </w:pPr>
      <w:r>
        <w:t>内在需求：承认保护不能以剥夺他人选择为代价。</w:t>
      </w:r>
    </w:p>
    <w:p>
      <w:pPr>
        <w:numPr>
          <w:ilvl w:val="0"/>
          <w:numId w:val="19"/>
        </w:numPr>
      </w:pPr>
      <w:r>
        <w:t>主动能力：观察空间使用痕迹；拆分“事实、解释、谁有权限修改”；用不同假信息测试知情者反应；把分散证据组成因果链。</w:t>
      </w:r>
    </w:p>
    <w:p>
      <w:pPr>
        <w:numPr>
          <w:ilvl w:val="0"/>
          <w:numId w:val="19"/>
        </w:numPr>
      </w:pPr>
      <w:r>
        <w:t>盲点：把高效率和正确判断等同于有权替亲人决定。</w:t>
      </w:r>
    </w:p>
    <w:p>
      <w:pPr>
        <w:numPr>
          <w:ilvl w:val="0"/>
          <w:numId w:val="19"/>
        </w:numPr>
      </w:pPr>
      <w:r>
        <w:t>开场秘密：她确实曾未经沈念同意关闭妹妹项目与账户权限，因此无法简单把自己包装成完美受害者。</w:t>
      </w:r>
    </w:p>
    <w:p>
      <w:pPr>
        <w:numPr>
          <w:ilvl w:val="0"/>
          <w:numId w:val="19"/>
        </w:numPr>
      </w:pPr>
      <w:r>
        <w:t>行为底线：不牺牲妹妹换取自证，不制造虚假证据，不复制丈夫的控制方式。</w:t>
      </w:r>
    </w:p>
    <w:p>
      <w:pPr>
        <w:numPr>
          <w:ilvl w:val="0"/>
          <w:numId w:val="19"/>
        </w:numPr>
      </w:pPr>
      <w:r>
        <w:t>语言规则：常用短句、空间方位和顺序词；平时直接但不提高音量；回避“我需要你”；压力越大越像列清单。前半程会说“我替你处理”，后半程改为“你决定，我承担我的部分”。</w:t>
      </w:r>
    </w:p>
    <w:p>
      <w:pPr>
        <w:pStyle w:val="Heading3"/>
      </w:pPr>
      <w:r>
        <w:t>顾承泽 / CHAR_CHENGZE</w:t>
      </w:r>
    </w:p>
    <w:p>
      <w:pPr>
        <w:numPr>
          <w:ilvl w:val="0"/>
          <w:numId w:val="20"/>
        </w:numPr>
      </w:pPr>
      <w:r>
        <w:t>年龄与身份：36 岁，沈知微丈夫，工作室运营负责人。</w:t>
      </w:r>
    </w:p>
    <w:p>
      <w:pPr>
        <w:numPr>
          <w:ilvl w:val="0"/>
          <w:numId w:val="20"/>
        </w:numPr>
      </w:pPr>
      <w:r>
        <w:t>外在目标：掩盖项目款缺口、取得控制权并让沈念失去公开真相的能力。</w:t>
      </w:r>
    </w:p>
    <w:p>
      <w:pPr>
        <w:numPr>
          <w:ilvl w:val="0"/>
          <w:numId w:val="20"/>
        </w:numPr>
      </w:pPr>
      <w:r>
        <w:t>自我正当性：他认为工作室靠自己维持，沈知微只享受创始人光环；“把混乱控制住”是他对一切越界行为的解释。</w:t>
      </w:r>
    </w:p>
    <w:p>
      <w:pPr>
        <w:numPr>
          <w:ilvl w:val="0"/>
          <w:numId w:val="20"/>
        </w:numPr>
      </w:pPr>
      <w:r>
        <w:t>真实代价：为了维持无懈可击的形象，他必须不断扩大知情者、文件与现场风险，最终亲手把相互独立的证据连在一起。</w:t>
      </w:r>
    </w:p>
    <w:p>
      <w:pPr>
        <w:numPr>
          <w:ilvl w:val="0"/>
          <w:numId w:val="20"/>
        </w:numPr>
      </w:pPr>
      <w:r>
        <w:t>升级手段：家庭共识 → 舆论与客户压力 → 股权文件 → 追踪沈念 → 现场灭证。</w:t>
      </w:r>
    </w:p>
    <w:p>
      <w:pPr>
        <w:numPr>
          <w:ilvl w:val="0"/>
          <w:numId w:val="20"/>
        </w:numPr>
      </w:pPr>
      <w:r>
        <w:t>盲点：相信每个人都有可计算的价格，也相信沈知微离开自己无法处理人和组织。</w:t>
      </w:r>
    </w:p>
    <w:p>
      <w:pPr>
        <w:numPr>
          <w:ilvl w:val="0"/>
          <w:numId w:val="20"/>
        </w:numPr>
      </w:pPr>
      <w:r>
        <w:t>语言规则：总用“我们”“为了你”“先把事情稳住”；从不直接承认威胁；压力下由完整安抚句变成单词式命令；绝不说“我错了”。</w:t>
      </w:r>
    </w:p>
    <w:p>
      <w:pPr>
        <w:pStyle w:val="Heading3"/>
      </w:pPr>
      <w:r>
        <w:t>沈念 / CHAR_SHENNIAN</w:t>
      </w:r>
    </w:p>
    <w:p>
      <w:pPr>
        <w:numPr>
          <w:ilvl w:val="0"/>
          <w:numId w:val="21"/>
        </w:numPr>
      </w:pPr>
      <w:r>
        <w:t>年龄与身份：27 岁，自媒体布景师，沈知微妹妹。</w:t>
      </w:r>
    </w:p>
    <w:p>
      <w:pPr>
        <w:numPr>
          <w:ilvl w:val="0"/>
          <w:numId w:val="21"/>
        </w:numPr>
      </w:pPr>
      <w:r>
        <w:t>外在目标：摆脱债务和姐姐安排，重新拥有自己的生活。</w:t>
      </w:r>
    </w:p>
    <w:p>
      <w:pPr>
        <w:numPr>
          <w:ilvl w:val="0"/>
          <w:numId w:val="21"/>
        </w:numPr>
      </w:pPr>
      <w:r>
        <w:t>内在需求：承担选择后果，而不是把反抗责任全部推给控制者。</w:t>
      </w:r>
    </w:p>
    <w:p>
      <w:pPr>
        <w:numPr>
          <w:ilvl w:val="0"/>
          <w:numId w:val="21"/>
        </w:numPr>
      </w:pPr>
      <w:r>
        <w:t>主动能力：熟悉布景盲区、镜面构图和旧仓空间；能看出顾承泽的计划从“演戏”变成“灭口”。</w:t>
      </w:r>
    </w:p>
    <w:p>
      <w:pPr>
        <w:numPr>
          <w:ilvl w:val="0"/>
          <w:numId w:val="21"/>
        </w:numPr>
      </w:pPr>
      <w:r>
        <w:t>盲点：把任何帮助都理解为控制，把逃走误当成独立。</w:t>
      </w:r>
    </w:p>
    <w:p>
      <w:pPr>
        <w:numPr>
          <w:ilvl w:val="0"/>
          <w:numId w:val="21"/>
        </w:numPr>
      </w:pPr>
      <w:r>
        <w:t>秘密：她签署假失踪协议并参与制造误导，是案件共谋者；她留下“别相信他”既为救姐姐，也为给自己留退路。</w:t>
      </w:r>
    </w:p>
    <w:p>
      <w:pPr>
        <w:numPr>
          <w:ilvl w:val="0"/>
          <w:numId w:val="21"/>
        </w:numPr>
      </w:pPr>
      <w:r>
        <w:t>底线：发现顾承泽准备让姐姐承担刑事嫌疑、并永久控制自己后，不再继续配合。</w:t>
      </w:r>
    </w:p>
    <w:p>
      <w:pPr>
        <w:numPr>
          <w:ilvl w:val="0"/>
          <w:numId w:val="21"/>
        </w:numPr>
      </w:pPr>
      <w:r>
        <w:t>语言规则：句子快、爱用夸张比喻缓解恐惧；回避债务与失败；压力下重复“我自己来”；绝不主动说“我需要你救我”。</w:t>
      </w:r>
    </w:p>
    <w:p>
      <w:pPr>
        <w:pStyle w:val="Heading3"/>
      </w:pPr>
      <w:r>
        <w:t>叶蓁 / CHAR_YEZHEN</w:t>
      </w:r>
    </w:p>
    <w:p>
      <w:pPr>
        <w:numPr>
          <w:ilvl w:val="0"/>
          <w:numId w:val="22"/>
        </w:numPr>
      </w:pPr>
      <w:r>
        <w:t>年龄与身份：35 岁，工作室项目总监，沈知微旧友。</w:t>
      </w:r>
    </w:p>
    <w:p>
      <w:pPr>
        <w:numPr>
          <w:ilvl w:val="0"/>
          <w:numId w:val="22"/>
        </w:numPr>
      </w:pPr>
      <w:r>
        <w:t>目标：保住职业声誉和团队，不让服务通道工程缺陷曝光。</w:t>
      </w:r>
    </w:p>
    <w:p>
      <w:pPr>
        <w:numPr>
          <w:ilvl w:val="0"/>
          <w:numId w:val="22"/>
        </w:numPr>
      </w:pPr>
      <w:r>
        <w:t>信息权限：知道案发夜服务区有人动过，但不知道假失踪计划；她的真实门禁记录构成合理红鲱鱼。</w:t>
      </w:r>
    </w:p>
    <w:p>
      <w:pPr>
        <w:numPr>
          <w:ilvl w:val="0"/>
          <w:numId w:val="22"/>
        </w:numPr>
      </w:pPr>
      <w:r>
        <w:t>关系变化：自保隐瞒 → 被沈知微识破 → 以工程记录交换有限信任 → 在终局为现场版本作证。</w:t>
      </w:r>
    </w:p>
    <w:p>
      <w:pPr>
        <w:numPr>
          <w:ilvl w:val="0"/>
          <w:numId w:val="22"/>
        </w:numPr>
      </w:pPr>
      <w:r>
        <w:t>语言规则：用项目节点和责任人说话；回避私人感情；压力下给出过量技术细节；绝不说“这事与我无关”。</w:t>
      </w:r>
    </w:p>
    <w:p>
      <w:pPr>
        <w:pStyle w:val="Heading3"/>
      </w:pPr>
      <w:r>
        <w:t>陈默 / CHAR_CHENMO</w:t>
      </w:r>
    </w:p>
    <w:p>
      <w:pPr>
        <w:numPr>
          <w:ilvl w:val="0"/>
          <w:numId w:val="23"/>
        </w:numPr>
      </w:pPr>
      <w:r>
        <w:t>年龄与身份：30 岁，设备维护工程师。</w:t>
      </w:r>
    </w:p>
    <w:p>
      <w:pPr>
        <w:numPr>
          <w:ilvl w:val="0"/>
          <w:numId w:val="23"/>
        </w:numPr>
      </w:pPr>
      <w:r>
        <w:t>目标：保住工作并证明自己没有参与构陷。</w:t>
      </w:r>
    </w:p>
    <w:p>
      <w:pPr>
        <w:numPr>
          <w:ilvl w:val="0"/>
          <w:numId w:val="23"/>
        </w:numPr>
      </w:pPr>
      <w:r>
        <w:t>信息权限：知道顾承泽要求清理云端演示片段，知道本地继电器缓存结构，但不知道沈念共谋与资金动机。</w:t>
      </w:r>
    </w:p>
    <w:p>
      <w:pPr>
        <w:numPr>
          <w:ilvl w:val="0"/>
          <w:numId w:val="23"/>
        </w:numPr>
      </w:pPr>
      <w:r>
        <w:t>关系变化：服从运营指令 → 害怕担责 → 帮助导出本地日志 → EP010 拒绝继续清除现场。</w:t>
      </w:r>
    </w:p>
    <w:p>
      <w:pPr>
        <w:numPr>
          <w:ilvl w:val="0"/>
          <w:numId w:val="23"/>
        </w:numPr>
      </w:pPr>
      <w:r>
        <w:t>语言规则：先给结论再加“但”；压力下会说出精确时间戳；绝不说“系统绝对不会错”。</w:t>
      </w:r>
    </w:p>
    <w:p>
      <w:pPr>
        <w:pStyle w:val="Heading3"/>
      </w:pPr>
      <w:r>
        <w:t>林曼华 / CHAR_MANHUA</w:t>
      </w:r>
    </w:p>
    <w:p>
      <w:pPr>
        <w:numPr>
          <w:ilvl w:val="0"/>
          <w:numId w:val="24"/>
        </w:numPr>
      </w:pPr>
      <w:r>
        <w:t>年龄与身份：58 岁，姐妹的母亲。</w:t>
      </w:r>
    </w:p>
    <w:p>
      <w:pPr>
        <w:numPr>
          <w:ilvl w:val="0"/>
          <w:numId w:val="24"/>
        </w:numPr>
      </w:pPr>
      <w:r>
        <w:t>目标：找回沈念并让家庭停止公开崩塌。</w:t>
      </w:r>
    </w:p>
    <w:p>
      <w:pPr>
        <w:numPr>
          <w:ilvl w:val="0"/>
          <w:numId w:val="24"/>
        </w:numPr>
      </w:pPr>
      <w:r>
        <w:t>信息权限：掌握姐妹过往冲突，不懂设备与财务；她把沈知微的控制历史误读为伤害动机。</w:t>
      </w:r>
    </w:p>
    <w:p>
      <w:pPr>
        <w:numPr>
          <w:ilvl w:val="0"/>
          <w:numId w:val="24"/>
        </w:numPr>
      </w:pPr>
      <w:r>
        <w:t>关系变化：公开指责沈知微 → 发现顾承泽利用她的话 → 面对自己长期偏爱“更弱的孩子” → 不再替任何一方决定和解。</w:t>
      </w:r>
    </w:p>
    <w:p>
      <w:pPr>
        <w:numPr>
          <w:ilvl w:val="0"/>
          <w:numId w:val="24"/>
        </w:numPr>
      </w:pPr>
      <w:r>
        <w:t>语言规则：用家庭身份与旧事说服人；回避“偏心”；压力下重复“都是一家人”；绝不承认自己曾把姐妹推到对立面，直到 EP012。</w:t>
      </w:r>
    </w:p>
    <w:p>
      <w:pPr>
        <w:pStyle w:val="Heading3"/>
      </w:pPr>
      <w:r>
        <w:t>办案人员 / CHAR_OFFICER</w:t>
      </w:r>
    </w:p>
    <w:p>
      <w:pPr>
        <w:numPr>
          <w:ilvl w:val="0"/>
          <w:numId w:val="25"/>
        </w:numPr>
      </w:pPr>
      <w:r>
        <w:t>功能：明确“失踪、血迹与剪辑片段不足以直接下结论”，接收保全后的材料，并在 EP011 说明需要继续调查。</w:t>
      </w:r>
    </w:p>
    <w:p>
      <w:pPr>
        <w:numPr>
          <w:ilvl w:val="0"/>
          <w:numId w:val="25"/>
        </w:numPr>
      </w:pPr>
      <w:r>
        <w:t>边界：不负责替女主找日志、查流水或完成推理；不使用现实机构名称，不作即时定罪承诺。</w:t>
      </w:r>
    </w:p>
    <w:p>
      <w:pPr>
        <w:numPr>
          <w:ilvl w:val="0"/>
          <w:numId w:val="25"/>
        </w:numPr>
      </w:pPr>
      <w:r>
        <w:t>语言规则：只说可确认的事实与下一程序，不配合任何角色做舆论判断。</w:t>
      </w:r>
    </w:p>
    <w:p>
      <w:pPr>
        <w:pStyle w:val="Heading2"/>
      </w:pPr>
      <w:r>
        <w:t>信息权限总表</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233"/>
        <w:gridCol w:w="1233"/>
        <w:gridCol w:w="1233"/>
        <w:gridCol w:w="1233"/>
        <w:gridCol w:w="1233"/>
        <w:gridCol w:w="1233"/>
        <w:gridCol w:w="1233"/>
        <w:gridCol w:w="1233"/>
      </w:tblGrid>
      <w:tr>
        <w:trPr>
          <w:tblHeader w:val="true"/>
        </w:trPr>
        <w:tc>
          <w:tcPr>
            <w:tcW w:type="dxa" w:w="1233"/>
            <w:shd w:fill="2E74B5"/>
            <w:vAlign w:val="center"/>
          </w:tcPr>
          <w:p>
            <w:pPr>
              <w:spacing w:after="0"/>
            </w:pPr>
            <w:r>
              <w:rPr>
                <w:b/>
                <w:color w:val="FFFFFF"/>
              </w:rPr>
              <w:t>信息</w:t>
            </w:r>
          </w:p>
        </w:tc>
        <w:tc>
          <w:tcPr>
            <w:tcW w:type="dxa" w:w="1233"/>
            <w:shd w:fill="2E74B5"/>
            <w:vAlign w:val="center"/>
          </w:tcPr>
          <w:p>
            <w:pPr>
              <w:spacing w:after="0"/>
            </w:pPr>
            <w:r>
              <w:rPr>
                <w:b/>
                <w:color w:val="FFFFFF"/>
              </w:rPr>
              <w:t>沈知微</w:t>
            </w:r>
          </w:p>
        </w:tc>
        <w:tc>
          <w:tcPr>
            <w:tcW w:type="dxa" w:w="1233"/>
            <w:shd w:fill="2E74B5"/>
            <w:vAlign w:val="center"/>
          </w:tcPr>
          <w:p>
            <w:pPr>
              <w:spacing w:after="0"/>
            </w:pPr>
            <w:r>
              <w:rPr>
                <w:b/>
                <w:color w:val="FFFFFF"/>
              </w:rPr>
              <w:t>顾承泽</w:t>
            </w:r>
          </w:p>
        </w:tc>
        <w:tc>
          <w:tcPr>
            <w:tcW w:type="dxa" w:w="1233"/>
            <w:shd w:fill="2E74B5"/>
            <w:vAlign w:val="center"/>
          </w:tcPr>
          <w:p>
            <w:pPr>
              <w:spacing w:after="0"/>
            </w:pPr>
            <w:r>
              <w:rPr>
                <w:b/>
                <w:color w:val="FFFFFF"/>
              </w:rPr>
              <w:t>沈念</w:t>
            </w:r>
          </w:p>
        </w:tc>
        <w:tc>
          <w:tcPr>
            <w:tcW w:type="dxa" w:w="1233"/>
            <w:shd w:fill="2E74B5"/>
            <w:vAlign w:val="center"/>
          </w:tcPr>
          <w:p>
            <w:pPr>
              <w:spacing w:after="0"/>
            </w:pPr>
            <w:r>
              <w:rPr>
                <w:b/>
                <w:color w:val="FFFFFF"/>
              </w:rPr>
              <w:t>叶蓁</w:t>
            </w:r>
          </w:p>
        </w:tc>
        <w:tc>
          <w:tcPr>
            <w:tcW w:type="dxa" w:w="1233"/>
            <w:shd w:fill="2E74B5"/>
            <w:vAlign w:val="center"/>
          </w:tcPr>
          <w:p>
            <w:pPr>
              <w:spacing w:after="0"/>
            </w:pPr>
            <w:r>
              <w:rPr>
                <w:b/>
                <w:color w:val="FFFFFF"/>
              </w:rPr>
              <w:t>陈默</w:t>
            </w:r>
          </w:p>
        </w:tc>
        <w:tc>
          <w:tcPr>
            <w:tcW w:type="dxa" w:w="1233"/>
            <w:shd w:fill="2E74B5"/>
            <w:vAlign w:val="center"/>
          </w:tcPr>
          <w:p>
            <w:pPr>
              <w:spacing w:after="0"/>
            </w:pPr>
            <w:r>
              <w:rPr>
                <w:b/>
                <w:color w:val="FFFFFF"/>
              </w:rPr>
              <w:t>林曼华</w:t>
            </w:r>
          </w:p>
        </w:tc>
        <w:tc>
          <w:tcPr>
            <w:tcW w:type="dxa" w:w="1233"/>
            <w:shd w:fill="2E74B5"/>
            <w:vAlign w:val="center"/>
          </w:tcPr>
          <w:p>
            <w:pPr>
              <w:spacing w:after="0"/>
            </w:pPr>
            <w:r>
              <w:rPr>
                <w:b/>
                <w:color w:val="FFFFFF"/>
              </w:rPr>
              <w:t>办案人员</w:t>
            </w:r>
          </w:p>
        </w:tc>
      </w:tr>
      <w:tr>
        <w:tc>
          <w:tcPr>
            <w:tcW w:type="dxa" w:w="1233"/>
            <w:vAlign w:val="center"/>
          </w:tcPr>
          <w:p>
            <w:pPr>
              <w:spacing w:after="0"/>
            </w:pPr>
            <w:r>
              <w:rPr>
                <w:b w:val="0"/>
              </w:rPr>
              <w:t>假失踪原计划</w:t>
            </w:r>
          </w:p>
        </w:tc>
        <w:tc>
          <w:tcPr>
            <w:tcW w:type="dxa" w:w="1233"/>
            <w:vAlign w:val="center"/>
          </w:tcPr>
          <w:p>
            <w:pPr>
              <w:spacing w:after="0"/>
            </w:pPr>
            <w:r>
              <w:rPr>
                <w:b w:val="0"/>
              </w:rPr>
              <w:t>EP006 后确认</w:t>
            </w:r>
          </w:p>
        </w:tc>
        <w:tc>
          <w:tcPr>
            <w:tcW w:type="dxa" w:w="1233"/>
            <w:vAlign w:val="center"/>
          </w:tcPr>
          <w:p>
            <w:pPr>
              <w:spacing w:after="0"/>
            </w:pPr>
            <w:r>
              <w:rPr>
                <w:b w:val="0"/>
              </w:rPr>
              <w:t>全程知道</w:t>
            </w:r>
          </w:p>
        </w:tc>
        <w:tc>
          <w:tcPr>
            <w:tcW w:type="dxa" w:w="1233"/>
            <w:vAlign w:val="center"/>
          </w:tcPr>
          <w:p>
            <w:pPr>
              <w:spacing w:after="0"/>
            </w:pPr>
            <w:r>
              <w:rPr>
                <w:b w:val="0"/>
              </w:rPr>
              <w:t>全程知道</w:t>
            </w:r>
          </w:p>
        </w:tc>
        <w:tc>
          <w:tcPr>
            <w:tcW w:type="dxa" w:w="1233"/>
            <w:vAlign w:val="center"/>
          </w:tcPr>
          <w:p>
            <w:pPr>
              <w:spacing w:after="0"/>
            </w:pPr>
            <w:r>
              <w:rPr>
                <w:b w:val="0"/>
              </w:rPr>
              <w:t>不知道</w:t>
            </w:r>
          </w:p>
        </w:tc>
        <w:tc>
          <w:tcPr>
            <w:tcW w:type="dxa" w:w="1233"/>
            <w:vAlign w:val="center"/>
          </w:tcPr>
          <w:p>
            <w:pPr>
              <w:spacing w:after="0"/>
            </w:pPr>
            <w:r>
              <w:rPr>
                <w:b w:val="0"/>
              </w:rPr>
              <w:t>不知道</w:t>
            </w:r>
          </w:p>
        </w:tc>
        <w:tc>
          <w:tcPr>
            <w:tcW w:type="dxa" w:w="1233"/>
            <w:vAlign w:val="center"/>
          </w:tcPr>
          <w:p>
            <w:pPr>
              <w:spacing w:after="0"/>
            </w:pPr>
            <w:r>
              <w:rPr>
                <w:b w:val="0"/>
              </w:rPr>
              <w:t>不知道</w:t>
            </w:r>
          </w:p>
        </w:tc>
        <w:tc>
          <w:tcPr>
            <w:tcW w:type="dxa" w:w="1233"/>
            <w:vAlign w:val="center"/>
          </w:tcPr>
          <w:p>
            <w:pPr>
              <w:spacing w:after="0"/>
            </w:pPr>
            <w:r>
              <w:rPr>
                <w:b w:val="0"/>
              </w:rPr>
              <w:t>EP011 获知</w:t>
            </w:r>
          </w:p>
        </w:tc>
      </w:tr>
      <w:tr>
        <w:tc>
          <w:tcPr>
            <w:tcW w:type="dxa" w:w="1233"/>
            <w:shd w:fill="F2F2F2"/>
            <w:vAlign w:val="center"/>
          </w:tcPr>
          <w:p>
            <w:pPr>
              <w:spacing w:after="0"/>
            </w:pPr>
            <w:r>
              <w:rPr>
                <w:b w:val="0"/>
              </w:rPr>
              <w:t>云端片段被处理</w:t>
            </w:r>
          </w:p>
        </w:tc>
        <w:tc>
          <w:tcPr>
            <w:tcW w:type="dxa" w:w="1233"/>
            <w:shd w:fill="F2F2F2"/>
            <w:vAlign w:val="center"/>
          </w:tcPr>
          <w:p>
            <w:pPr>
              <w:spacing w:after="0"/>
            </w:pPr>
            <w:r>
              <w:rPr>
                <w:b w:val="0"/>
              </w:rPr>
              <w:t>EP002 怀疑</w:t>
            </w:r>
          </w:p>
        </w:tc>
        <w:tc>
          <w:tcPr>
            <w:tcW w:type="dxa" w:w="1233"/>
            <w:shd w:fill="F2F2F2"/>
            <w:vAlign w:val="center"/>
          </w:tcPr>
          <w:p>
            <w:pPr>
              <w:spacing w:after="0"/>
            </w:pPr>
            <w:r>
              <w:rPr>
                <w:b w:val="0"/>
              </w:rPr>
              <w:t>全程知道</w:t>
            </w:r>
          </w:p>
        </w:tc>
        <w:tc>
          <w:tcPr>
            <w:tcW w:type="dxa" w:w="1233"/>
            <w:shd w:fill="F2F2F2"/>
            <w:vAlign w:val="center"/>
          </w:tcPr>
          <w:p>
            <w:pPr>
              <w:spacing w:after="0"/>
            </w:pPr>
            <w:r>
              <w:rPr>
                <w:b w:val="0"/>
              </w:rPr>
              <w:t>只知会有盲区</w:t>
            </w:r>
          </w:p>
        </w:tc>
        <w:tc>
          <w:tcPr>
            <w:tcW w:type="dxa" w:w="1233"/>
            <w:shd w:fill="F2F2F2"/>
            <w:vAlign w:val="center"/>
          </w:tcPr>
          <w:p>
            <w:pPr>
              <w:spacing w:after="0"/>
            </w:pPr>
            <w:r>
              <w:rPr>
                <w:b w:val="0"/>
              </w:rPr>
              <w:t>不知道</w:t>
            </w:r>
          </w:p>
        </w:tc>
        <w:tc>
          <w:tcPr>
            <w:tcW w:type="dxa" w:w="1233"/>
            <w:shd w:fill="F2F2F2"/>
            <w:vAlign w:val="center"/>
          </w:tcPr>
          <w:p>
            <w:pPr>
              <w:spacing w:after="0"/>
            </w:pPr>
            <w:r>
              <w:rPr>
                <w:b w:val="0"/>
              </w:rPr>
              <w:t>知道执行过清理</w:t>
            </w:r>
          </w:p>
        </w:tc>
        <w:tc>
          <w:tcPr>
            <w:tcW w:type="dxa" w:w="1233"/>
            <w:shd w:fill="F2F2F2"/>
            <w:vAlign w:val="center"/>
          </w:tcPr>
          <w:p>
            <w:pPr>
              <w:spacing w:after="0"/>
            </w:pPr>
            <w:r>
              <w:rPr>
                <w:b w:val="0"/>
              </w:rPr>
              <w:t>不知道</w:t>
            </w:r>
          </w:p>
        </w:tc>
        <w:tc>
          <w:tcPr>
            <w:tcW w:type="dxa" w:w="1233"/>
            <w:shd w:fill="F2F2F2"/>
            <w:vAlign w:val="center"/>
          </w:tcPr>
          <w:p>
            <w:pPr>
              <w:spacing w:after="0"/>
            </w:pPr>
            <w:r>
              <w:rPr>
                <w:b w:val="0"/>
              </w:rPr>
              <w:t>EP011 获知</w:t>
            </w:r>
          </w:p>
        </w:tc>
      </w:tr>
      <w:tr>
        <w:tc>
          <w:tcPr>
            <w:tcW w:type="dxa" w:w="1233"/>
            <w:vAlign w:val="center"/>
          </w:tcPr>
          <w:p>
            <w:pPr>
              <w:spacing w:after="0"/>
            </w:pPr>
            <w:r>
              <w:rPr>
                <w:b w:val="0"/>
              </w:rPr>
              <w:t>本地继电器日志</w:t>
            </w:r>
          </w:p>
        </w:tc>
        <w:tc>
          <w:tcPr>
            <w:tcW w:type="dxa" w:w="1233"/>
            <w:vAlign w:val="center"/>
          </w:tcPr>
          <w:p>
            <w:pPr>
              <w:spacing w:after="0"/>
            </w:pPr>
            <w:r>
              <w:rPr>
                <w:b w:val="0"/>
              </w:rPr>
              <w:t>EP003 理解</w:t>
            </w:r>
          </w:p>
        </w:tc>
        <w:tc>
          <w:tcPr>
            <w:tcW w:type="dxa" w:w="1233"/>
            <w:vAlign w:val="center"/>
          </w:tcPr>
          <w:p>
            <w:pPr>
              <w:spacing w:after="0"/>
            </w:pPr>
            <w:r>
              <w:rPr>
                <w:b w:val="0"/>
              </w:rPr>
              <w:t>EP010 才意识到已导出</w:t>
            </w:r>
          </w:p>
        </w:tc>
        <w:tc>
          <w:tcPr>
            <w:tcW w:type="dxa" w:w="1233"/>
            <w:vAlign w:val="center"/>
          </w:tcPr>
          <w:p>
            <w:pPr>
              <w:spacing w:after="0"/>
            </w:pPr>
            <w:r>
              <w:rPr>
                <w:b w:val="0"/>
              </w:rPr>
              <w:t>不知道</w:t>
            </w:r>
          </w:p>
        </w:tc>
        <w:tc>
          <w:tcPr>
            <w:tcW w:type="dxa" w:w="1233"/>
            <w:vAlign w:val="center"/>
          </w:tcPr>
          <w:p>
            <w:pPr>
              <w:spacing w:after="0"/>
            </w:pPr>
            <w:r>
              <w:rPr>
                <w:b w:val="0"/>
              </w:rPr>
              <w:t>EP004 获知</w:t>
            </w:r>
          </w:p>
        </w:tc>
        <w:tc>
          <w:tcPr>
            <w:tcW w:type="dxa" w:w="1233"/>
            <w:vAlign w:val="center"/>
          </w:tcPr>
          <w:p>
            <w:pPr>
              <w:spacing w:after="0"/>
            </w:pPr>
            <w:r>
              <w:rPr>
                <w:b w:val="0"/>
              </w:rPr>
              <w:t>全程知道结构</w:t>
            </w:r>
          </w:p>
        </w:tc>
        <w:tc>
          <w:tcPr>
            <w:tcW w:type="dxa" w:w="1233"/>
            <w:vAlign w:val="center"/>
          </w:tcPr>
          <w:p>
            <w:pPr>
              <w:spacing w:after="0"/>
            </w:pPr>
            <w:r>
              <w:rPr>
                <w:b w:val="0"/>
              </w:rPr>
              <w:t>不知道</w:t>
            </w:r>
          </w:p>
        </w:tc>
        <w:tc>
          <w:tcPr>
            <w:tcW w:type="dxa" w:w="1233"/>
            <w:vAlign w:val="center"/>
          </w:tcPr>
          <w:p>
            <w:pPr>
              <w:spacing w:after="0"/>
            </w:pPr>
            <w:r>
              <w:rPr>
                <w:b w:val="0"/>
              </w:rPr>
              <w:t>EP011 接收</w:t>
            </w:r>
          </w:p>
        </w:tc>
      </w:tr>
      <w:tr>
        <w:tc>
          <w:tcPr>
            <w:tcW w:type="dxa" w:w="1233"/>
            <w:shd w:fill="F2F2F2"/>
            <w:vAlign w:val="center"/>
          </w:tcPr>
          <w:p>
            <w:pPr>
              <w:spacing w:after="0"/>
            </w:pPr>
            <w:r>
              <w:rPr>
                <w:b w:val="0"/>
              </w:rPr>
              <w:t>叶蓁工程秘密</w:t>
            </w:r>
          </w:p>
        </w:tc>
        <w:tc>
          <w:tcPr>
            <w:tcW w:type="dxa" w:w="1233"/>
            <w:shd w:fill="F2F2F2"/>
            <w:vAlign w:val="center"/>
          </w:tcPr>
          <w:p>
            <w:pPr>
              <w:spacing w:after="0"/>
            </w:pPr>
            <w:r>
              <w:rPr>
                <w:b w:val="0"/>
              </w:rPr>
              <w:t>EP005 理解</w:t>
            </w:r>
          </w:p>
        </w:tc>
        <w:tc>
          <w:tcPr>
            <w:tcW w:type="dxa" w:w="1233"/>
            <w:shd w:fill="F2F2F2"/>
            <w:vAlign w:val="center"/>
          </w:tcPr>
          <w:p>
            <w:pPr>
              <w:spacing w:after="0"/>
            </w:pPr>
            <w:r>
              <w:rPr>
                <w:b w:val="0"/>
              </w:rPr>
              <w:t>只知她进过屋</w:t>
            </w:r>
          </w:p>
        </w:tc>
        <w:tc>
          <w:tcPr>
            <w:tcW w:type="dxa" w:w="1233"/>
            <w:shd w:fill="F2F2F2"/>
            <w:vAlign w:val="center"/>
          </w:tcPr>
          <w:p>
            <w:pPr>
              <w:spacing w:after="0"/>
            </w:pPr>
            <w:r>
              <w:rPr>
                <w:b w:val="0"/>
              </w:rPr>
              <w:t>不知道</w:t>
            </w:r>
          </w:p>
        </w:tc>
        <w:tc>
          <w:tcPr>
            <w:tcW w:type="dxa" w:w="1233"/>
            <w:shd w:fill="F2F2F2"/>
            <w:vAlign w:val="center"/>
          </w:tcPr>
          <w:p>
            <w:pPr>
              <w:spacing w:after="0"/>
            </w:pPr>
            <w:r>
              <w:rPr>
                <w:b w:val="0"/>
              </w:rPr>
              <w:t>全程知道</w:t>
            </w:r>
          </w:p>
        </w:tc>
        <w:tc>
          <w:tcPr>
            <w:tcW w:type="dxa" w:w="1233"/>
            <w:shd w:fill="F2F2F2"/>
            <w:vAlign w:val="center"/>
          </w:tcPr>
          <w:p>
            <w:pPr>
              <w:spacing w:after="0"/>
            </w:pPr>
            <w:r>
              <w:rPr>
                <w:b w:val="0"/>
              </w:rPr>
              <w:t>部分知道</w:t>
            </w:r>
          </w:p>
        </w:tc>
        <w:tc>
          <w:tcPr>
            <w:tcW w:type="dxa" w:w="1233"/>
            <w:shd w:fill="F2F2F2"/>
            <w:vAlign w:val="center"/>
          </w:tcPr>
          <w:p>
            <w:pPr>
              <w:spacing w:after="0"/>
            </w:pPr>
            <w:r>
              <w:rPr>
                <w:b w:val="0"/>
              </w:rPr>
              <w:t>不知道</w:t>
            </w:r>
          </w:p>
        </w:tc>
        <w:tc>
          <w:tcPr>
            <w:tcW w:type="dxa" w:w="1233"/>
            <w:shd w:fill="F2F2F2"/>
            <w:vAlign w:val="center"/>
          </w:tcPr>
          <w:p>
            <w:pPr>
              <w:spacing w:after="0"/>
            </w:pPr>
            <w:r>
              <w:rPr>
                <w:b w:val="0"/>
              </w:rPr>
              <w:t>不进入主案定性</w:t>
            </w:r>
          </w:p>
        </w:tc>
      </w:tr>
      <w:tr>
        <w:tc>
          <w:tcPr>
            <w:tcW w:type="dxa" w:w="1233"/>
            <w:vAlign w:val="center"/>
          </w:tcPr>
          <w:p>
            <w:pPr>
              <w:spacing w:after="0"/>
            </w:pPr>
            <w:r>
              <w:rPr>
                <w:b w:val="0"/>
              </w:rPr>
              <w:t>项目款缺口</w:t>
            </w:r>
          </w:p>
        </w:tc>
        <w:tc>
          <w:tcPr>
            <w:tcW w:type="dxa" w:w="1233"/>
            <w:vAlign w:val="center"/>
          </w:tcPr>
          <w:p>
            <w:pPr>
              <w:spacing w:after="0"/>
            </w:pPr>
            <w:r>
              <w:rPr>
                <w:b w:val="0"/>
              </w:rPr>
              <w:t>EP005 怀疑，EP007确认</w:t>
            </w:r>
          </w:p>
        </w:tc>
        <w:tc>
          <w:tcPr>
            <w:tcW w:type="dxa" w:w="1233"/>
            <w:vAlign w:val="center"/>
          </w:tcPr>
          <w:p>
            <w:pPr>
              <w:spacing w:after="0"/>
            </w:pPr>
            <w:r>
              <w:rPr>
                <w:b w:val="0"/>
              </w:rPr>
              <w:t>全程知道</w:t>
            </w:r>
          </w:p>
        </w:tc>
        <w:tc>
          <w:tcPr>
            <w:tcW w:type="dxa" w:w="1233"/>
            <w:vAlign w:val="center"/>
          </w:tcPr>
          <w:p>
            <w:pPr>
              <w:spacing w:after="0"/>
            </w:pPr>
            <w:r>
              <w:rPr>
                <w:b w:val="0"/>
              </w:rPr>
              <w:t>知道有人替她还债，不知资金来源</w:t>
            </w:r>
          </w:p>
        </w:tc>
        <w:tc>
          <w:tcPr>
            <w:tcW w:type="dxa" w:w="1233"/>
            <w:vAlign w:val="center"/>
          </w:tcPr>
          <w:p>
            <w:pPr>
              <w:spacing w:after="0"/>
            </w:pPr>
            <w:r>
              <w:rPr>
                <w:b w:val="0"/>
              </w:rPr>
              <w:t>EP005 后知道</w:t>
            </w:r>
          </w:p>
        </w:tc>
        <w:tc>
          <w:tcPr>
            <w:tcW w:type="dxa" w:w="1233"/>
            <w:vAlign w:val="center"/>
          </w:tcPr>
          <w:p>
            <w:pPr>
              <w:spacing w:after="0"/>
            </w:pPr>
            <w:r>
              <w:rPr>
                <w:b w:val="0"/>
              </w:rPr>
              <w:t>不知道</w:t>
            </w:r>
          </w:p>
        </w:tc>
        <w:tc>
          <w:tcPr>
            <w:tcW w:type="dxa" w:w="1233"/>
            <w:vAlign w:val="center"/>
          </w:tcPr>
          <w:p>
            <w:pPr>
              <w:spacing w:after="0"/>
            </w:pPr>
            <w:r>
              <w:rPr>
                <w:b w:val="0"/>
              </w:rPr>
              <w:t>不知道</w:t>
            </w:r>
          </w:p>
        </w:tc>
        <w:tc>
          <w:tcPr>
            <w:tcW w:type="dxa" w:w="1233"/>
            <w:vAlign w:val="center"/>
          </w:tcPr>
          <w:p>
            <w:pPr>
              <w:spacing w:after="0"/>
            </w:pPr>
            <w:r>
              <w:rPr>
                <w:b w:val="0"/>
              </w:rPr>
              <w:t>EP011 接收</w:t>
            </w:r>
          </w:p>
        </w:tc>
      </w:tr>
      <w:tr>
        <w:tc>
          <w:tcPr>
            <w:tcW w:type="dxa" w:w="1233"/>
            <w:shd w:fill="F2F2F2"/>
            <w:vAlign w:val="center"/>
          </w:tcPr>
          <w:p>
            <w:pPr>
              <w:spacing w:after="0"/>
            </w:pPr>
            <w:r>
              <w:rPr>
                <w:b w:val="0"/>
              </w:rPr>
              <w:t>沈念藏身处</w:t>
            </w:r>
          </w:p>
        </w:tc>
        <w:tc>
          <w:tcPr>
            <w:tcW w:type="dxa" w:w="1233"/>
            <w:shd w:fill="F2F2F2"/>
            <w:vAlign w:val="center"/>
          </w:tcPr>
          <w:p>
            <w:pPr>
              <w:spacing w:after="0"/>
            </w:pPr>
            <w:r>
              <w:rPr>
                <w:b w:val="0"/>
              </w:rPr>
              <w:t>EP009 找到</w:t>
            </w:r>
          </w:p>
        </w:tc>
        <w:tc>
          <w:tcPr>
            <w:tcW w:type="dxa" w:w="1233"/>
            <w:shd w:fill="F2F2F2"/>
            <w:vAlign w:val="center"/>
          </w:tcPr>
          <w:p>
            <w:pPr>
              <w:spacing w:after="0"/>
            </w:pPr>
            <w:r>
              <w:rPr>
                <w:b w:val="0"/>
              </w:rPr>
              <w:t>EP009 追踪到附近</w:t>
            </w:r>
          </w:p>
        </w:tc>
        <w:tc>
          <w:tcPr>
            <w:tcW w:type="dxa" w:w="1233"/>
            <w:shd w:fill="F2F2F2"/>
            <w:vAlign w:val="center"/>
          </w:tcPr>
          <w:p>
            <w:pPr>
              <w:spacing w:after="0"/>
            </w:pPr>
            <w:r>
              <w:rPr>
                <w:b w:val="0"/>
              </w:rPr>
              <w:t>EP006 后自知</w:t>
            </w:r>
          </w:p>
        </w:tc>
        <w:tc>
          <w:tcPr>
            <w:tcW w:type="dxa" w:w="1233"/>
            <w:shd w:fill="F2F2F2"/>
            <w:vAlign w:val="center"/>
          </w:tcPr>
          <w:p>
            <w:pPr>
              <w:spacing w:after="0"/>
            </w:pPr>
            <w:r>
              <w:rPr>
                <w:b w:val="0"/>
              </w:rPr>
              <w:t>EP010 获知</w:t>
            </w:r>
          </w:p>
        </w:tc>
        <w:tc>
          <w:tcPr>
            <w:tcW w:type="dxa" w:w="1233"/>
            <w:shd w:fill="F2F2F2"/>
            <w:vAlign w:val="center"/>
          </w:tcPr>
          <w:p>
            <w:pPr>
              <w:spacing w:after="0"/>
            </w:pPr>
            <w:r>
              <w:rPr>
                <w:b w:val="0"/>
              </w:rPr>
              <w:t>EP010 获知</w:t>
            </w:r>
          </w:p>
        </w:tc>
        <w:tc>
          <w:tcPr>
            <w:tcW w:type="dxa" w:w="1233"/>
            <w:shd w:fill="F2F2F2"/>
            <w:vAlign w:val="center"/>
          </w:tcPr>
          <w:p>
            <w:pPr>
              <w:spacing w:after="0"/>
            </w:pPr>
            <w:r>
              <w:rPr>
                <w:b w:val="0"/>
              </w:rPr>
              <w:t>EP012 获知</w:t>
            </w:r>
          </w:p>
        </w:tc>
        <w:tc>
          <w:tcPr>
            <w:tcW w:type="dxa" w:w="1233"/>
            <w:shd w:fill="F2F2F2"/>
            <w:vAlign w:val="center"/>
          </w:tcPr>
          <w:p>
            <w:pPr>
              <w:spacing w:after="0"/>
            </w:pPr>
            <w:r>
              <w:rPr>
                <w:b w:val="0"/>
              </w:rPr>
              <w:t>EP011 后获知</w:t>
            </w:r>
          </w:p>
        </w:tc>
      </w:tr>
    </w:tbl>
    <w:p>
      <w:pPr>
        <w:spacing w:after="0"/>
      </w:pPr>
    </w:p>
    <w:p>
      <w:pPr>
        <w:pStyle w:val="Heading2"/>
      </w:pPr>
      <w:r>
        <w:t>关系弧</w:t>
      </w:r>
    </w:p>
    <w:p>
      <w:pPr>
        <w:pStyle w:val="Heading3"/>
      </w:pPr>
      <w:r>
        <w:t>沈知微—沈念</w:t>
      </w:r>
    </w:p>
    <w:p>
      <w:pPr>
        <w:numPr>
          <w:ilvl w:val="0"/>
          <w:numId w:val="26"/>
        </w:numPr>
      </w:pPr>
      <w:r>
        <w:t>起点：姐姐把控制包装成保护，妹妹把逃避包装成独立。</w:t>
      </w:r>
    </w:p>
    <w:p>
      <w:pPr>
        <w:numPr>
          <w:ilvl w:val="0"/>
          <w:numId w:val="26"/>
        </w:numPr>
      </w:pPr>
      <w:r>
        <w:t>第一次变化（EP006）：沈知微确认妹妹参与构陷，保护者/受害者结构崩塌。</w:t>
      </w:r>
    </w:p>
    <w:p>
      <w:pPr>
        <w:numPr>
          <w:ilvl w:val="0"/>
          <w:numId w:val="26"/>
        </w:numPr>
      </w:pPr>
      <w:r>
        <w:t>第二次变化（EP009）：沈念拒绝跟姐姐走，迫使沈知微先承认自己的控制，再提出平等合作。</w:t>
      </w:r>
    </w:p>
    <w:p>
      <w:pPr>
        <w:numPr>
          <w:ilvl w:val="0"/>
          <w:numId w:val="26"/>
        </w:numPr>
      </w:pPr>
      <w:r>
        <w:t>第三次变化（EP011）：沈念选择公开作证并承认共谋，不再让姐姐替她承担。</w:t>
      </w:r>
    </w:p>
    <w:p>
      <w:pPr>
        <w:numPr>
          <w:ilvl w:val="0"/>
          <w:numId w:val="26"/>
        </w:numPr>
      </w:pPr>
      <w:r>
        <w:t>终点（EP012）：两人不即时和好；姐姐撤掉代管权限，妹妹自己面对程序与债务。</w:t>
      </w:r>
    </w:p>
    <w:p>
      <w:pPr>
        <w:pStyle w:val="Heading3"/>
      </w:pPr>
      <w:r>
        <w:t>沈知微—顾承泽</w:t>
      </w:r>
    </w:p>
    <w:p>
      <w:pPr>
        <w:numPr>
          <w:ilvl w:val="0"/>
          <w:numId w:val="27"/>
        </w:numPr>
      </w:pPr>
      <w:r>
        <w:t>起点：共同创业与婚姻让沈知微默认丈夫拥有运营权限。</w:t>
      </w:r>
    </w:p>
    <w:p>
      <w:pPr>
        <w:numPr>
          <w:ilvl w:val="0"/>
          <w:numId w:val="27"/>
        </w:numPr>
      </w:pPr>
      <w:r>
        <w:t>EP002：顾承泽第一次公开替她定义“失控”，亲密关系变成证词关系。</w:t>
      </w:r>
    </w:p>
    <w:p>
      <w:pPr>
        <w:numPr>
          <w:ilvl w:val="0"/>
          <w:numId w:val="27"/>
        </w:numPr>
      </w:pPr>
      <w:r>
        <w:t>EP008：他以妹妹位置交换公司控制权，婚姻与事业控制合并为同一压制机制。</w:t>
      </w:r>
    </w:p>
    <w:p>
      <w:pPr>
        <w:numPr>
          <w:ilvl w:val="0"/>
          <w:numId w:val="27"/>
        </w:numPr>
      </w:pPr>
      <w:r>
        <w:t>EP010：沈知微不再试图说服丈夫，而是让他的选择留下可验证痕迹。</w:t>
      </w:r>
    </w:p>
    <w:p>
      <w:pPr>
        <w:numPr>
          <w:ilvl w:val="0"/>
          <w:numId w:val="27"/>
        </w:numPr>
      </w:pPr>
      <w:r>
        <w:t>EP011：她以多源证据终止他对“唯一解释权”的占有。</w:t>
      </w:r>
    </w:p>
    <w:p>
      <w:pPr>
        <w:pStyle w:val="Heading3"/>
      </w:pPr>
      <w:r>
        <w:t>沈知微—叶蓁</w:t>
      </w:r>
    </w:p>
    <w:p>
      <w:r>
        <w:t>由多年信任、一次隐瞒导致的裂痕，发展为基于边界的合作。叶蓁不是无条件闺蜜，她先承担工程责任，才获得重新作证的资格。</w:t>
      </w:r>
    </w:p>
    <w:p>
      <w:pPr>
        <w:pStyle w:val="Heading3"/>
      </w:pPr>
      <w:r>
        <w:t>姐妹—林曼华</w:t>
      </w:r>
    </w:p>
    <w:p>
      <w:r>
        <w:t>母亲最初要求姐姐承担、妹妹被保护；终局她承认自己长期奖励“看起来更弱的人”，但不以一句道歉强行完成家庭和解。</w:t>
      </w:r>
    </w:p>
    <w:p>
      <w:pPr>
        <w:pStyle w:val="Heading2"/>
      </w:pPr>
      <w:r>
        <w:t>主线因果链</w:t>
      </w:r>
    </w:p>
    <w:p>
      <w:pPr>
        <w:numPr>
          <w:ilvl w:val="0"/>
          <w:numId w:val="28"/>
        </w:numPr>
      </w:pPr>
      <w:r>
        <w:t>顾承泽挪用项目款且审计将至，因此需要工作室控制权与替罪叙事。</w:t>
      </w:r>
    </w:p>
    <w:p>
      <w:pPr>
        <w:numPr>
          <w:ilvl w:val="0"/>
          <w:numId w:val="28"/>
        </w:numPr>
      </w:pPr>
      <w:r>
        <w:t>沈念的债务与对姐姐控制的不满，使她接受 24 小时假失踪。</w:t>
      </w:r>
    </w:p>
    <w:p>
      <w:pPr>
        <w:numPr>
          <w:ilvl w:val="0"/>
          <w:numId w:val="28"/>
        </w:numPr>
      </w:pPr>
      <w:r>
        <w:t>顾承泽扩大计划，用剪辑监控与家庭旧矛盾把沈知微塑造成嫌疑人。</w:t>
      </w:r>
    </w:p>
    <w:p>
      <w:pPr>
        <w:numPr>
          <w:ilvl w:val="0"/>
          <w:numId w:val="28"/>
        </w:numPr>
      </w:pPr>
      <w:r>
        <w:t>沈知微发现镜面异常，转向检查独立于云端的空间与设备痕迹。</w:t>
      </w:r>
    </w:p>
    <w:p>
      <w:pPr>
        <w:numPr>
          <w:ilvl w:val="0"/>
          <w:numId w:val="28"/>
        </w:numPr>
      </w:pPr>
      <w:r>
        <w:t>本地日志证明“坠落”后有人离开，迫使顾承泽加快舆论与公司控制。</w:t>
      </w:r>
    </w:p>
    <w:p>
      <w:pPr>
        <w:numPr>
          <w:ilvl w:val="0"/>
          <w:numId w:val="28"/>
        </w:numPr>
      </w:pPr>
      <w:r>
        <w:t>沈知微用错误信息测试知情者，叶蓁因工程副秘密暴露，提供服务区记录。</w:t>
      </w:r>
    </w:p>
    <w:p>
      <w:pPr>
        <w:numPr>
          <w:ilvl w:val="0"/>
          <w:numId w:val="28"/>
        </w:numPr>
      </w:pPr>
      <w:r>
        <w:t>工程记录连接停车区影像与项目流水，证明沈念仍活着且顾承泽替她还债。</w:t>
      </w:r>
    </w:p>
    <w:p>
      <w:pPr>
        <w:numPr>
          <w:ilvl w:val="0"/>
          <w:numId w:val="28"/>
        </w:numPr>
      </w:pPr>
      <w:r>
        <w:t>妹妹共谋的揭示让沈知微失去道德高位，却也暴露协议原定只有 24 小时。</w:t>
      </w:r>
    </w:p>
    <w:p>
      <w:pPr>
        <w:numPr>
          <w:ilvl w:val="0"/>
          <w:numId w:val="28"/>
        </w:numPr>
      </w:pPr>
      <w:r>
        <w:t>协议背面的警告与资金来源说明顾承泽另有控制计划；他以妹妹位置逼迫签署转让文件。</w:t>
      </w:r>
    </w:p>
    <w:p>
      <w:pPr>
        <w:numPr>
          <w:ilvl w:val="0"/>
          <w:numId w:val="28"/>
        </w:numPr>
      </w:pPr>
      <w:r>
        <w:t>沈知微找到沈念，却必须先承认自己的控制，姐妹才形成有限联盟。</w:t>
      </w:r>
    </w:p>
    <w:p>
      <w:pPr>
        <w:numPr>
          <w:ilvl w:val="0"/>
          <w:numId w:val="28"/>
        </w:numPr>
      </w:pPr>
      <w:r>
        <w:t>姐妹让顾承泽以为控制器是唯一证据，诱使他在现场亲自灭证并留下新的行为链。</w:t>
      </w:r>
    </w:p>
    <w:p>
      <w:pPr>
        <w:numPr>
          <w:ilvl w:val="0"/>
          <w:numId w:val="28"/>
        </w:numPr>
      </w:pPr>
      <w:r>
        <w:t>EP011 将空间、设备、资金和人物证词互证；EP012 完成各自责任，不把胜利写成无代价团圆。</w:t>
      </w:r>
    </w:p>
    <w:p>
      <w:pPr>
        <w:pStyle w:val="Heading2"/>
      </w:pPr>
      <w:r>
        <w:t>公平线索台账</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409"/>
        <w:gridCol w:w="1409"/>
        <w:gridCol w:w="1409"/>
        <w:gridCol w:w="1409"/>
        <w:gridCol w:w="1409"/>
        <w:gridCol w:w="1409"/>
        <w:gridCol w:w="1410"/>
      </w:tblGrid>
      <w:tr>
        <w:trPr>
          <w:tblHeader w:val="true"/>
        </w:trPr>
        <w:tc>
          <w:tcPr>
            <w:tcW w:type="dxa" w:w="1409"/>
            <w:shd w:fill="2E74B5"/>
            <w:vAlign w:val="center"/>
          </w:tcPr>
          <w:p>
            <w:pPr>
              <w:spacing w:after="0"/>
            </w:pPr>
            <w:r>
              <w:rPr>
                <w:b/>
                <w:color w:val="FFFFFF"/>
              </w:rPr>
              <w:t>ID</w:t>
            </w:r>
          </w:p>
        </w:tc>
        <w:tc>
          <w:tcPr>
            <w:tcW w:type="dxa" w:w="1409"/>
            <w:shd w:fill="2E74B5"/>
            <w:vAlign w:val="center"/>
          </w:tcPr>
          <w:p>
            <w:pPr>
              <w:spacing w:after="0"/>
            </w:pPr>
            <w:r>
              <w:rPr>
                <w:b/>
                <w:color w:val="FFFFFF"/>
              </w:rPr>
              <w:t>客观事实</w:t>
            </w:r>
          </w:p>
        </w:tc>
        <w:tc>
          <w:tcPr>
            <w:tcW w:type="dxa" w:w="1409"/>
            <w:shd w:fill="2E74B5"/>
            <w:vAlign w:val="center"/>
          </w:tcPr>
          <w:p>
            <w:pPr>
              <w:spacing w:after="0"/>
            </w:pPr>
            <w:r>
              <w:rPr>
                <w:b/>
                <w:color w:val="FFFFFF"/>
              </w:rPr>
              <w:t>首次出现</w:t>
            </w:r>
          </w:p>
        </w:tc>
        <w:tc>
          <w:tcPr>
            <w:tcW w:type="dxa" w:w="1409"/>
            <w:shd w:fill="2E74B5"/>
            <w:vAlign w:val="center"/>
          </w:tcPr>
          <w:p>
            <w:pPr>
              <w:spacing w:after="0"/>
            </w:pPr>
            <w:r>
              <w:rPr>
                <w:b/>
                <w:color w:val="FFFFFF"/>
              </w:rPr>
              <w:t>谁看见/理解/误读</w:t>
            </w:r>
          </w:p>
        </w:tc>
        <w:tc>
          <w:tcPr>
            <w:tcW w:type="dxa" w:w="1409"/>
            <w:shd w:fill="2E74B5"/>
            <w:vAlign w:val="center"/>
          </w:tcPr>
          <w:p>
            <w:pPr>
              <w:spacing w:after="0"/>
            </w:pPr>
            <w:r>
              <w:rPr>
                <w:b/>
                <w:color w:val="FFFFFF"/>
              </w:rPr>
              <w:t>当时可得错误解释</w:t>
            </w:r>
          </w:p>
        </w:tc>
        <w:tc>
          <w:tcPr>
            <w:tcW w:type="dxa" w:w="1409"/>
            <w:shd w:fill="2E74B5"/>
            <w:vAlign w:val="center"/>
          </w:tcPr>
          <w:p>
            <w:pPr>
              <w:spacing w:after="0"/>
            </w:pPr>
            <w:r>
              <w:rPr>
                <w:b/>
                <w:color w:val="FFFFFF"/>
              </w:rPr>
              <w:t>验证/推翻</w:t>
            </w:r>
          </w:p>
        </w:tc>
        <w:tc>
          <w:tcPr>
            <w:tcW w:type="dxa" w:w="1410"/>
            <w:shd w:fill="2E74B5"/>
            <w:vAlign w:val="center"/>
          </w:tcPr>
          <w:p>
            <w:pPr>
              <w:spacing w:after="0"/>
            </w:pPr>
            <w:r>
              <w:rPr>
                <w:b/>
                <w:color w:val="FFFFFF"/>
              </w:rPr>
              <w:t>最终回收</w:t>
            </w:r>
          </w:p>
        </w:tc>
      </w:tr>
      <w:tr>
        <w:tc>
          <w:tcPr>
            <w:tcW w:type="dxa" w:w="1409"/>
            <w:vAlign w:val="center"/>
          </w:tcPr>
          <w:p>
            <w:pPr>
              <w:spacing w:after="0"/>
            </w:pPr>
            <w:r>
              <w:rPr>
                <w:b w:val="0"/>
              </w:rPr>
              <w:t>CLUE01</w:t>
            </w:r>
          </w:p>
        </w:tc>
        <w:tc>
          <w:tcPr>
            <w:tcW w:type="dxa" w:w="1409"/>
            <w:vAlign w:val="center"/>
          </w:tcPr>
          <w:p>
            <w:pPr>
              <w:spacing w:after="0"/>
            </w:pPr>
            <w:r>
              <w:rPr>
                <w:b w:val="0"/>
              </w:rPr>
              <w:t>露台下没有沈念</w:t>
            </w:r>
          </w:p>
        </w:tc>
        <w:tc>
          <w:tcPr>
            <w:tcW w:type="dxa" w:w="1409"/>
            <w:vAlign w:val="center"/>
          </w:tcPr>
          <w:p>
            <w:pPr>
              <w:spacing w:after="0"/>
            </w:pPr>
            <w:r>
              <w:rPr>
                <w:b w:val="0"/>
              </w:rPr>
              <w:t>EP001</w:t>
            </w:r>
          </w:p>
        </w:tc>
        <w:tc>
          <w:tcPr>
            <w:tcW w:type="dxa" w:w="1409"/>
            <w:vAlign w:val="center"/>
          </w:tcPr>
          <w:p>
            <w:pPr>
              <w:spacing w:after="0"/>
            </w:pPr>
            <w:r>
              <w:rPr>
                <w:b w:val="0"/>
              </w:rPr>
              <w:t>所有人看见；顾承泽强调“可能被转移”</w:t>
            </w:r>
          </w:p>
        </w:tc>
        <w:tc>
          <w:tcPr>
            <w:tcW w:type="dxa" w:w="1409"/>
            <w:vAlign w:val="center"/>
          </w:tcPr>
          <w:p>
            <w:pPr>
              <w:spacing w:after="0"/>
            </w:pPr>
            <w:r>
              <w:rPr>
                <w:b w:val="0"/>
              </w:rPr>
              <w:t>沈知微处理了现场</w:t>
            </w:r>
          </w:p>
        </w:tc>
        <w:tc>
          <w:tcPr>
            <w:tcW w:type="dxa" w:w="1409"/>
            <w:vAlign w:val="center"/>
          </w:tcPr>
          <w:p>
            <w:pPr>
              <w:spacing w:after="0"/>
            </w:pPr>
            <w:r>
              <w:rPr>
                <w:b w:val="0"/>
              </w:rPr>
              <w:t>EP003 服务门记录；EP006 停车区影像</w:t>
            </w:r>
          </w:p>
        </w:tc>
        <w:tc>
          <w:tcPr>
            <w:tcW w:type="dxa" w:w="1410"/>
            <w:vAlign w:val="center"/>
          </w:tcPr>
          <w:p>
            <w:pPr>
              <w:spacing w:after="0"/>
            </w:pPr>
            <w:r>
              <w:rPr>
                <w:b w:val="0"/>
              </w:rPr>
              <w:t>证明所谓坠落不是完整事实</w:t>
            </w:r>
          </w:p>
        </w:tc>
      </w:tr>
      <w:tr>
        <w:tc>
          <w:tcPr>
            <w:tcW w:type="dxa" w:w="1409"/>
            <w:shd w:fill="F2F2F2"/>
            <w:vAlign w:val="center"/>
          </w:tcPr>
          <w:p>
            <w:pPr>
              <w:spacing w:after="0"/>
            </w:pPr>
            <w:r>
              <w:rPr>
                <w:b w:val="0"/>
              </w:rPr>
              <w:t>CLUE02</w:t>
            </w:r>
          </w:p>
        </w:tc>
        <w:tc>
          <w:tcPr>
            <w:tcW w:type="dxa" w:w="1409"/>
            <w:shd w:fill="F2F2F2"/>
            <w:vAlign w:val="center"/>
          </w:tcPr>
          <w:p>
            <w:pPr>
              <w:spacing w:after="0"/>
            </w:pPr>
            <w:r>
              <w:rPr>
                <w:b w:val="0"/>
              </w:rPr>
              <w:t>镜面反射出第二机位</w:t>
            </w:r>
          </w:p>
        </w:tc>
        <w:tc>
          <w:tcPr>
            <w:tcW w:type="dxa" w:w="1409"/>
            <w:shd w:fill="F2F2F2"/>
            <w:vAlign w:val="center"/>
          </w:tcPr>
          <w:p>
            <w:pPr>
              <w:spacing w:after="0"/>
            </w:pPr>
            <w:r>
              <w:rPr>
                <w:b w:val="0"/>
              </w:rPr>
              <w:t>EP002</w:t>
            </w:r>
          </w:p>
        </w:tc>
        <w:tc>
          <w:tcPr>
            <w:tcW w:type="dxa" w:w="1409"/>
            <w:shd w:fill="F2F2F2"/>
            <w:vAlign w:val="center"/>
          </w:tcPr>
          <w:p>
            <w:pPr>
              <w:spacing w:after="0"/>
            </w:pPr>
            <w:r>
              <w:rPr>
                <w:b w:val="0"/>
              </w:rPr>
              <w:t>沈知微注意；家人以为是灯光设备</w:t>
            </w:r>
          </w:p>
        </w:tc>
        <w:tc>
          <w:tcPr>
            <w:tcW w:type="dxa" w:w="1409"/>
            <w:shd w:fill="F2F2F2"/>
            <w:vAlign w:val="center"/>
          </w:tcPr>
          <w:p>
            <w:pPr>
              <w:spacing w:after="0"/>
            </w:pPr>
            <w:r>
              <w:rPr>
                <w:b w:val="0"/>
              </w:rPr>
              <w:t>普通活动拍摄器材</w:t>
            </w:r>
          </w:p>
        </w:tc>
        <w:tc>
          <w:tcPr>
            <w:tcW w:type="dxa" w:w="1409"/>
            <w:shd w:fill="F2F2F2"/>
            <w:vAlign w:val="center"/>
          </w:tcPr>
          <w:p>
            <w:pPr>
              <w:spacing w:after="0"/>
            </w:pPr>
            <w:r>
              <w:rPr>
                <w:b w:val="0"/>
              </w:rPr>
              <w:t>EP004 设备清单与角度不符</w:t>
            </w:r>
          </w:p>
        </w:tc>
        <w:tc>
          <w:tcPr>
            <w:tcW w:type="dxa" w:w="1410"/>
            <w:shd w:fill="F2F2F2"/>
            <w:vAlign w:val="center"/>
          </w:tcPr>
          <w:p>
            <w:pPr>
              <w:spacing w:after="0"/>
            </w:pPr>
            <w:r>
              <w:rPr>
                <w:b w:val="0"/>
              </w:rPr>
              <w:t>证明公开监控并非唯一视角</w:t>
            </w:r>
          </w:p>
        </w:tc>
      </w:tr>
      <w:tr>
        <w:tc>
          <w:tcPr>
            <w:tcW w:type="dxa" w:w="1409"/>
            <w:vAlign w:val="center"/>
          </w:tcPr>
          <w:p>
            <w:pPr>
              <w:spacing w:after="0"/>
            </w:pPr>
            <w:r>
              <w:rPr>
                <w:b w:val="0"/>
              </w:rPr>
              <w:t>CLUE03</w:t>
            </w:r>
          </w:p>
        </w:tc>
        <w:tc>
          <w:tcPr>
            <w:tcW w:type="dxa" w:w="1409"/>
            <w:vAlign w:val="center"/>
          </w:tcPr>
          <w:p>
            <w:pPr>
              <w:spacing w:after="0"/>
            </w:pPr>
            <w:r>
              <w:rPr>
                <w:b w:val="0"/>
              </w:rPr>
              <w:t>服务门在“坠落”后九分钟开启</w:t>
            </w:r>
          </w:p>
        </w:tc>
        <w:tc>
          <w:tcPr>
            <w:tcW w:type="dxa" w:w="1409"/>
            <w:vAlign w:val="center"/>
          </w:tcPr>
          <w:p>
            <w:pPr>
              <w:spacing w:after="0"/>
            </w:pPr>
            <w:r>
              <w:rPr>
                <w:b w:val="0"/>
              </w:rPr>
              <w:t>EP003</w:t>
            </w:r>
          </w:p>
        </w:tc>
        <w:tc>
          <w:tcPr>
            <w:tcW w:type="dxa" w:w="1409"/>
            <w:vAlign w:val="center"/>
          </w:tcPr>
          <w:p>
            <w:pPr>
              <w:spacing w:after="0"/>
            </w:pPr>
            <w:r>
              <w:rPr>
                <w:b w:val="0"/>
              </w:rPr>
              <w:t>沈知微、陈默理解；顾承泽不知已导出</w:t>
            </w:r>
          </w:p>
        </w:tc>
        <w:tc>
          <w:tcPr>
            <w:tcW w:type="dxa" w:w="1409"/>
            <w:vAlign w:val="center"/>
          </w:tcPr>
          <w:p>
            <w:pPr>
              <w:spacing w:after="0"/>
            </w:pPr>
            <w:r>
              <w:rPr>
                <w:b w:val="0"/>
              </w:rPr>
              <w:t>工程人员误触</w:t>
            </w:r>
          </w:p>
        </w:tc>
        <w:tc>
          <w:tcPr>
            <w:tcW w:type="dxa" w:w="1409"/>
            <w:vAlign w:val="center"/>
          </w:tcPr>
          <w:p>
            <w:pPr>
              <w:spacing w:after="0"/>
            </w:pPr>
            <w:r>
              <w:rPr>
                <w:b w:val="0"/>
              </w:rPr>
              <w:t>EP005 门禁与 EP006 影像对应</w:t>
            </w:r>
          </w:p>
        </w:tc>
        <w:tc>
          <w:tcPr>
            <w:tcW w:type="dxa" w:w="1410"/>
            <w:vAlign w:val="center"/>
          </w:tcPr>
          <w:p>
            <w:pPr>
              <w:spacing w:after="0"/>
            </w:pPr>
            <w:r>
              <w:rPr>
                <w:b w:val="0"/>
              </w:rPr>
              <w:t>证明有人主动离开现场</w:t>
            </w:r>
          </w:p>
        </w:tc>
      </w:tr>
      <w:tr>
        <w:tc>
          <w:tcPr>
            <w:tcW w:type="dxa" w:w="1409"/>
            <w:shd w:fill="F2F2F2"/>
            <w:vAlign w:val="center"/>
          </w:tcPr>
          <w:p>
            <w:pPr>
              <w:spacing w:after="0"/>
            </w:pPr>
            <w:r>
              <w:rPr>
                <w:b w:val="0"/>
              </w:rPr>
              <w:t>CLUE04</w:t>
            </w:r>
          </w:p>
        </w:tc>
        <w:tc>
          <w:tcPr>
            <w:tcW w:type="dxa" w:w="1409"/>
            <w:shd w:fill="F2F2F2"/>
            <w:vAlign w:val="center"/>
          </w:tcPr>
          <w:p>
            <w:pPr>
              <w:spacing w:after="0"/>
            </w:pPr>
            <w:r>
              <w:rPr>
                <w:b w:val="0"/>
              </w:rPr>
              <w:t>叶蓁案发夜刷过门禁</w:t>
            </w:r>
          </w:p>
        </w:tc>
        <w:tc>
          <w:tcPr>
            <w:tcW w:type="dxa" w:w="1409"/>
            <w:shd w:fill="F2F2F2"/>
            <w:vAlign w:val="center"/>
          </w:tcPr>
          <w:p>
            <w:pPr>
              <w:spacing w:after="0"/>
            </w:pPr>
            <w:r>
              <w:rPr>
                <w:b w:val="0"/>
              </w:rPr>
              <w:t>EP004</w:t>
            </w:r>
          </w:p>
        </w:tc>
        <w:tc>
          <w:tcPr>
            <w:tcW w:type="dxa" w:w="1409"/>
            <w:shd w:fill="F2F2F2"/>
            <w:vAlign w:val="center"/>
          </w:tcPr>
          <w:p>
            <w:pPr>
              <w:spacing w:after="0"/>
            </w:pPr>
            <w:r>
              <w:rPr>
                <w:b w:val="0"/>
              </w:rPr>
              <w:t>众人把她当共犯</w:t>
            </w:r>
          </w:p>
        </w:tc>
        <w:tc>
          <w:tcPr>
            <w:tcW w:type="dxa" w:w="1409"/>
            <w:shd w:fill="F2F2F2"/>
            <w:vAlign w:val="center"/>
          </w:tcPr>
          <w:p>
            <w:pPr>
              <w:spacing w:after="0"/>
            </w:pPr>
            <w:r>
              <w:rPr>
                <w:b w:val="0"/>
              </w:rPr>
              <w:t>她帮助沈知微伤人</w:t>
            </w:r>
          </w:p>
        </w:tc>
        <w:tc>
          <w:tcPr>
            <w:tcW w:type="dxa" w:w="1409"/>
            <w:shd w:fill="F2F2F2"/>
            <w:vAlign w:val="center"/>
          </w:tcPr>
          <w:p>
            <w:pPr>
              <w:spacing w:after="0"/>
            </w:pPr>
            <w:r>
              <w:rPr>
                <w:b w:val="0"/>
              </w:rPr>
              <w:t>EP005 工程缺陷记录</w:t>
            </w:r>
          </w:p>
        </w:tc>
        <w:tc>
          <w:tcPr>
            <w:tcW w:type="dxa" w:w="1410"/>
            <w:shd w:fill="F2F2F2"/>
            <w:vAlign w:val="center"/>
          </w:tcPr>
          <w:p>
            <w:pPr>
              <w:spacing w:after="0"/>
            </w:pPr>
            <w:r>
              <w:rPr>
                <w:b w:val="0"/>
              </w:rPr>
              <w:t>红鲱鱼回收，同时提供服务区事实</w:t>
            </w:r>
          </w:p>
        </w:tc>
      </w:tr>
      <w:tr>
        <w:tc>
          <w:tcPr>
            <w:tcW w:type="dxa" w:w="1409"/>
            <w:vAlign w:val="center"/>
          </w:tcPr>
          <w:p>
            <w:pPr>
              <w:spacing w:after="0"/>
            </w:pPr>
            <w:r>
              <w:rPr>
                <w:b w:val="0"/>
              </w:rPr>
              <w:t>CLUE05</w:t>
            </w:r>
          </w:p>
        </w:tc>
        <w:tc>
          <w:tcPr>
            <w:tcW w:type="dxa" w:w="1409"/>
            <w:vAlign w:val="center"/>
          </w:tcPr>
          <w:p>
            <w:pPr>
              <w:spacing w:after="0"/>
            </w:pPr>
            <w:r>
              <w:rPr>
                <w:b w:val="0"/>
              </w:rPr>
              <w:t>顾承泽替沈念偿债</w:t>
            </w:r>
          </w:p>
        </w:tc>
        <w:tc>
          <w:tcPr>
            <w:tcW w:type="dxa" w:w="1409"/>
            <w:vAlign w:val="center"/>
          </w:tcPr>
          <w:p>
            <w:pPr>
              <w:spacing w:after="0"/>
            </w:pPr>
            <w:r>
              <w:rPr>
                <w:b w:val="0"/>
              </w:rPr>
              <w:t>EP005</w:t>
            </w:r>
          </w:p>
        </w:tc>
        <w:tc>
          <w:tcPr>
            <w:tcW w:type="dxa" w:w="1409"/>
            <w:vAlign w:val="center"/>
          </w:tcPr>
          <w:p>
            <w:pPr>
              <w:spacing w:after="0"/>
            </w:pPr>
            <w:r>
              <w:rPr>
                <w:b w:val="0"/>
              </w:rPr>
              <w:t>沈知微理解资金异常</w:t>
            </w:r>
          </w:p>
        </w:tc>
        <w:tc>
          <w:tcPr>
            <w:tcW w:type="dxa" w:w="1409"/>
            <w:vAlign w:val="center"/>
          </w:tcPr>
          <w:p>
            <w:pPr>
              <w:spacing w:after="0"/>
            </w:pPr>
            <w:r>
              <w:rPr>
                <w:b w:val="0"/>
              </w:rPr>
              <w:t>丈夫私下帮助家人</w:t>
            </w:r>
          </w:p>
        </w:tc>
        <w:tc>
          <w:tcPr>
            <w:tcW w:type="dxa" w:w="1409"/>
            <w:vAlign w:val="center"/>
          </w:tcPr>
          <w:p>
            <w:pPr>
              <w:spacing w:after="0"/>
            </w:pPr>
            <w:r>
              <w:rPr>
                <w:b w:val="0"/>
              </w:rPr>
              <w:t>EP007 协议与项目流水</w:t>
            </w:r>
          </w:p>
        </w:tc>
        <w:tc>
          <w:tcPr>
            <w:tcW w:type="dxa" w:w="1410"/>
            <w:vAlign w:val="center"/>
          </w:tcPr>
          <w:p>
            <w:pPr>
              <w:spacing w:after="0"/>
            </w:pPr>
            <w:r>
              <w:rPr>
                <w:b w:val="0"/>
              </w:rPr>
              <w:t>连接假失踪共谋与挪用动机</w:t>
            </w:r>
          </w:p>
        </w:tc>
      </w:tr>
      <w:tr>
        <w:tc>
          <w:tcPr>
            <w:tcW w:type="dxa" w:w="1409"/>
            <w:shd w:fill="F2F2F2"/>
            <w:vAlign w:val="center"/>
          </w:tcPr>
          <w:p>
            <w:pPr>
              <w:spacing w:after="0"/>
            </w:pPr>
            <w:r>
              <w:rPr>
                <w:b w:val="0"/>
              </w:rPr>
              <w:t>CLUE06</w:t>
            </w:r>
          </w:p>
        </w:tc>
        <w:tc>
          <w:tcPr>
            <w:tcW w:type="dxa" w:w="1409"/>
            <w:shd w:fill="F2F2F2"/>
            <w:vAlign w:val="center"/>
          </w:tcPr>
          <w:p>
            <w:pPr>
              <w:spacing w:after="0"/>
            </w:pPr>
            <w:r>
              <w:rPr>
                <w:b w:val="0"/>
              </w:rPr>
              <w:t>沈念在停车区换下带血外套</w:t>
            </w:r>
          </w:p>
        </w:tc>
        <w:tc>
          <w:tcPr>
            <w:tcW w:type="dxa" w:w="1409"/>
            <w:shd w:fill="F2F2F2"/>
            <w:vAlign w:val="center"/>
          </w:tcPr>
          <w:p>
            <w:pPr>
              <w:spacing w:after="0"/>
            </w:pPr>
            <w:r>
              <w:rPr>
                <w:b w:val="0"/>
              </w:rPr>
              <w:t>EP006</w:t>
            </w:r>
          </w:p>
        </w:tc>
        <w:tc>
          <w:tcPr>
            <w:tcW w:type="dxa" w:w="1409"/>
            <w:shd w:fill="F2F2F2"/>
            <w:vAlign w:val="center"/>
          </w:tcPr>
          <w:p>
            <w:pPr>
              <w:spacing w:after="0"/>
            </w:pPr>
            <w:r>
              <w:rPr>
                <w:b w:val="0"/>
              </w:rPr>
              <w:t>观众与沈知微同时看到</w:t>
            </w:r>
          </w:p>
        </w:tc>
        <w:tc>
          <w:tcPr>
            <w:tcW w:type="dxa" w:w="1409"/>
            <w:shd w:fill="F2F2F2"/>
            <w:vAlign w:val="center"/>
          </w:tcPr>
          <w:p>
            <w:pPr>
              <w:spacing w:after="0"/>
            </w:pPr>
            <w:r>
              <w:rPr>
                <w:b w:val="0"/>
              </w:rPr>
              <w:t>她完全主导构陷</w:t>
            </w:r>
          </w:p>
        </w:tc>
        <w:tc>
          <w:tcPr>
            <w:tcW w:type="dxa" w:w="1409"/>
            <w:shd w:fill="F2F2F2"/>
            <w:vAlign w:val="center"/>
          </w:tcPr>
          <w:p>
            <w:pPr>
              <w:spacing w:after="0"/>
            </w:pPr>
            <w:r>
              <w:rPr>
                <w:b w:val="0"/>
              </w:rPr>
              <w:t>EP007 警告、EP009口述</w:t>
            </w:r>
          </w:p>
        </w:tc>
        <w:tc>
          <w:tcPr>
            <w:tcW w:type="dxa" w:w="1410"/>
            <w:shd w:fill="F2F2F2"/>
            <w:vAlign w:val="center"/>
          </w:tcPr>
          <w:p>
            <w:pPr>
              <w:spacing w:after="0"/>
            </w:pPr>
            <w:r>
              <w:rPr>
                <w:b w:val="0"/>
              </w:rPr>
              <w:t>证明共谋，也保留她后来反悔的空间</w:t>
            </w:r>
          </w:p>
        </w:tc>
      </w:tr>
      <w:tr>
        <w:tc>
          <w:tcPr>
            <w:tcW w:type="dxa" w:w="1409"/>
            <w:vAlign w:val="center"/>
          </w:tcPr>
          <w:p>
            <w:pPr>
              <w:spacing w:after="0"/>
            </w:pPr>
            <w:r>
              <w:rPr>
                <w:b w:val="0"/>
              </w:rPr>
              <w:t>CLUE07</w:t>
            </w:r>
          </w:p>
        </w:tc>
        <w:tc>
          <w:tcPr>
            <w:tcW w:type="dxa" w:w="1409"/>
            <w:vAlign w:val="center"/>
          </w:tcPr>
          <w:p>
            <w:pPr>
              <w:spacing w:after="0"/>
            </w:pPr>
            <w:r>
              <w:rPr>
                <w:b w:val="0"/>
              </w:rPr>
              <w:t>协议原定 24 小时，背面写“别相信他”</w:t>
            </w:r>
          </w:p>
        </w:tc>
        <w:tc>
          <w:tcPr>
            <w:tcW w:type="dxa" w:w="1409"/>
            <w:vAlign w:val="center"/>
          </w:tcPr>
          <w:p>
            <w:pPr>
              <w:spacing w:after="0"/>
            </w:pPr>
            <w:r>
              <w:rPr>
                <w:b w:val="0"/>
              </w:rPr>
              <w:t>EP007</w:t>
            </w:r>
          </w:p>
        </w:tc>
        <w:tc>
          <w:tcPr>
            <w:tcW w:type="dxa" w:w="1409"/>
            <w:vAlign w:val="center"/>
          </w:tcPr>
          <w:p>
            <w:pPr>
              <w:spacing w:after="0"/>
            </w:pPr>
            <w:r>
              <w:rPr>
                <w:b w:val="0"/>
              </w:rPr>
              <w:t>沈知微理解；顾承泽不知道警告仍在</w:t>
            </w:r>
          </w:p>
        </w:tc>
        <w:tc>
          <w:tcPr>
            <w:tcW w:type="dxa" w:w="1409"/>
            <w:vAlign w:val="center"/>
          </w:tcPr>
          <w:p>
            <w:pPr>
              <w:spacing w:after="0"/>
            </w:pPr>
            <w:r>
              <w:rPr>
                <w:b w:val="0"/>
              </w:rPr>
              <w:t>沈念临时甩锅</w:t>
            </w:r>
          </w:p>
        </w:tc>
        <w:tc>
          <w:tcPr>
            <w:tcW w:type="dxa" w:w="1409"/>
            <w:vAlign w:val="center"/>
          </w:tcPr>
          <w:p>
            <w:pPr>
              <w:spacing w:after="0"/>
            </w:pPr>
            <w:r>
              <w:rPr>
                <w:b w:val="0"/>
              </w:rPr>
              <w:t>EP009 藏身与追踪事实</w:t>
            </w:r>
          </w:p>
        </w:tc>
        <w:tc>
          <w:tcPr>
            <w:tcW w:type="dxa" w:w="1410"/>
            <w:vAlign w:val="center"/>
          </w:tcPr>
          <w:p>
            <w:pPr>
              <w:spacing w:after="0"/>
            </w:pPr>
            <w:r>
              <w:rPr>
                <w:b w:val="0"/>
              </w:rPr>
              <w:t>证明计划被顾承泽单方面升级</w:t>
            </w:r>
          </w:p>
        </w:tc>
      </w:tr>
      <w:tr>
        <w:tc>
          <w:tcPr>
            <w:tcW w:type="dxa" w:w="1409"/>
            <w:shd w:fill="F2F2F2"/>
            <w:vAlign w:val="center"/>
          </w:tcPr>
          <w:p>
            <w:pPr>
              <w:spacing w:after="0"/>
            </w:pPr>
            <w:r>
              <w:rPr>
                <w:b w:val="0"/>
              </w:rPr>
              <w:t>CLUE08</w:t>
            </w:r>
          </w:p>
        </w:tc>
        <w:tc>
          <w:tcPr>
            <w:tcW w:type="dxa" w:w="1409"/>
            <w:shd w:fill="F2F2F2"/>
            <w:vAlign w:val="center"/>
          </w:tcPr>
          <w:p>
            <w:pPr>
              <w:spacing w:after="0"/>
            </w:pPr>
            <w:r>
              <w:rPr>
                <w:b w:val="0"/>
              </w:rPr>
              <w:t>顾承泽签字后仍要求清空服务通道</w:t>
            </w:r>
          </w:p>
        </w:tc>
        <w:tc>
          <w:tcPr>
            <w:tcW w:type="dxa" w:w="1409"/>
            <w:shd w:fill="F2F2F2"/>
            <w:vAlign w:val="center"/>
          </w:tcPr>
          <w:p>
            <w:pPr>
              <w:spacing w:after="0"/>
            </w:pPr>
            <w:r>
              <w:rPr>
                <w:b w:val="0"/>
              </w:rPr>
              <w:t>EP008</w:t>
            </w:r>
          </w:p>
        </w:tc>
        <w:tc>
          <w:tcPr>
            <w:tcW w:type="dxa" w:w="1409"/>
            <w:shd w:fill="F2F2F2"/>
            <w:vAlign w:val="center"/>
          </w:tcPr>
          <w:p>
            <w:pPr>
              <w:spacing w:after="0"/>
            </w:pPr>
            <w:r>
              <w:rPr>
                <w:b w:val="0"/>
              </w:rPr>
              <w:t>沈知微、观众理解</w:t>
            </w:r>
          </w:p>
        </w:tc>
        <w:tc>
          <w:tcPr>
            <w:tcW w:type="dxa" w:w="1409"/>
            <w:shd w:fill="F2F2F2"/>
            <w:vAlign w:val="center"/>
          </w:tcPr>
          <w:p>
            <w:pPr>
              <w:spacing w:after="0"/>
            </w:pPr>
            <w:r>
              <w:rPr>
                <w:b w:val="0"/>
              </w:rPr>
              <w:t>正常恢复项目现场</w:t>
            </w:r>
          </w:p>
        </w:tc>
        <w:tc>
          <w:tcPr>
            <w:tcW w:type="dxa" w:w="1409"/>
            <w:shd w:fill="F2F2F2"/>
            <w:vAlign w:val="center"/>
          </w:tcPr>
          <w:p>
            <w:pPr>
              <w:spacing w:after="0"/>
            </w:pPr>
            <w:r>
              <w:rPr>
                <w:b w:val="0"/>
              </w:rPr>
              <w:t>EP009 他追到藏身区</w:t>
            </w:r>
          </w:p>
        </w:tc>
        <w:tc>
          <w:tcPr>
            <w:tcW w:type="dxa" w:w="1410"/>
            <w:shd w:fill="F2F2F2"/>
            <w:vAlign w:val="center"/>
          </w:tcPr>
          <w:p>
            <w:pPr>
              <w:spacing w:after="0"/>
            </w:pPr>
            <w:r>
              <w:rPr>
                <w:b w:val="0"/>
              </w:rPr>
              <w:t>证明目标不只是公司控制权</w:t>
            </w:r>
          </w:p>
        </w:tc>
      </w:tr>
      <w:tr>
        <w:tc>
          <w:tcPr>
            <w:tcW w:type="dxa" w:w="1409"/>
            <w:vAlign w:val="center"/>
          </w:tcPr>
          <w:p>
            <w:pPr>
              <w:spacing w:after="0"/>
            </w:pPr>
            <w:r>
              <w:rPr>
                <w:b w:val="0"/>
              </w:rPr>
              <w:t>CLUE09</w:t>
            </w:r>
          </w:p>
        </w:tc>
        <w:tc>
          <w:tcPr>
            <w:tcW w:type="dxa" w:w="1409"/>
            <w:vAlign w:val="center"/>
          </w:tcPr>
          <w:p>
            <w:pPr>
              <w:spacing w:after="0"/>
            </w:pPr>
            <w:r>
              <w:rPr>
                <w:b w:val="0"/>
              </w:rPr>
              <w:t>沈念一直保留姐姐设置的旧门禁权限</w:t>
            </w:r>
          </w:p>
        </w:tc>
        <w:tc>
          <w:tcPr>
            <w:tcW w:type="dxa" w:w="1409"/>
            <w:vAlign w:val="center"/>
          </w:tcPr>
          <w:p>
            <w:pPr>
              <w:spacing w:after="0"/>
            </w:pPr>
            <w:r>
              <w:rPr>
                <w:b w:val="0"/>
              </w:rPr>
              <w:t>EP009</w:t>
            </w:r>
          </w:p>
        </w:tc>
        <w:tc>
          <w:tcPr>
            <w:tcW w:type="dxa" w:w="1409"/>
            <w:vAlign w:val="center"/>
          </w:tcPr>
          <w:p>
            <w:pPr>
              <w:spacing w:after="0"/>
            </w:pPr>
            <w:r>
              <w:rPr>
                <w:b w:val="0"/>
              </w:rPr>
              <w:t>姐妹理解不同：姐姐视为保护，妹妹视为控制</w:t>
            </w:r>
          </w:p>
        </w:tc>
        <w:tc>
          <w:tcPr>
            <w:tcW w:type="dxa" w:w="1409"/>
            <w:vAlign w:val="center"/>
          </w:tcPr>
          <w:p>
            <w:pPr>
              <w:spacing w:after="0"/>
            </w:pPr>
            <w:r>
              <w:rPr>
                <w:b w:val="0"/>
              </w:rPr>
              <w:t>只是家庭便利设置</w:t>
            </w:r>
          </w:p>
        </w:tc>
        <w:tc>
          <w:tcPr>
            <w:tcW w:type="dxa" w:w="1409"/>
            <w:vAlign w:val="center"/>
          </w:tcPr>
          <w:p>
            <w:pPr>
              <w:spacing w:after="0"/>
            </w:pPr>
            <w:r>
              <w:rPr>
                <w:b w:val="0"/>
              </w:rPr>
              <w:t>EP010 被改作双方同意的临时联动</w:t>
            </w:r>
          </w:p>
        </w:tc>
        <w:tc>
          <w:tcPr>
            <w:tcW w:type="dxa" w:w="1410"/>
            <w:vAlign w:val="center"/>
          </w:tcPr>
          <w:p>
            <w:pPr>
              <w:spacing w:after="0"/>
            </w:pPr>
            <w:r>
              <w:rPr>
                <w:b w:val="0"/>
              </w:rPr>
              <w:t>把情感缺口转化为行动机制</w:t>
            </w:r>
          </w:p>
        </w:tc>
      </w:tr>
      <w:tr>
        <w:tc>
          <w:tcPr>
            <w:tcW w:type="dxa" w:w="1409"/>
            <w:shd w:fill="F2F2F2"/>
            <w:vAlign w:val="center"/>
          </w:tcPr>
          <w:p>
            <w:pPr>
              <w:spacing w:after="0"/>
            </w:pPr>
            <w:r>
              <w:rPr>
                <w:b w:val="0"/>
              </w:rPr>
              <w:t>CLUE10</w:t>
            </w:r>
          </w:p>
        </w:tc>
        <w:tc>
          <w:tcPr>
            <w:tcW w:type="dxa" w:w="1409"/>
            <w:shd w:fill="F2F2F2"/>
            <w:vAlign w:val="center"/>
          </w:tcPr>
          <w:p>
            <w:pPr>
              <w:spacing w:after="0"/>
            </w:pPr>
            <w:r>
              <w:rPr>
                <w:b w:val="0"/>
              </w:rPr>
              <w:t>顾承泽在 EP010 砸毁控制器</w:t>
            </w:r>
          </w:p>
        </w:tc>
        <w:tc>
          <w:tcPr>
            <w:tcW w:type="dxa" w:w="1409"/>
            <w:shd w:fill="F2F2F2"/>
            <w:vAlign w:val="center"/>
          </w:tcPr>
          <w:p>
            <w:pPr>
              <w:spacing w:after="0"/>
            </w:pPr>
            <w:r>
              <w:rPr>
                <w:b w:val="0"/>
              </w:rPr>
              <w:t>EP010</w:t>
            </w:r>
          </w:p>
        </w:tc>
        <w:tc>
          <w:tcPr>
            <w:tcW w:type="dxa" w:w="1409"/>
            <w:shd w:fill="F2F2F2"/>
            <w:vAlign w:val="center"/>
          </w:tcPr>
          <w:p>
            <w:pPr>
              <w:spacing w:after="0"/>
            </w:pPr>
            <w:r>
              <w:rPr>
                <w:b w:val="0"/>
              </w:rPr>
              <w:t>顾承泽以为灭掉核心证据</w:t>
            </w:r>
          </w:p>
        </w:tc>
        <w:tc>
          <w:tcPr>
            <w:tcW w:type="dxa" w:w="1409"/>
            <w:shd w:fill="F2F2F2"/>
            <w:vAlign w:val="center"/>
          </w:tcPr>
          <w:p>
            <w:pPr>
              <w:spacing w:after="0"/>
            </w:pPr>
            <w:r>
              <w:rPr>
                <w:b w:val="0"/>
              </w:rPr>
              <w:t>设备冲突中的过激反应</w:t>
            </w:r>
          </w:p>
        </w:tc>
        <w:tc>
          <w:tcPr>
            <w:tcW w:type="dxa" w:w="1409"/>
            <w:shd w:fill="F2F2F2"/>
            <w:vAlign w:val="center"/>
          </w:tcPr>
          <w:p>
            <w:pPr>
              <w:spacing w:after="0"/>
            </w:pPr>
            <w:r>
              <w:rPr>
                <w:b w:val="0"/>
              </w:rPr>
              <w:t>EP011 展示此前导出件与其他证据</w:t>
            </w:r>
          </w:p>
        </w:tc>
        <w:tc>
          <w:tcPr>
            <w:tcW w:type="dxa" w:w="1410"/>
            <w:shd w:fill="F2F2F2"/>
            <w:vAlign w:val="center"/>
          </w:tcPr>
          <w:p>
            <w:pPr>
              <w:spacing w:after="0"/>
            </w:pPr>
            <w:r>
              <w:rPr>
                <w:b w:val="0"/>
              </w:rPr>
              <w:t>证明其行为目的，但不单独承担定案功能</w:t>
            </w:r>
          </w:p>
        </w:tc>
      </w:tr>
    </w:tbl>
    <w:p>
      <w:pPr>
        <w:spacing w:after="0"/>
      </w:pPr>
    </w:p>
    <w:p>
      <w:pPr>
        <w:pStyle w:val="Heading2"/>
      </w:pPr>
      <w:r>
        <w:t>红鲱鱼规则</w:t>
      </w:r>
    </w:p>
    <w:p>
      <w:pPr>
        <w:numPr>
          <w:ilvl w:val="0"/>
          <w:numId w:val="29"/>
        </w:numPr>
      </w:pPr>
      <w:r>
        <w:t>叶蓁的门禁记录必须真实，对应真实工程失误；不能只为欺骗观众。</w:t>
      </w:r>
    </w:p>
    <w:p>
      <w:pPr>
        <w:numPr>
          <w:ilvl w:val="0"/>
          <w:numId w:val="29"/>
        </w:numPr>
      </w:pPr>
      <w:r>
        <w:t>陈默删除云端片段是真实错误，但他不知道构陷全貌；他的责任与顾承泽的主谋责任分开。</w:t>
      </w:r>
    </w:p>
    <w:p>
      <w:pPr>
        <w:numPr>
          <w:ilvl w:val="0"/>
          <w:numId w:val="29"/>
        </w:numPr>
      </w:pPr>
      <w:r>
        <w:t>沈知微过去控制妹妹是真实关系伤害，但不能被偷换为她实施坠楼的证据。</w:t>
      </w:r>
    </w:p>
    <w:p>
      <w:pPr>
        <w:numPr>
          <w:ilvl w:val="0"/>
          <w:numId w:val="29"/>
        </w:numPr>
      </w:pPr>
      <w:r>
        <w:t>林曼华的偏见推动错误共识，但她不掌握隐藏事实，不故意向观众撒谎。</w:t>
      </w:r>
    </w:p>
    <w:p>
      <w:pPr>
        <w:pStyle w:val="Heading2"/>
      </w:pPr>
      <w:r>
        <w:t>类型回报阶梯</w:t>
      </w:r>
    </w:p>
    <w:p>
      <w:pPr>
        <w:numPr>
          <w:ilvl w:val="0"/>
          <w:numId w:val="30"/>
        </w:numPr>
      </w:pPr>
      <w:r>
        <w:t>EP001：死亡疑云被“没有尸体”立刻推翻一层。</w:t>
      </w:r>
    </w:p>
    <w:p>
      <w:pPr>
        <w:numPr>
          <w:ilvl w:val="0"/>
          <w:numId w:val="30"/>
        </w:numPr>
      </w:pPr>
      <w:r>
        <w:t>EP002—EP003：女主从被定义转为主动识别证据边界。</w:t>
      </w:r>
    </w:p>
    <w:p>
      <w:pPr>
        <w:numPr>
          <w:ilvl w:val="0"/>
          <w:numId w:val="30"/>
        </w:numPr>
      </w:pPr>
      <w:r>
        <w:t>EP004—EP005：第一次公开拆穿错误嫌疑，并把丈夫的帮助反转为资金疑点。</w:t>
      </w:r>
    </w:p>
    <w:p>
      <w:pPr>
        <w:numPr>
          <w:ilvl w:val="0"/>
          <w:numId w:val="30"/>
        </w:numPr>
      </w:pPr>
      <w:r>
        <w:t>EP006：妹妹活着且共谋，案件模型与观众立场同时翻转。</w:t>
      </w:r>
    </w:p>
    <w:p>
      <w:pPr>
        <w:numPr>
          <w:ilvl w:val="0"/>
          <w:numId w:val="30"/>
        </w:numPr>
      </w:pPr>
      <w:r>
        <w:t>EP007—EP008：女主放弃完美受害者身份，以可验证风险换取主动权。</w:t>
      </w:r>
    </w:p>
    <w:p>
      <w:pPr>
        <w:numPr>
          <w:ilvl w:val="0"/>
          <w:numId w:val="30"/>
        </w:numPr>
      </w:pPr>
      <w:r>
        <w:t>EP009：姐妹冲突不靠拥抱解决，女主先承认控制才得到合作。</w:t>
      </w:r>
    </w:p>
    <w:p>
      <w:pPr>
        <w:numPr>
          <w:ilvl w:val="0"/>
          <w:numId w:val="30"/>
        </w:numPr>
      </w:pPr>
      <w:r>
        <w:t>EP010：姐妹利用对手的自信完成反向设局。</w:t>
      </w:r>
    </w:p>
    <w:p>
      <w:pPr>
        <w:numPr>
          <w:ilvl w:val="0"/>
          <w:numId w:val="30"/>
        </w:numPr>
      </w:pPr>
      <w:r>
        <w:t>EP011：四类证据同时翻转解释权，完成主要爽点清算。</w:t>
      </w:r>
    </w:p>
    <w:p>
      <w:pPr>
        <w:numPr>
          <w:ilvl w:val="0"/>
          <w:numId w:val="30"/>
        </w:numPr>
      </w:pPr>
      <w:r>
        <w:t>EP012：事业恢复、共谋担责、权限归还，提供有余味的成长回报。</w:t>
      </w:r>
    </w:p>
    <w:p>
      <w:pPr>
        <w:pStyle w:val="Heading2"/>
      </w:pPr>
      <w:r>
        <w:t>结局</w:t>
      </w:r>
    </w:p>
    <w:p>
      <w:pPr>
        <w:numPr>
          <w:ilvl w:val="0"/>
          <w:numId w:val="31"/>
        </w:numPr>
      </w:pPr>
      <w:r>
        <w:t>外部结果：顾承泽因资金与构陷相关事实被继续调查；工作室启动独立审计，沈知微恢复创作负责人位置，但不以一句台词宣布所有法律结论。</w:t>
      </w:r>
    </w:p>
    <w:p>
      <w:pPr>
        <w:numPr>
          <w:ilvl w:val="0"/>
          <w:numId w:val="31"/>
        </w:numPr>
      </w:pPr>
      <w:r>
        <w:t>沈念结果：主动陈述共谋事实，接受后续处理与债务责任；她不再由姐姐代办。</w:t>
      </w:r>
    </w:p>
    <w:p>
      <w:pPr>
        <w:numPr>
          <w:ilvl w:val="0"/>
          <w:numId w:val="31"/>
        </w:numPr>
      </w:pPr>
      <w:r>
        <w:t>关系结果：姐妹保持距离，只同意以后任何帮助必须先征得本人同意。</w:t>
      </w:r>
    </w:p>
    <w:p>
      <w:pPr>
        <w:numPr>
          <w:ilvl w:val="0"/>
          <w:numId w:val="31"/>
        </w:numPr>
      </w:pPr>
      <w:r>
        <w:t>主角代价：沈知微赢回证据与事业，却失去“我没有做错任何事”的自我叙事。</w:t>
      </w:r>
    </w:p>
    <w:p>
      <w:pPr>
        <w:numPr>
          <w:ilvl w:val="0"/>
          <w:numId w:val="31"/>
        </w:numPr>
      </w:pPr>
      <w:r>
        <w:t>最终动作：沈知微删除自己对沈念门禁的代管权限，把确认权交还给妹妹。</w:t>
      </w:r>
    </w:p>
    <w:p>
      <w:pPr>
        <w:pStyle w:val="Heading2"/>
      </w:pPr>
      <w:r>
        <w:t>制片边界</w:t>
      </w:r>
    </w:p>
    <w:p>
      <w:pPr>
        <w:numPr>
          <w:ilvl w:val="0"/>
          <w:numId w:val="32"/>
        </w:numPr>
      </w:pPr>
      <w:r>
        <w:t>常驻场景：云栖样板屋、知微空间工作室、林曼华住所、服务通道/停车区、旧布景仓。</w:t>
      </w:r>
    </w:p>
    <w:p>
      <w:pPr>
        <w:numPr>
          <w:ilvl w:val="0"/>
          <w:numId w:val="32"/>
        </w:numPr>
      </w:pPr>
      <w:r>
        <w:t>演员：6 名核心角色；办案人员集中在 EP002、EP008、EP011—EP012 少量出场。</w:t>
      </w:r>
    </w:p>
    <w:p>
      <w:pPr>
        <w:numPr>
          <w:ilvl w:val="0"/>
          <w:numId w:val="32"/>
        </w:numPr>
      </w:pPr>
      <w:r>
        <w:t>夜戏：集中在 EP001—EP003、EP006—EP007、EP010；通过同一场地换景完成。</w:t>
      </w:r>
    </w:p>
    <w:p>
      <w:pPr>
        <w:numPr>
          <w:ilvl w:val="0"/>
          <w:numId w:val="32"/>
        </w:numPr>
      </w:pPr>
      <w:r>
        <w:t>动作：无正面坠落、追车或打斗。危险感由关门、断电、逼近灯光、物件损坏和演员反应完成。</w:t>
      </w:r>
    </w:p>
    <w:p>
      <w:pPr>
        <w:numPr>
          <w:ilvl w:val="0"/>
          <w:numId w:val="32"/>
        </w:numPr>
      </w:pPr>
      <w:r>
        <w:t>特效：只做监控、门锁、手机、转账与日志界面合成；不依赖复杂三维特效。</w:t>
      </w:r>
    </w:p>
    <w:p>
      <w:pPr>
        <w:numPr>
          <w:ilvl w:val="0"/>
          <w:numId w:val="32"/>
        </w:numPr>
      </w:pPr>
      <w:r>
        <w:t>英雄道具：控制器、日志导出件、债务协议、项目流水、转让文件均准备连续性备份。</w:t>
      </w:r>
    </w:p>
    <w:p>
      <w:pPr>
        <w:numPr>
          <w:ilvl w:val="0"/>
          <w:numId w:val="32"/>
        </w:numPr>
      </w:pPr>
      <w:r>
        <w:t>替代原则：任何高成本外景优先并入服务通道或工作室；任何技术奇观优先改为可见物理痕迹，不破坏线索公平性。</w:t>
      </w:r>
    </w:p>
    <w:p>
      <w:pPr>
        <w:pStyle w:val="DramaMeta"/>
      </w:pPr>
      <w:r>
        <w:t>来源文件：story-bible.md</w:t>
      </w:r>
    </w:p>
    <w:p>
      <w:r>
        <w:br w:type="page"/>
      </w:r>
    </w:p>
    <w:p>
      <w:pPr>
        <w:pStyle w:val="Heading1"/>
      </w:pPr>
      <w:r>
        <w:t>分集表</w:t>
      </w:r>
    </w:p>
    <w:p>
      <w:pPr>
        <w:numPr>
          <w:ilvl w:val="0"/>
          <w:numId w:val="33"/>
        </w:numPr>
      </w:pPr>
      <w:r>
        <w:t>修订号：0.4.0</w:t>
      </w:r>
    </w:p>
    <w:p>
      <w:pPr>
        <w:numPr>
          <w:ilvl w:val="0"/>
          <w:numId w:val="33"/>
        </w:numPr>
      </w:pPr>
      <w:r>
        <w:t>状态：待确认</w:t>
      </w:r>
    </w:p>
    <w:p>
      <w:pPr>
        <w:numPr>
          <w:ilvl w:val="0"/>
          <w:numId w:val="33"/>
        </w:numPr>
      </w:pPr>
      <w:r>
        <w:t>规格：12 集 × 240 秒</w:t>
      </w:r>
    </w:p>
    <w:p>
      <w:pPr>
        <w:numPr>
          <w:ilvl w:val="0"/>
          <w:numId w:val="33"/>
        </w:numPr>
      </w:pPr>
      <w:r>
        <w:t>时间跨度：D1 21:05—D4 18:00，共 69 小时</w:t>
      </w:r>
    </w:p>
    <w:p>
      <w:pPr>
        <w:numPr>
          <w:ilvl w:val="0"/>
          <w:numId w:val="33"/>
        </w:numPr>
      </w:pPr>
      <w:r>
        <w:t>正文批次：EP001—EP005 / EP006—EP010 / EP011—EP012</w:t>
      </w:r>
    </w:p>
    <w:p>
      <w:pPr>
        <w:pStyle w:val="Heading2"/>
      </w:pPr>
      <w:r>
        <w:t>全季节奏</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677"/>
        <w:gridCol w:w="3255"/>
        <w:gridCol w:w="2466"/>
        <w:gridCol w:w="2466"/>
      </w:tblGrid>
      <w:tr>
        <w:trPr>
          <w:tblHeader w:val="true"/>
        </w:trPr>
        <w:tc>
          <w:tcPr>
            <w:tcW w:type="dxa" w:w="1677"/>
            <w:shd w:fill="2E74B5"/>
            <w:vAlign w:val="center"/>
          </w:tcPr>
          <w:p>
            <w:pPr>
              <w:spacing w:after="0"/>
            </w:pPr>
            <w:r>
              <w:rPr>
                <w:b/>
                <w:color w:val="FFFFFF"/>
              </w:rPr>
              <w:t>阶段</w:t>
            </w:r>
          </w:p>
        </w:tc>
        <w:tc>
          <w:tcPr>
            <w:tcW w:type="dxa" w:w="3255"/>
            <w:shd w:fill="2E74B5"/>
            <w:vAlign w:val="center"/>
          </w:tcPr>
          <w:p>
            <w:pPr>
              <w:spacing w:after="0"/>
            </w:pPr>
            <w:r>
              <w:rPr>
                <w:b/>
                <w:color w:val="FFFFFF"/>
              </w:rPr>
              <w:t>集数</w:t>
            </w:r>
          </w:p>
        </w:tc>
        <w:tc>
          <w:tcPr>
            <w:tcW w:type="dxa" w:w="2466"/>
            <w:shd w:fill="2E74B5"/>
            <w:vAlign w:val="center"/>
          </w:tcPr>
          <w:p>
            <w:pPr>
              <w:spacing w:after="0"/>
            </w:pPr>
            <w:r>
              <w:rPr>
                <w:b/>
                <w:color w:val="FFFFFF"/>
              </w:rPr>
              <w:t>叙事任务</w:t>
            </w:r>
          </w:p>
        </w:tc>
        <w:tc>
          <w:tcPr>
            <w:tcW w:type="dxa" w:w="2466"/>
            <w:shd w:fill="2E74B5"/>
            <w:vAlign w:val="center"/>
          </w:tcPr>
          <w:p>
            <w:pPr>
              <w:spacing w:after="0"/>
            </w:pPr>
            <w:r>
              <w:rPr>
                <w:b/>
                <w:color w:val="FFFFFF"/>
              </w:rPr>
              <w:t>类型回报</w:t>
            </w:r>
          </w:p>
        </w:tc>
      </w:tr>
      <w:tr>
        <w:tc>
          <w:tcPr>
            <w:tcW w:type="dxa" w:w="1677"/>
            <w:vAlign w:val="center"/>
          </w:tcPr>
          <w:p>
            <w:pPr>
              <w:spacing w:after="0"/>
            </w:pPr>
            <w:r>
              <w:rPr>
                <w:b w:val="0"/>
              </w:rPr>
              <w:t>构陷成立</w:t>
            </w:r>
          </w:p>
        </w:tc>
        <w:tc>
          <w:tcPr>
            <w:tcW w:type="dxa" w:w="3255"/>
            <w:vAlign w:val="center"/>
          </w:tcPr>
          <w:p>
            <w:pPr>
              <w:spacing w:after="0"/>
            </w:pPr>
            <w:r>
              <w:rPr>
                <w:b w:val="0"/>
              </w:rPr>
              <w:t>EP001—EP003</w:t>
            </w:r>
          </w:p>
        </w:tc>
        <w:tc>
          <w:tcPr>
            <w:tcW w:type="dxa" w:w="2466"/>
            <w:vAlign w:val="center"/>
          </w:tcPr>
          <w:p>
            <w:pPr>
              <w:spacing w:after="0"/>
            </w:pPr>
            <w:r>
              <w:rPr>
                <w:b w:val="0"/>
              </w:rPr>
              <w:t>建立失踪、唯一嫌疑人与独立门锁记录</w:t>
            </w:r>
          </w:p>
        </w:tc>
        <w:tc>
          <w:tcPr>
            <w:tcW w:type="dxa" w:w="2466"/>
            <w:vAlign w:val="center"/>
          </w:tcPr>
          <w:p>
            <w:pPr>
              <w:spacing w:after="0"/>
            </w:pPr>
            <w:r>
              <w:rPr>
                <w:b w:val="0"/>
              </w:rPr>
              <w:t>女主从被定义转为主动识别证据边界</w:t>
            </w:r>
          </w:p>
        </w:tc>
      </w:tr>
      <w:tr>
        <w:tc>
          <w:tcPr>
            <w:tcW w:type="dxa" w:w="1677"/>
            <w:shd w:fill="F2F2F2"/>
            <w:vAlign w:val="center"/>
          </w:tcPr>
          <w:p>
            <w:pPr>
              <w:spacing w:after="0"/>
            </w:pPr>
            <w:r>
              <w:rPr>
                <w:b w:val="0"/>
              </w:rPr>
              <w:t>第一次反制</w:t>
            </w:r>
          </w:p>
        </w:tc>
        <w:tc>
          <w:tcPr>
            <w:tcW w:type="dxa" w:w="3255"/>
            <w:shd w:fill="F2F2F2"/>
            <w:vAlign w:val="center"/>
          </w:tcPr>
          <w:p>
            <w:pPr>
              <w:spacing w:after="0"/>
            </w:pPr>
            <w:r>
              <w:rPr>
                <w:b w:val="0"/>
              </w:rPr>
              <w:t>EP004—EP006</w:t>
            </w:r>
          </w:p>
        </w:tc>
        <w:tc>
          <w:tcPr>
            <w:tcW w:type="dxa" w:w="2466"/>
            <w:shd w:fill="F2F2F2"/>
            <w:vAlign w:val="center"/>
          </w:tcPr>
          <w:p>
            <w:pPr>
              <w:spacing w:after="0"/>
            </w:pPr>
            <w:r>
              <w:rPr>
                <w:b w:val="0"/>
              </w:rPr>
              <w:t>拆穿工程红鲱鱼，连接债务与停车影像</w:t>
            </w:r>
          </w:p>
        </w:tc>
        <w:tc>
          <w:tcPr>
            <w:tcW w:type="dxa" w:w="2466"/>
            <w:shd w:fill="F2F2F2"/>
            <w:vAlign w:val="center"/>
          </w:tcPr>
          <w:p>
            <w:pPr>
              <w:spacing w:after="0"/>
            </w:pPr>
            <w:r>
              <w:rPr>
                <w:b w:val="0"/>
              </w:rPr>
              <w:t>妹妹活着且共谋，中段改写案件模型</w:t>
            </w:r>
          </w:p>
        </w:tc>
      </w:tr>
      <w:tr>
        <w:tc>
          <w:tcPr>
            <w:tcW w:type="dxa" w:w="1677"/>
            <w:vAlign w:val="center"/>
          </w:tcPr>
          <w:p>
            <w:pPr>
              <w:spacing w:after="0"/>
            </w:pPr>
            <w:r>
              <w:rPr>
                <w:b w:val="0"/>
              </w:rPr>
              <w:t>代价升级</w:t>
            </w:r>
          </w:p>
        </w:tc>
        <w:tc>
          <w:tcPr>
            <w:tcW w:type="dxa" w:w="3255"/>
            <w:vAlign w:val="center"/>
          </w:tcPr>
          <w:p>
            <w:pPr>
              <w:spacing w:after="0"/>
            </w:pPr>
            <w:r>
              <w:rPr>
                <w:b w:val="0"/>
              </w:rPr>
              <w:t>EP007—EP010</w:t>
            </w:r>
          </w:p>
        </w:tc>
        <w:tc>
          <w:tcPr>
            <w:tcW w:type="dxa" w:w="2466"/>
            <w:vAlign w:val="center"/>
          </w:tcPr>
          <w:p>
            <w:pPr>
              <w:spacing w:after="0"/>
            </w:pPr>
            <w:r>
              <w:rPr>
                <w:b w:val="0"/>
              </w:rPr>
              <w:t>协议警告、控制权交换、姐妹冲突、反向设局</w:t>
            </w:r>
          </w:p>
        </w:tc>
        <w:tc>
          <w:tcPr>
            <w:tcW w:type="dxa" w:w="2466"/>
            <w:vAlign w:val="center"/>
          </w:tcPr>
          <w:p>
            <w:pPr>
              <w:spacing w:after="0"/>
            </w:pPr>
            <w:r>
              <w:rPr>
                <w:b w:val="0"/>
              </w:rPr>
              <w:t>女主放弃完美受害者身份，姐妹建立有限联盟</w:t>
            </w:r>
          </w:p>
        </w:tc>
      </w:tr>
      <w:tr>
        <w:tc>
          <w:tcPr>
            <w:tcW w:type="dxa" w:w="1677"/>
            <w:shd w:fill="F2F2F2"/>
            <w:vAlign w:val="center"/>
          </w:tcPr>
          <w:p>
            <w:pPr>
              <w:spacing w:after="0"/>
            </w:pPr>
            <w:r>
              <w:rPr>
                <w:b w:val="0"/>
              </w:rPr>
              <w:t>证据与清算</w:t>
            </w:r>
          </w:p>
        </w:tc>
        <w:tc>
          <w:tcPr>
            <w:tcW w:type="dxa" w:w="3255"/>
            <w:shd w:fill="F2F2F2"/>
            <w:vAlign w:val="center"/>
          </w:tcPr>
          <w:p>
            <w:pPr>
              <w:spacing w:after="0"/>
            </w:pPr>
            <w:r>
              <w:rPr>
                <w:b w:val="0"/>
              </w:rPr>
              <w:t>EP011—EP012</w:t>
            </w:r>
          </w:p>
        </w:tc>
        <w:tc>
          <w:tcPr>
            <w:tcW w:type="dxa" w:w="2466"/>
            <w:shd w:fill="F2F2F2"/>
            <w:vAlign w:val="center"/>
          </w:tcPr>
          <w:p>
            <w:pPr>
              <w:spacing w:after="0"/>
            </w:pPr>
            <w:r>
              <w:rPr>
                <w:b w:val="0"/>
              </w:rPr>
              <w:t>四类证据闭环，完成外部责任和关系后果</w:t>
            </w:r>
          </w:p>
        </w:tc>
        <w:tc>
          <w:tcPr>
            <w:tcW w:type="dxa" w:w="2466"/>
            <w:shd w:fill="F2F2F2"/>
            <w:vAlign w:val="center"/>
          </w:tcPr>
          <w:p>
            <w:pPr>
              <w:spacing w:after="0"/>
            </w:pPr>
            <w:r>
              <w:rPr>
                <w:b w:val="0"/>
              </w:rPr>
              <w:t>解释权翻转，胜利不等于无代价团圆</w:t>
            </w:r>
          </w:p>
        </w:tc>
      </w:tr>
    </w:tbl>
    <w:p>
      <w:pPr>
        <w:spacing w:after="0"/>
      </w:pPr>
    </w:p>
    <w:p>
      <w:pPr>
        <w:pStyle w:val="Heading2"/>
      </w:pPr>
      <w:r>
        <w:t>EP001《露台下没有人》</w:t>
      </w:r>
    </w:p>
    <w:p>
      <w:pPr>
        <w:numPr>
          <w:ilvl w:val="0"/>
          <w:numId w:val="34"/>
        </w:numPr>
      </w:pPr>
      <w:r>
        <w:t>本集目标：沈知微必须在断电与妹妹失踪的混乱中确认发生了什么。</w:t>
      </w:r>
    </w:p>
    <w:p>
      <w:pPr>
        <w:numPr>
          <w:ilvl w:val="0"/>
          <w:numId w:val="34"/>
        </w:numPr>
      </w:pPr>
      <w:r>
        <w:t>即时阻力：她是最后一个追到露台的人，手上沾血，顾承泽立即把她放进“情绪失控”的解释里。</w:t>
      </w:r>
    </w:p>
    <w:p>
      <w:pPr>
        <w:numPr>
          <w:ilvl w:val="0"/>
          <w:numId w:val="34"/>
        </w:numPr>
      </w:pPr>
      <w:r>
        <w:t>主动选择：沈知微不跟家人争辩动机，先要求封住现场并亲自确认露台下方。</w:t>
      </w:r>
    </w:p>
    <w:p>
      <w:pPr>
        <w:numPr>
          <w:ilvl w:val="0"/>
          <w:numId w:val="34"/>
        </w:numPr>
      </w:pPr>
      <w:r>
        <w:t>场次与时长：</w:t>
      </w:r>
    </w:p>
    <w:p>
      <w:pPr>
        <w:numPr>
          <w:ilvl w:val="0"/>
          <w:numId w:val="35"/>
        </w:numPr>
      </w:pPr>
      <w:r>
        <w:t>0—25 秒，样板屋纪念夜突然断电，沈念尖叫，沈知微冲向露台并被移位矮凳绊倒。</w:t>
      </w:r>
    </w:p>
    <w:p>
      <w:pPr>
        <w:numPr>
          <w:ilvl w:val="0"/>
          <w:numId w:val="35"/>
        </w:numPr>
      </w:pPr>
      <w:r>
        <w:t>25—85 秒，灯亮后只剩血迹、单只鞋和沈知微手上的血；顾承泽抱住她，同时问“你又断片了吗”。</w:t>
      </w:r>
    </w:p>
    <w:p>
      <w:pPr>
        <w:numPr>
          <w:ilvl w:val="0"/>
          <w:numId w:val="35"/>
        </w:numPr>
      </w:pPr>
      <w:r>
        <w:t>85—160 秒，顾承泽调出一段无声监控：姐妹争执、沈念后退、画面恰好中断。林曼华认定旧矛盾升级。</w:t>
      </w:r>
    </w:p>
    <w:p>
      <w:pPr>
        <w:numPr>
          <w:ilvl w:val="0"/>
          <w:numId w:val="35"/>
        </w:numPr>
      </w:pPr>
      <w:r>
        <w:t>160—220 秒，沈知微打断所有推断，坚持下楼确认；众人沿露台垂直位置搜索。</w:t>
      </w:r>
    </w:p>
    <w:p>
      <w:pPr>
        <w:numPr>
          <w:ilvl w:val="0"/>
          <w:numId w:val="35"/>
        </w:numPr>
      </w:pPr>
      <w:r>
        <w:t>220—240 秒，地面没有人、尸体或应有的冲击痕迹，只找到一枚不属于沈念的工程螺帽。</w:t>
      </w:r>
    </w:p>
    <w:p>
      <w:pPr>
        <w:numPr>
          <w:ilvl w:val="0"/>
          <w:numId w:val="36"/>
        </w:numPr>
      </w:pPr>
      <w:r>
        <w:t>信息变化：从“妹妹坠落”变成“有人制造了看似坠落的现场”。</w:t>
      </w:r>
    </w:p>
    <w:p>
      <w:pPr>
        <w:numPr>
          <w:ilvl w:val="0"/>
          <w:numId w:val="36"/>
        </w:numPr>
      </w:pPr>
      <w:r>
        <w:t>情绪转折与爽点：女主拒绝接受丈夫替她定义记忆，第一次把争论从人格拉回可见事实。</w:t>
      </w:r>
    </w:p>
    <w:p>
      <w:pPr>
        <w:numPr>
          <w:ilvl w:val="0"/>
          <w:numId w:val="36"/>
        </w:numPr>
      </w:pPr>
      <w:r>
        <w:t>集尾钩子：露台下没有沈念。</w:t>
      </w:r>
    </w:p>
    <w:p>
      <w:pPr>
        <w:numPr>
          <w:ilvl w:val="0"/>
          <w:numId w:val="36"/>
        </w:numPr>
      </w:pPr>
      <w:r>
        <w:t>人物：沈知微、顾承泽、沈念、叶蓁、陈默、林曼华。</w:t>
      </w:r>
    </w:p>
    <w:p>
      <w:pPr>
        <w:numPr>
          <w:ilvl w:val="0"/>
          <w:numId w:val="36"/>
        </w:numPr>
      </w:pPr>
      <w:r>
        <w:t>地点：云栖样板屋。</w:t>
      </w:r>
    </w:p>
    <w:p>
      <w:pPr>
        <w:numPr>
          <w:ilvl w:val="0"/>
          <w:numId w:val="36"/>
        </w:numPr>
      </w:pPr>
      <w:r>
        <w:t>道具：血迹、剪辑监控、镜面装饰、继电器控制器。</w:t>
      </w:r>
    </w:p>
    <w:p>
      <w:pPr>
        <w:numPr>
          <w:ilvl w:val="0"/>
          <w:numId w:val="36"/>
        </w:numPr>
      </w:pPr>
      <w:r>
        <w:t>伏笔变化：CLUE01、CLUE02 埋设；工程螺帽为叶蓁副秘密的前置物。</w:t>
      </w:r>
    </w:p>
    <w:p>
      <w:pPr>
        <w:numPr>
          <w:ilvl w:val="0"/>
          <w:numId w:val="36"/>
        </w:numPr>
      </w:pPr>
      <w:r>
        <w:t>预算风险与替代：断电与坠落可能增加安全成本；采用固定机位、灯光切换、声音、演员反应和空露台，不拍高空动作。</w:t>
      </w:r>
    </w:p>
    <w:p>
      <w:pPr>
        <w:pStyle w:val="Heading2"/>
      </w:pPr>
      <w:r>
        <w:t>EP002《第二个机位》</w:t>
      </w:r>
    </w:p>
    <w:p>
      <w:pPr>
        <w:numPr>
          <w:ilvl w:val="0"/>
          <w:numId w:val="37"/>
        </w:numPr>
      </w:pPr>
      <w:r>
        <w:t>本集目标：沈知微必须阻止一段剪辑视频变成所有人唯一相信的事实。</w:t>
      </w:r>
    </w:p>
    <w:p>
      <w:pPr>
        <w:numPr>
          <w:ilvl w:val="0"/>
          <w:numId w:val="37"/>
        </w:numPr>
      </w:pPr>
      <w:r>
        <w:t>即时阻力：顾承泽把监控发给家庭与核心客户，林曼华公开指责女儿；工作室暂停沈知微后台权限。</w:t>
      </w:r>
    </w:p>
    <w:p>
      <w:pPr>
        <w:numPr>
          <w:ilvl w:val="0"/>
          <w:numId w:val="37"/>
        </w:numPr>
      </w:pPr>
      <w:r>
        <w:t>主动选择：她不抢手机、不删除视频，而是逐帧查看画面中无法被剪掉的环境反射。</w:t>
      </w:r>
    </w:p>
    <w:p>
      <w:pPr>
        <w:numPr>
          <w:ilvl w:val="0"/>
          <w:numId w:val="37"/>
        </w:numPr>
      </w:pPr>
      <w:r>
        <w:t>场次与时长：</w:t>
      </w:r>
    </w:p>
    <w:p>
      <w:pPr>
        <w:numPr>
          <w:ilvl w:val="0"/>
          <w:numId w:val="38"/>
        </w:numPr>
      </w:pPr>
      <w:r>
        <w:t>0—35 秒，顾承泽播放“完整视频”，画面停在沈知微伸手、沈念后退的瞬间。</w:t>
      </w:r>
    </w:p>
    <w:p>
      <w:pPr>
        <w:numPr>
          <w:ilvl w:val="0"/>
          <w:numId w:val="38"/>
        </w:numPr>
      </w:pPr>
      <w:r>
        <w:t>35—95 秒，办案人员说明目前只能确认失踪和现场血迹，不能根据片段直接下结论；顾承泽却先向客户发出“创始人身体原因暂停工作”的通知。</w:t>
      </w:r>
    </w:p>
    <w:p>
      <w:pPr>
        <w:numPr>
          <w:ilvl w:val="0"/>
          <w:numId w:val="38"/>
        </w:numPr>
      </w:pPr>
      <w:r>
        <w:t>95—155 秒，林曼华翻出姐妹旧争执，沈知微短暂失控，又强迫自己只问拍摄角度与时间。</w:t>
      </w:r>
    </w:p>
    <w:p>
      <w:pPr>
        <w:numPr>
          <w:ilvl w:val="0"/>
          <w:numId w:val="38"/>
        </w:numPr>
      </w:pPr>
      <w:r>
        <w:t>155—220 秒，她放大镜面装饰的反光，看到云端画面之外还有一台小型机位；设备清单上没有它。</w:t>
      </w:r>
    </w:p>
    <w:p>
      <w:pPr>
        <w:numPr>
          <w:ilvl w:val="0"/>
          <w:numId w:val="38"/>
        </w:numPr>
      </w:pPr>
      <w:r>
        <w:t>220—240 秒，顾承泽从门口问：“你在找什么？”沈知微合上电脑，只说“找我忘掉的那一分钟”。</w:t>
      </w:r>
    </w:p>
    <w:p>
      <w:pPr>
        <w:numPr>
          <w:ilvl w:val="0"/>
          <w:numId w:val="39"/>
        </w:numPr>
      </w:pPr>
      <w:r>
        <w:t>信息变化：公开监控不是唯一视角，且有人事先调整现场拍摄结构。</w:t>
      </w:r>
    </w:p>
    <w:p>
      <w:pPr>
        <w:numPr>
          <w:ilvl w:val="0"/>
          <w:numId w:val="39"/>
        </w:numPr>
      </w:pPr>
      <w:r>
        <w:t>情绪转折与爽点：女主在被公开剥夺解释权后，找到第一处只有专业能力才能识别的异常。</w:t>
      </w:r>
    </w:p>
    <w:p>
      <w:pPr>
        <w:numPr>
          <w:ilvl w:val="0"/>
          <w:numId w:val="39"/>
        </w:numPr>
      </w:pPr>
      <w:r>
        <w:t>集尾钩子：镜面里出现第二机位。</w:t>
      </w:r>
    </w:p>
    <w:p>
      <w:pPr>
        <w:numPr>
          <w:ilvl w:val="0"/>
          <w:numId w:val="39"/>
        </w:numPr>
      </w:pPr>
      <w:r>
        <w:t>人物：沈知微、顾承泽、林曼华、叶蓁、办案人员。</w:t>
      </w:r>
    </w:p>
    <w:p>
      <w:pPr>
        <w:numPr>
          <w:ilvl w:val="0"/>
          <w:numId w:val="39"/>
        </w:numPr>
      </w:pPr>
      <w:r>
        <w:t>地点：云栖样板屋、知微空间工作室。</w:t>
      </w:r>
    </w:p>
    <w:p>
      <w:pPr>
        <w:numPr>
          <w:ilvl w:val="0"/>
          <w:numId w:val="39"/>
        </w:numPr>
      </w:pPr>
      <w:r>
        <w:t>道具：剪辑监控、镜面装饰、叶蓁门禁卡、血迹留样。</w:t>
      </w:r>
    </w:p>
    <w:p>
      <w:pPr>
        <w:numPr>
          <w:ilvl w:val="0"/>
          <w:numId w:val="39"/>
        </w:numPr>
      </w:pPr>
      <w:r>
        <w:t>伏笔变化：CLUE02 opened；工作室权限被暂停，建立事业损失。</w:t>
      </w:r>
    </w:p>
    <w:p>
      <w:pPr>
        <w:numPr>
          <w:ilvl w:val="0"/>
          <w:numId w:val="39"/>
        </w:numPr>
      </w:pPr>
      <w:r>
        <w:t>预算风险与替代：多屏内容容易增加后期；提前制作统一监控 UI，用同一画面裁切完成手机与电脑版本。</w:t>
      </w:r>
    </w:p>
    <w:p>
      <w:pPr>
        <w:pStyle w:val="Heading2"/>
      </w:pPr>
      <w:r>
        <w:t>EP003《坠落之后的门》</w:t>
      </w:r>
    </w:p>
    <w:p>
      <w:pPr>
        <w:numPr>
          <w:ilvl w:val="0"/>
          <w:numId w:val="40"/>
        </w:numPr>
      </w:pPr>
      <w:r>
        <w:t>本集目标：沈知微要找到不受顾承泽云端权限控制的时间记录。</w:t>
      </w:r>
    </w:p>
    <w:p>
      <w:pPr>
        <w:numPr>
          <w:ilvl w:val="0"/>
          <w:numId w:val="40"/>
        </w:numPr>
      </w:pPr>
      <w:r>
        <w:t>即时阻力：陈默承认按运营要求整理过云端片段，却害怕担责，不愿再碰设备；顾承泽催促封存样板屋。</w:t>
      </w:r>
    </w:p>
    <w:p>
      <w:pPr>
        <w:numPr>
          <w:ilvl w:val="0"/>
          <w:numId w:val="40"/>
        </w:numPr>
      </w:pPr>
      <w:r>
        <w:t>主动选择：沈知微先承诺把陈默的错误与主谋责任分开，再要求他与自己共同导出机械继电器诊断缓存。</w:t>
      </w:r>
    </w:p>
    <w:p>
      <w:pPr>
        <w:numPr>
          <w:ilvl w:val="0"/>
          <w:numId w:val="40"/>
        </w:numPr>
      </w:pPr>
      <w:r>
        <w:t>场次与时长：</w:t>
      </w:r>
    </w:p>
    <w:p>
      <w:pPr>
        <w:numPr>
          <w:ilvl w:val="0"/>
          <w:numId w:val="41"/>
        </w:numPr>
      </w:pPr>
      <w:r>
        <w:t>0—40 秒，沈知微当着顾承泽的面承认自己“可能需要休息”，换取进入样板屋拿私人物品的机会。</w:t>
      </w:r>
    </w:p>
    <w:p>
      <w:pPr>
        <w:numPr>
          <w:ilvl w:val="0"/>
          <w:numId w:val="41"/>
        </w:numPr>
      </w:pPr>
      <w:r>
        <w:t>40—110 秒，她在设备间问陈默：云端能改，哪一层记录不经过运营后台？陈默指向本地控制器，却拒绝单独操作。</w:t>
      </w:r>
    </w:p>
    <w:p>
      <w:pPr>
        <w:numPr>
          <w:ilvl w:val="0"/>
          <w:numId w:val="41"/>
        </w:numPr>
      </w:pPr>
      <w:r>
        <w:t>110—175 秒，两人共同导出记录并拍下控制器序列号、时间与校验值；沈知微让陈默保留一份见证记录。</w:t>
      </w:r>
    </w:p>
    <w:p>
      <w:pPr>
        <w:numPr>
          <w:ilvl w:val="0"/>
          <w:numId w:val="41"/>
        </w:numPr>
      </w:pPr>
      <w:r>
        <w:t>175—225 秒，顾承泽敲门催促。日志显示露台尖叫后九分钟，服务门从屋内被开启。</w:t>
      </w:r>
    </w:p>
    <w:p>
      <w:pPr>
        <w:numPr>
          <w:ilvl w:val="0"/>
          <w:numId w:val="41"/>
        </w:numPr>
      </w:pPr>
      <w:r>
        <w:t>225—240 秒，沈知微看向通往停车区的服务通道：“掉下去的人，为什么还要开门？”</w:t>
      </w:r>
    </w:p>
    <w:p>
      <w:pPr>
        <w:numPr>
          <w:ilvl w:val="0"/>
          <w:numId w:val="42"/>
        </w:numPr>
      </w:pPr>
      <w:r>
        <w:t>信息变化：至少有一人在所谓坠落后主动离开现场。</w:t>
      </w:r>
    </w:p>
    <w:p>
      <w:pPr>
        <w:numPr>
          <w:ilvl w:val="0"/>
          <w:numId w:val="42"/>
        </w:numPr>
      </w:pPr>
      <w:r>
        <w:t>情绪转折与爽点：女主以边界交换合作，第一次从丈夫控制的系统里取得独立证据。</w:t>
      </w:r>
    </w:p>
    <w:p>
      <w:pPr>
        <w:numPr>
          <w:ilvl w:val="0"/>
          <w:numId w:val="42"/>
        </w:numPr>
      </w:pPr>
      <w:r>
        <w:t>集尾钩子：坠落九分钟后，服务门从屋内打开。</w:t>
      </w:r>
    </w:p>
    <w:p>
      <w:pPr>
        <w:numPr>
          <w:ilvl w:val="0"/>
          <w:numId w:val="42"/>
        </w:numPr>
      </w:pPr>
      <w:r>
        <w:t>人物：沈知微、顾承泽、陈默。</w:t>
      </w:r>
    </w:p>
    <w:p>
      <w:pPr>
        <w:numPr>
          <w:ilvl w:val="0"/>
          <w:numId w:val="42"/>
        </w:numPr>
      </w:pPr>
      <w:r>
        <w:t>地点：云栖样板屋、服务通道。</w:t>
      </w:r>
    </w:p>
    <w:p>
      <w:pPr>
        <w:numPr>
          <w:ilvl w:val="0"/>
          <w:numId w:val="42"/>
        </w:numPr>
      </w:pPr>
      <w:r>
        <w:t>道具：本地控制器、日志导出件、剪辑监控。</w:t>
      </w:r>
    </w:p>
    <w:p>
      <w:pPr>
        <w:numPr>
          <w:ilvl w:val="0"/>
          <w:numId w:val="42"/>
        </w:numPr>
      </w:pPr>
      <w:r>
        <w:t>伏笔变化：CLUE03 opened；陈默由风险人物转为有限见证者。</w:t>
      </w:r>
    </w:p>
    <w:p>
      <w:pPr>
        <w:numPr>
          <w:ilvl w:val="0"/>
          <w:numId w:val="42"/>
        </w:numPr>
      </w:pPr>
      <w:r>
        <w:t>预算风险与替代：设备画面可能难懂；用“云端/本地”两个实体界面和一句因果对白表达，不拍复杂程序操作。</w:t>
      </w:r>
    </w:p>
    <w:p>
      <w:pPr>
        <w:pStyle w:val="Heading2"/>
      </w:pPr>
      <w:r>
        <w:t>EP004《谁先咬钩》</w:t>
      </w:r>
    </w:p>
    <w:p>
      <w:pPr>
        <w:numPr>
          <w:ilvl w:val="0"/>
          <w:numId w:val="43"/>
        </w:numPr>
      </w:pPr>
      <w:r>
        <w:t>本集目标：沈知微要判断叶蓁、陈默和顾承泽分别知道日志的哪一部分。</w:t>
      </w:r>
    </w:p>
    <w:p>
      <w:pPr>
        <w:numPr>
          <w:ilvl w:val="0"/>
          <w:numId w:val="43"/>
        </w:numPr>
      </w:pPr>
      <w:r>
        <w:t>即时阻力：三人都有隐瞒，直接质问只会让顾承泽统一口径。</w:t>
      </w:r>
    </w:p>
    <w:p>
      <w:pPr>
        <w:numPr>
          <w:ilvl w:val="0"/>
          <w:numId w:val="43"/>
        </w:numPr>
      </w:pPr>
      <w:r>
        <w:t>主动选择：她分别给三人一个不同但无害的错误信息：第二机位、服务门时间和工程螺帽，观察谁纠正了不该知道的细节。</w:t>
      </w:r>
    </w:p>
    <w:p>
      <w:pPr>
        <w:numPr>
          <w:ilvl w:val="0"/>
          <w:numId w:val="43"/>
        </w:numPr>
      </w:pPr>
      <w:r>
        <w:t>场次与时长：</w:t>
      </w:r>
    </w:p>
    <w:p>
      <w:pPr>
        <w:numPr>
          <w:ilvl w:val="0"/>
          <w:numId w:val="44"/>
        </w:numPr>
      </w:pPr>
      <w:r>
        <w:t>0—45 秒，顾承泽在工作室宣布自己暂代全部签字权，沈知微当众不反对，只要求取回个人设计稿。</w:t>
      </w:r>
    </w:p>
    <w:p>
      <w:pPr>
        <w:numPr>
          <w:ilvl w:val="0"/>
          <w:numId w:val="44"/>
        </w:numPr>
      </w:pPr>
      <w:r>
        <w:t>45—105 秒，她告诉陈默服务门在 21:16 打开；陈默下意识纠正为 21:14，证明他看过原始缓存，但只解释维护层。</w:t>
      </w:r>
    </w:p>
    <w:p>
      <w:pPr>
        <w:numPr>
          <w:ilvl w:val="0"/>
          <w:numId w:val="44"/>
        </w:numPr>
      </w:pPr>
      <w:r>
        <w:t>105—165 秒，她告诉顾承泽“第二机位拍到走廊”，顾承泽先问“拍到正门还是服务门”，暴露他知道隐藏机位覆盖范围。</w:t>
      </w:r>
    </w:p>
    <w:p>
      <w:pPr>
        <w:numPr>
          <w:ilvl w:val="0"/>
          <w:numId w:val="44"/>
        </w:numPr>
      </w:pPr>
      <w:r>
        <w:t>165—220 秒，她把工程螺帽放在叶蓁桌上。叶蓁立即去摸自己的门禁卡，拒绝解释。</w:t>
      </w:r>
    </w:p>
    <w:p>
      <w:pPr>
        <w:numPr>
          <w:ilvl w:val="0"/>
          <w:numId w:val="44"/>
        </w:numPr>
      </w:pPr>
      <w:r>
        <w:t>220—240 秒，沈知微把门禁记录推过去：案发前十五分钟，叶蓁刷卡进入样板屋。</w:t>
      </w:r>
    </w:p>
    <w:p>
      <w:pPr>
        <w:numPr>
          <w:ilvl w:val="0"/>
          <w:numId w:val="45"/>
        </w:numPr>
      </w:pPr>
      <w:r>
        <w:t>信息变化：叶蓁确实案发夜返回；顾承泽对隐藏机位的知识超过其公开说法。</w:t>
      </w:r>
    </w:p>
    <w:p>
      <w:pPr>
        <w:numPr>
          <w:ilvl w:val="0"/>
          <w:numId w:val="45"/>
        </w:numPr>
      </w:pPr>
      <w:r>
        <w:t>情绪转折与爽点：女主用三种不同信息夺回主动权，不靠辱骂完成第一次智力反制。</w:t>
      </w:r>
    </w:p>
    <w:p>
      <w:pPr>
        <w:numPr>
          <w:ilvl w:val="0"/>
          <w:numId w:val="45"/>
        </w:numPr>
      </w:pPr>
      <w:r>
        <w:t>集尾钩子：叶蓁承认她回过现场，但说“我进去，是为了毁掉另一样东西”。</w:t>
      </w:r>
    </w:p>
    <w:p>
      <w:pPr>
        <w:numPr>
          <w:ilvl w:val="0"/>
          <w:numId w:val="45"/>
        </w:numPr>
      </w:pPr>
      <w:r>
        <w:t>人物：沈知微、顾承泽、叶蓁、陈默、林曼华。</w:t>
      </w:r>
    </w:p>
    <w:p>
      <w:pPr>
        <w:numPr>
          <w:ilvl w:val="0"/>
          <w:numId w:val="45"/>
        </w:numPr>
      </w:pPr>
      <w:r>
        <w:t>地点：知微空间工作室、云栖样板屋。</w:t>
      </w:r>
    </w:p>
    <w:p>
      <w:pPr>
        <w:numPr>
          <w:ilvl w:val="0"/>
          <w:numId w:val="45"/>
        </w:numPr>
      </w:pPr>
      <w:r>
        <w:t>道具：日志导出件、门禁卡、剪辑监控。</w:t>
      </w:r>
    </w:p>
    <w:p>
      <w:pPr>
        <w:numPr>
          <w:ilvl w:val="0"/>
          <w:numId w:val="45"/>
        </w:numPr>
      </w:pPr>
      <w:r>
        <w:t>伏笔变化：CLUE04 opened；CLUE02 增加顾承泽的信息权限异常。</w:t>
      </w:r>
    </w:p>
    <w:p>
      <w:pPr>
        <w:numPr>
          <w:ilvl w:val="0"/>
          <w:numId w:val="45"/>
        </w:numPr>
      </w:pPr>
      <w:r>
        <w:t>预算风险与替代：多次试探容易变成重复对白；三次测试分别用时间、空间与实体道具呈现，保持视觉差异。</w:t>
      </w:r>
    </w:p>
    <w:p>
      <w:pPr>
        <w:pStyle w:val="Heading2"/>
      </w:pPr>
      <w:r>
        <w:t>EP005《真正的闯入理由》</w:t>
      </w:r>
    </w:p>
    <w:p>
      <w:pPr>
        <w:numPr>
          <w:ilvl w:val="0"/>
          <w:numId w:val="46"/>
        </w:numPr>
      </w:pPr>
      <w:r>
        <w:t>本集目标：沈知微要判断叶蓁的隐瞒属于主案还是副秘密，并获得服务区的独立记录。</w:t>
      </w:r>
    </w:p>
    <w:p>
      <w:pPr>
        <w:numPr>
          <w:ilvl w:val="0"/>
          <w:numId w:val="46"/>
        </w:numPr>
      </w:pPr>
      <w:r>
        <w:t>即时阻力：叶蓁宁愿被当成嫌疑人，也不愿承认工程缺陷会毁掉团队声誉。</w:t>
      </w:r>
    </w:p>
    <w:p>
      <w:pPr>
        <w:numPr>
          <w:ilvl w:val="0"/>
          <w:numId w:val="46"/>
        </w:numPr>
      </w:pPr>
      <w:r>
        <w:t>主动选择：沈知微不替叶蓁遮掩，提出“先承担工程责任，再交换我对主案的判断”。</w:t>
      </w:r>
    </w:p>
    <w:p>
      <w:pPr>
        <w:numPr>
          <w:ilvl w:val="0"/>
          <w:numId w:val="46"/>
        </w:numPr>
      </w:pPr>
      <w:r>
        <w:t>场次与时长：</w:t>
      </w:r>
    </w:p>
    <w:p>
      <w:pPr>
        <w:numPr>
          <w:ilvl w:val="0"/>
          <w:numId w:val="47"/>
        </w:numPr>
      </w:pPr>
      <w:r>
        <w:t>0—55 秒，叶蓁承认服务门闭合故障，案发夜回去取未上报的问题记录；她没有见到姐妹，只听到服务区有推车声。</w:t>
      </w:r>
    </w:p>
    <w:p>
      <w:pPr>
        <w:numPr>
          <w:ilvl w:val="0"/>
          <w:numId w:val="47"/>
        </w:numPr>
      </w:pPr>
      <w:r>
        <w:t>55—115 秒，沈知微把工程问题单发送给项目留档，切断叶蓁继续撒谎的理由；叶蓁交出门禁与停车设备维护编号。</w:t>
      </w:r>
    </w:p>
    <w:p>
      <w:pPr>
        <w:numPr>
          <w:ilvl w:val="0"/>
          <w:numId w:val="47"/>
        </w:numPr>
      </w:pPr>
      <w:r>
        <w:t>115—170 秒，两人追查维护付款时，发现同一项目备用账户在案发前替沈念偿还一笔债务。</w:t>
      </w:r>
    </w:p>
    <w:p>
      <w:pPr>
        <w:numPr>
          <w:ilvl w:val="0"/>
          <w:numId w:val="47"/>
        </w:numPr>
      </w:pPr>
      <w:r>
        <w:t>170—220 秒，顾承泽闯入，称自己只是“替家里处理麻烦”；沈知微当众要求他解释为何用项目款处理私人债务。</w:t>
      </w:r>
    </w:p>
    <w:p>
      <w:pPr>
        <w:numPr>
          <w:ilvl w:val="0"/>
          <w:numId w:val="47"/>
        </w:numPr>
      </w:pPr>
      <w:r>
        <w:t>220—240 秒，流水备注不是“借款”，而是“协议第一期”。</w:t>
      </w:r>
    </w:p>
    <w:p>
      <w:pPr>
        <w:numPr>
          <w:ilvl w:val="0"/>
          <w:numId w:val="48"/>
        </w:numPr>
      </w:pPr>
      <w:r>
        <w:t>信息变化：叶蓁的门禁是工程红鲱鱼；顾承泽与沈念之间存在预先协议。</w:t>
      </w:r>
    </w:p>
    <w:p>
      <w:pPr>
        <w:numPr>
          <w:ilvl w:val="0"/>
          <w:numId w:val="48"/>
        </w:numPr>
      </w:pPr>
      <w:r>
        <w:t>情绪转折与爽点：女主公开拆穿错误嫌疑，同时把丈夫的“帮助”翻转为资金动机。</w:t>
      </w:r>
    </w:p>
    <w:p>
      <w:pPr>
        <w:numPr>
          <w:ilvl w:val="0"/>
          <w:numId w:val="48"/>
        </w:numPr>
      </w:pPr>
      <w:r>
        <w:t>集尾钩子：顾承泽在案发前替沈念偿债，备注“协议第一期”。</w:t>
      </w:r>
    </w:p>
    <w:p>
      <w:pPr>
        <w:numPr>
          <w:ilvl w:val="0"/>
          <w:numId w:val="48"/>
        </w:numPr>
      </w:pPr>
      <w:r>
        <w:t>人物：沈知微、顾承泽、叶蓁。</w:t>
      </w:r>
    </w:p>
    <w:p>
      <w:pPr>
        <w:numPr>
          <w:ilvl w:val="0"/>
          <w:numId w:val="48"/>
        </w:numPr>
      </w:pPr>
      <w:r>
        <w:t>地点：工作室、样板屋。</w:t>
      </w:r>
    </w:p>
    <w:p>
      <w:pPr>
        <w:numPr>
          <w:ilvl w:val="0"/>
          <w:numId w:val="48"/>
        </w:numPr>
      </w:pPr>
      <w:r>
        <w:t>道具：门禁卡、项目流水、债务协议。</w:t>
      </w:r>
    </w:p>
    <w:p>
      <w:pPr>
        <w:numPr>
          <w:ilvl w:val="0"/>
          <w:numId w:val="48"/>
        </w:numPr>
      </w:pPr>
      <w:r>
        <w:t>伏笔变化：CLUE04 closed；CLUE05 opened；叶蓁转为有条件盟友。</w:t>
      </w:r>
    </w:p>
    <w:p>
      <w:pPr>
        <w:numPr>
          <w:ilvl w:val="0"/>
          <w:numId w:val="48"/>
        </w:numPr>
      </w:pPr>
      <w:r>
        <w:t>预算风险与替代：停车设备与财务界面增多；只显示关键编号、金额关系和备注，不堆叠不可读长表。</w:t>
      </w:r>
    </w:p>
    <w:p>
      <w:pPr>
        <w:pStyle w:val="Heading2"/>
      </w:pPr>
      <w:r>
        <w:t>EP006《活着的共谋》</w:t>
      </w:r>
    </w:p>
    <w:p>
      <w:pPr>
        <w:numPr>
          <w:ilvl w:val="0"/>
          <w:numId w:val="49"/>
        </w:numPr>
      </w:pPr>
      <w:r>
        <w:t>本集目标：沈知微要利用维护编号找到“坠落”后的独立影像。</w:t>
      </w:r>
    </w:p>
    <w:p>
      <w:pPr>
        <w:numPr>
          <w:ilvl w:val="0"/>
          <w:numId w:val="49"/>
        </w:numPr>
      </w:pPr>
      <w:r>
        <w:t>即时阻力：停车区画面被设备故障切成碎片，顾承泽已要求清理服务区；看到妹妹活着也意味着妹妹可能参与构陷。</w:t>
      </w:r>
    </w:p>
    <w:p>
      <w:pPr>
        <w:numPr>
          <w:ilvl w:val="0"/>
          <w:numId w:val="49"/>
        </w:numPr>
      </w:pPr>
      <w:r>
        <w:t>主动选择：沈知微先把原始片段交给叶蓁与陈默分别保存，再观看，不给自己删除不利事实的机会。</w:t>
      </w:r>
    </w:p>
    <w:p>
      <w:pPr>
        <w:numPr>
          <w:ilvl w:val="0"/>
          <w:numId w:val="49"/>
        </w:numPr>
      </w:pPr>
      <w:r>
        <w:t>场次与时长：</w:t>
      </w:r>
    </w:p>
    <w:p>
      <w:pPr>
        <w:numPr>
          <w:ilvl w:val="0"/>
          <w:numId w:val="50"/>
        </w:numPr>
      </w:pPr>
      <w:r>
        <w:t>0—45 秒，三人在服务区找到设备本地循环片段；画面只拍到推车、鞋和外套局部。</w:t>
      </w:r>
    </w:p>
    <w:p>
      <w:pPr>
        <w:numPr>
          <w:ilvl w:val="0"/>
          <w:numId w:val="50"/>
        </w:numPr>
      </w:pPr>
      <w:r>
        <w:t>45—105 秒，沈知微用血迹位置与身高判断穿外套的人不是顾承泽；她坚持继续看完整时间段。</w:t>
      </w:r>
    </w:p>
    <w:p>
      <w:pPr>
        <w:numPr>
          <w:ilvl w:val="0"/>
          <w:numId w:val="50"/>
        </w:numPr>
      </w:pPr>
      <w:r>
        <w:t>105—165 秒，沈念摘下帽子，自己换掉带血外套并走向停车区另一端。</w:t>
      </w:r>
    </w:p>
    <w:p>
      <w:pPr>
        <w:numPr>
          <w:ilvl w:val="0"/>
          <w:numId w:val="50"/>
        </w:numPr>
      </w:pPr>
      <w:r>
        <w:t>165—215 秒，叶蓁说“至少她活着”；沈知微却注意到沈念回头看向隐藏机位，说明她知道自己在制造画面。</w:t>
      </w:r>
    </w:p>
    <w:p>
      <w:pPr>
        <w:numPr>
          <w:ilvl w:val="0"/>
          <w:numId w:val="50"/>
        </w:numPr>
      </w:pPr>
      <w:r>
        <w:t>215—240 秒，顾承泽打来电话：“找到你想找的人了吗？”</w:t>
      </w:r>
    </w:p>
    <w:p>
      <w:pPr>
        <w:numPr>
          <w:ilvl w:val="0"/>
          <w:numId w:val="51"/>
        </w:numPr>
      </w:pPr>
      <w:r>
        <w:t>信息变化：沈念仍活着，而且主动参与了假失踪；案件从疑似谋害改写为构陷与失控的共谋。</w:t>
      </w:r>
    </w:p>
    <w:p>
      <w:pPr>
        <w:numPr>
          <w:ilvl w:val="0"/>
          <w:numId w:val="51"/>
        </w:numPr>
      </w:pPr>
      <w:r>
        <w:t>情绪转折与爽点：女主洗脱“推人”的核心事实，却同时失去完美受害者位置和对妹妹的信任。</w:t>
      </w:r>
    </w:p>
    <w:p>
      <w:pPr>
        <w:numPr>
          <w:ilvl w:val="0"/>
          <w:numId w:val="51"/>
        </w:numPr>
      </w:pPr>
      <w:r>
        <w:t>集尾钩子：沈念亲手换掉带血外套。</w:t>
      </w:r>
    </w:p>
    <w:p>
      <w:pPr>
        <w:numPr>
          <w:ilvl w:val="0"/>
          <w:numId w:val="51"/>
        </w:numPr>
      </w:pPr>
      <w:r>
        <w:t>人物：沈知微、顾承泽、沈念、叶蓁、陈默。</w:t>
      </w:r>
    </w:p>
    <w:p>
      <w:pPr>
        <w:numPr>
          <w:ilvl w:val="0"/>
          <w:numId w:val="51"/>
        </w:numPr>
      </w:pPr>
      <w:r>
        <w:t>地点：服务通道/停车区、工作室。</w:t>
      </w:r>
    </w:p>
    <w:p>
      <w:pPr>
        <w:numPr>
          <w:ilvl w:val="0"/>
          <w:numId w:val="51"/>
        </w:numPr>
      </w:pPr>
      <w:r>
        <w:t>道具：停车影像、日志导出件、债务协议。</w:t>
      </w:r>
    </w:p>
    <w:p>
      <w:pPr>
        <w:numPr>
          <w:ilvl w:val="0"/>
          <w:numId w:val="51"/>
        </w:numPr>
      </w:pPr>
      <w:r>
        <w:t>伏笔变化：CLUE06 opened；全季中段改写完成。</w:t>
      </w:r>
    </w:p>
    <w:p>
      <w:pPr>
        <w:numPr>
          <w:ilvl w:val="0"/>
          <w:numId w:val="51"/>
        </w:numPr>
      </w:pPr>
      <w:r>
        <w:t>预算风险与替代：停车区夜戏和“旧影像”需调度；与 EP001—EP003 同场地集中拍摄，用服装变化完成两个时间层。</w:t>
      </w:r>
    </w:p>
    <w:p>
      <w:pPr>
        <w:pStyle w:val="Heading2"/>
      </w:pPr>
      <w:r>
        <w:t>EP007《协议背面的警告》</w:t>
      </w:r>
    </w:p>
    <w:p>
      <w:pPr>
        <w:numPr>
          <w:ilvl w:val="0"/>
          <w:numId w:val="52"/>
        </w:numPr>
      </w:pPr>
      <w:r>
        <w:t>本集目标：沈知微要找到假失踪协议，确认妹妹为何共谋、计划何时失控。</w:t>
      </w:r>
    </w:p>
    <w:p>
      <w:pPr>
        <w:numPr>
          <w:ilvl w:val="0"/>
          <w:numId w:val="52"/>
        </w:numPr>
      </w:pPr>
      <w:r>
        <w:t>即时阻力：承认妹妹共谋会同时伤害她自己的清白叙事与母亲对家庭的最后幻想。</w:t>
      </w:r>
    </w:p>
    <w:p>
      <w:pPr>
        <w:numPr>
          <w:ilvl w:val="0"/>
          <w:numId w:val="52"/>
        </w:numPr>
      </w:pPr>
      <w:r>
        <w:t>主动选择：她把停车画面给林曼华看，不再替妹妹隐瞒；随后从项目流水的虚假供应商附件中找到协议。</w:t>
      </w:r>
    </w:p>
    <w:p>
      <w:pPr>
        <w:numPr>
          <w:ilvl w:val="0"/>
          <w:numId w:val="52"/>
        </w:numPr>
      </w:pPr>
      <w:r>
        <w:t>场次与时长：</w:t>
      </w:r>
    </w:p>
    <w:p>
      <w:pPr>
        <w:numPr>
          <w:ilvl w:val="0"/>
          <w:numId w:val="53"/>
        </w:numPr>
      </w:pPr>
      <w:r>
        <w:t>0—55 秒，林曼华看见沈念活着，第一反应仍是让沈知微“先别声张”；沈知微第一次拒绝替妹妹收拾。</w:t>
      </w:r>
    </w:p>
    <w:p>
      <w:pPr>
        <w:numPr>
          <w:ilvl w:val="0"/>
          <w:numId w:val="53"/>
        </w:numPr>
      </w:pPr>
      <w:r>
        <w:t>55—120 秒，叶蓁从项目归档中找出被伪装成供应商附件的债务代偿协议，约定假失踪只持续 24 小时。</w:t>
      </w:r>
    </w:p>
    <w:p>
      <w:pPr>
        <w:numPr>
          <w:ilvl w:val="0"/>
          <w:numId w:val="53"/>
        </w:numPr>
      </w:pPr>
      <w:r>
        <w:t>120—175 秒，协议签署时间早于纪念夜，顾承泽的资金缺口却在协议后继续扩大，证明他另有目的。</w:t>
      </w:r>
    </w:p>
    <w:p>
      <w:pPr>
        <w:numPr>
          <w:ilvl w:val="0"/>
          <w:numId w:val="53"/>
        </w:numPr>
      </w:pPr>
      <w:r>
        <w:t>175—220 秒，沈知微用斜光检查复写纸的压痕，逐字辨出背面内容。</w:t>
      </w:r>
    </w:p>
    <w:p>
      <w:pPr>
        <w:numPr>
          <w:ilvl w:val="0"/>
          <w:numId w:val="53"/>
        </w:numPr>
      </w:pPr>
      <w:r>
        <w:t>220—240 秒，四个字出现：别相信他。</w:t>
      </w:r>
    </w:p>
    <w:p>
      <w:pPr>
        <w:numPr>
          <w:ilvl w:val="0"/>
          <w:numId w:val="54"/>
        </w:numPr>
      </w:pPr>
      <w:r>
        <w:t>信息变化：沈念参与原计划，但曾在案发前后试图警告；顾承泽单方面升级了计划。</w:t>
      </w:r>
    </w:p>
    <w:p>
      <w:pPr>
        <w:numPr>
          <w:ilvl w:val="0"/>
          <w:numId w:val="54"/>
        </w:numPr>
      </w:pPr>
      <w:r>
        <w:t>情绪转折与爽点：女主不再靠“妹妹完全无辜”维护自己，而是让不利事实也进入证据链。</w:t>
      </w:r>
    </w:p>
    <w:p>
      <w:pPr>
        <w:numPr>
          <w:ilvl w:val="0"/>
          <w:numId w:val="54"/>
        </w:numPr>
      </w:pPr>
      <w:r>
        <w:t>集尾钩子：协议背面写着“别相信他”。</w:t>
      </w:r>
    </w:p>
    <w:p>
      <w:pPr>
        <w:numPr>
          <w:ilvl w:val="0"/>
          <w:numId w:val="54"/>
        </w:numPr>
      </w:pPr>
      <w:r>
        <w:t>人物：沈知微、顾承泽、沈念、叶蓁、林曼华。</w:t>
      </w:r>
    </w:p>
    <w:p>
      <w:pPr>
        <w:numPr>
          <w:ilvl w:val="0"/>
          <w:numId w:val="54"/>
        </w:numPr>
      </w:pPr>
      <w:r>
        <w:t>地点：工作室、母亲住所。</w:t>
      </w:r>
    </w:p>
    <w:p>
      <w:pPr>
        <w:numPr>
          <w:ilvl w:val="0"/>
          <w:numId w:val="54"/>
        </w:numPr>
      </w:pPr>
      <w:r>
        <w:t>道具：债务协议、警告字样、项目流水。</w:t>
      </w:r>
    </w:p>
    <w:p>
      <w:pPr>
        <w:numPr>
          <w:ilvl w:val="0"/>
          <w:numId w:val="54"/>
        </w:numPr>
      </w:pPr>
      <w:r>
        <w:t>伏笔变化：CLUE05 verified；CLUE07 opened；母女关系进入公开裂缝。</w:t>
      </w:r>
    </w:p>
    <w:p>
      <w:pPr>
        <w:numPr>
          <w:ilvl w:val="0"/>
          <w:numId w:val="54"/>
        </w:numPr>
      </w:pPr>
      <w:r>
        <w:t>预算风险与替代：压痕显字效果可能显得戏剧化；使用可控侧光与美术预制压痕，不表现具体伪造技巧。</w:t>
      </w:r>
    </w:p>
    <w:p>
      <w:pPr>
        <w:pStyle w:val="Heading2"/>
      </w:pPr>
      <w:r>
        <w:t>EP008《签字换人》</w:t>
      </w:r>
    </w:p>
    <w:p>
      <w:pPr>
        <w:numPr>
          <w:ilvl w:val="0"/>
          <w:numId w:val="55"/>
        </w:numPr>
      </w:pPr>
      <w:r>
        <w:t>本集目标：沈知微要验证顾承泽是否知道妹妹下落，并让他在取得控制权后暴露下一目标。</w:t>
      </w:r>
    </w:p>
    <w:p>
      <w:pPr>
        <w:numPr>
          <w:ilvl w:val="0"/>
          <w:numId w:val="55"/>
        </w:numPr>
      </w:pPr>
      <w:r>
        <w:t>即时阻力：顾承泽以“沈念的位置”交换工作室控制权，林曼华要求女儿先救人；文件一旦签署会造成真实事业损失。</w:t>
      </w:r>
    </w:p>
    <w:p>
      <w:pPr>
        <w:numPr>
          <w:ilvl w:val="0"/>
          <w:numId w:val="55"/>
        </w:numPr>
      </w:pPr>
      <w:r>
        <w:t>主动选择：沈知微在办案人员知情、叶蓁见证的前提下签署待审文件，把自己的即时控制权作为换取对手行动的代价。</w:t>
      </w:r>
    </w:p>
    <w:p>
      <w:pPr>
        <w:numPr>
          <w:ilvl w:val="0"/>
          <w:numId w:val="55"/>
        </w:numPr>
      </w:pPr>
      <w:r>
        <w:t>场次与时长：</w:t>
      </w:r>
    </w:p>
    <w:p>
      <w:pPr>
        <w:numPr>
          <w:ilvl w:val="0"/>
          <w:numId w:val="56"/>
        </w:numPr>
      </w:pPr>
      <w:r>
        <w:t>0—55 秒，顾承泽只发来沈念旧布景仓的一段环境声，要求沈知微在上午前签署控制权转让文件。</w:t>
      </w:r>
    </w:p>
    <w:p>
      <w:pPr>
        <w:numPr>
          <w:ilvl w:val="0"/>
          <w:numId w:val="56"/>
        </w:numPr>
      </w:pPr>
      <w:r>
        <w:t>55—105 秒，林曼华求她“公司可以再挣”；沈知微回答“人要救，谁做的选择也要记下来”。</w:t>
      </w:r>
    </w:p>
    <w:p>
      <w:pPr>
        <w:numPr>
          <w:ilvl w:val="0"/>
          <w:numId w:val="56"/>
        </w:numPr>
      </w:pPr>
      <w:r>
        <w:t>105—165 秒，办案人员只确认材料已留存，不承诺文件无效；沈知微决定承担签字风险。</w:t>
      </w:r>
    </w:p>
    <w:p>
      <w:pPr>
        <w:numPr>
          <w:ilvl w:val="0"/>
          <w:numId w:val="56"/>
        </w:numPr>
      </w:pPr>
      <w:r>
        <w:t>165—215 秒，顾承泽拿到文件，却没有给出完整位置，反而命陈默立即清空服务通道与控制器。</w:t>
      </w:r>
    </w:p>
    <w:p>
      <w:pPr>
        <w:numPr>
          <w:ilvl w:val="0"/>
          <w:numId w:val="56"/>
        </w:numPr>
      </w:pPr>
      <w:r>
        <w:t>215—240 秒，陈默拒绝执行并把指令转给沈知微：他要清的不是现场，是妹妹走过的路。</w:t>
      </w:r>
    </w:p>
    <w:p>
      <w:pPr>
        <w:numPr>
          <w:ilvl w:val="0"/>
          <w:numId w:val="57"/>
        </w:numPr>
      </w:pPr>
      <w:r>
        <w:t>信息变化：顾承泽的目标不止工作室；他仍在追索沈念与物理证据。</w:t>
      </w:r>
    </w:p>
    <w:p>
      <w:pPr>
        <w:numPr>
          <w:ilvl w:val="0"/>
          <w:numId w:val="57"/>
        </w:numPr>
      </w:pPr>
      <w:r>
        <w:t>情绪转折与爽点：女主第一次主动支付事业代价换取行动窗口，不靠“文件其实是假的”逃避损失。</w:t>
      </w:r>
    </w:p>
    <w:p>
      <w:pPr>
        <w:numPr>
          <w:ilvl w:val="0"/>
          <w:numId w:val="57"/>
        </w:numPr>
      </w:pPr>
      <w:r>
        <w:t>集尾钩子：签字后，顾承泽仍下令清空服务通道。</w:t>
      </w:r>
    </w:p>
    <w:p>
      <w:pPr>
        <w:numPr>
          <w:ilvl w:val="0"/>
          <w:numId w:val="57"/>
        </w:numPr>
      </w:pPr>
      <w:r>
        <w:t>人物：沈知微、顾承泽、林曼华、叶蓁、办案人员。</w:t>
      </w:r>
    </w:p>
    <w:p>
      <w:pPr>
        <w:numPr>
          <w:ilvl w:val="0"/>
          <w:numId w:val="57"/>
        </w:numPr>
      </w:pPr>
      <w:r>
        <w:t>地点：工作室、母亲住所。</w:t>
      </w:r>
    </w:p>
    <w:p>
      <w:pPr>
        <w:numPr>
          <w:ilvl w:val="0"/>
          <w:numId w:val="57"/>
        </w:numPr>
      </w:pPr>
      <w:r>
        <w:t>道具：控制权转让文件、项目流水、警告字样。</w:t>
      </w:r>
    </w:p>
    <w:p>
      <w:pPr>
        <w:numPr>
          <w:ilvl w:val="0"/>
          <w:numId w:val="57"/>
        </w:numPr>
      </w:pPr>
      <w:r>
        <w:t>伏笔变化：CLUE08 opened；陈默完成立场转折。</w:t>
      </w:r>
    </w:p>
    <w:p>
      <w:pPr>
        <w:numPr>
          <w:ilvl w:val="0"/>
          <w:numId w:val="57"/>
        </w:numPr>
      </w:pPr>
      <w:r>
        <w:t>预算风险与替代：环境声定位不能写成万能技术；只使用姐妹共同布景经历中可识别的空间回声与旧项目编号，并由协议附件交叉确认范围。</w:t>
      </w:r>
    </w:p>
    <w:p>
      <w:pPr>
        <w:pStyle w:val="Heading2"/>
      </w:pPr>
      <w:r>
        <w:t>EP009《找到她，却带不走她》</w:t>
      </w:r>
    </w:p>
    <w:p>
      <w:pPr>
        <w:numPr>
          <w:ilvl w:val="0"/>
          <w:numId w:val="58"/>
        </w:numPr>
      </w:pPr>
      <w:r>
        <w:t>本集目标：沈知微要在顾承泽之前找到沈念并带她离开藏身间。</w:t>
      </w:r>
    </w:p>
    <w:p>
      <w:pPr>
        <w:numPr>
          <w:ilvl w:val="0"/>
          <w:numId w:val="58"/>
        </w:numPr>
      </w:pPr>
      <w:r>
        <w:t>即时阻力：沈念不相信姐姐会让自己承担选择，拒绝被“救回去”；林曼华无意中把女儿去旧仓的方向告诉顾承泽。</w:t>
      </w:r>
    </w:p>
    <w:p>
      <w:pPr>
        <w:numPr>
          <w:ilvl w:val="0"/>
          <w:numId w:val="58"/>
        </w:numPr>
      </w:pPr>
      <w:r>
        <w:t>主动选择：沈知微不夺门卡、不命令妹妹离开，先承认自己曾关闭妹妹项目和权限，再提出由沈念自己选择合作条件。</w:t>
      </w:r>
    </w:p>
    <w:p>
      <w:pPr>
        <w:numPr>
          <w:ilvl w:val="0"/>
          <w:numId w:val="58"/>
        </w:numPr>
      </w:pPr>
      <w:r>
        <w:t>场次与时长：</w:t>
      </w:r>
    </w:p>
    <w:p>
      <w:pPr>
        <w:numPr>
          <w:ilvl w:val="0"/>
          <w:numId w:val="59"/>
        </w:numPr>
      </w:pPr>
      <w:r>
        <w:t>0—55 秒，沈知微凭协议附件中的旧项目编号找到布景仓，门禁仍保留她当年替妹妹设置的管理员权限。</w:t>
      </w:r>
    </w:p>
    <w:p>
      <w:pPr>
        <w:numPr>
          <w:ilvl w:val="0"/>
          <w:numId w:val="59"/>
        </w:numPr>
      </w:pPr>
      <w:r>
        <w:t>55—115 秒，沈念出现，第一句话是“你看，你还是用你的钥匙进来了”。她承认假失踪，却否认自己预见顾承泽的完整构陷。</w:t>
      </w:r>
    </w:p>
    <w:p>
      <w:pPr>
        <w:numPr>
          <w:ilvl w:val="0"/>
          <w:numId w:val="59"/>
        </w:numPr>
      </w:pPr>
      <w:r>
        <w:t>115—175 秒，姐妹争执：沈知微要证词，沈念要她先承认过去的控制。沈知微删除管理员权限，把门卡放回妹妹手里。</w:t>
      </w:r>
    </w:p>
    <w:p>
      <w:pPr>
        <w:numPr>
          <w:ilvl w:val="0"/>
          <w:numId w:val="59"/>
        </w:numPr>
      </w:pPr>
      <w:r>
        <w:t>175—215 秒，沈念选择开门，说顾承泽以为本地控制器是唯一能推翻监控的东西。</w:t>
      </w:r>
    </w:p>
    <w:p>
      <w:pPr>
        <w:numPr>
          <w:ilvl w:val="0"/>
          <w:numId w:val="59"/>
        </w:numPr>
      </w:pPr>
      <w:r>
        <w:t>215—240 秒，走廊感应灯由远及近逐级亮起，顾承泽正在靠近。</w:t>
      </w:r>
    </w:p>
    <w:p>
      <w:pPr>
        <w:numPr>
          <w:ilvl w:val="0"/>
          <w:numId w:val="60"/>
        </w:numPr>
      </w:pPr>
      <w:r>
        <w:t>信息变化：妹妹反悔的原因、藏身逻辑和顾承泽对控制器的错误认知同时明确。</w:t>
      </w:r>
    </w:p>
    <w:p>
      <w:pPr>
        <w:numPr>
          <w:ilvl w:val="0"/>
          <w:numId w:val="60"/>
        </w:numPr>
      </w:pPr>
      <w:r>
        <w:t>情绪转折与爽点：女主先放弃控制权，才获得妹妹的主动合作；关系选择直接改变破局资源。</w:t>
      </w:r>
    </w:p>
    <w:p>
      <w:pPr>
        <w:numPr>
          <w:ilvl w:val="0"/>
          <w:numId w:val="60"/>
        </w:numPr>
      </w:pPr>
      <w:r>
        <w:t>集尾钩子：顾承泽逼近藏身间。</w:t>
      </w:r>
    </w:p>
    <w:p>
      <w:pPr>
        <w:numPr>
          <w:ilvl w:val="0"/>
          <w:numId w:val="60"/>
        </w:numPr>
      </w:pPr>
      <w:r>
        <w:t>人物：沈知微、顾承泽、沈念、林曼华。</w:t>
      </w:r>
    </w:p>
    <w:p>
      <w:pPr>
        <w:numPr>
          <w:ilvl w:val="0"/>
          <w:numId w:val="60"/>
        </w:numPr>
      </w:pPr>
      <w:r>
        <w:t>地点：旧布景仓、服务区。</w:t>
      </w:r>
    </w:p>
    <w:p>
      <w:pPr>
        <w:numPr>
          <w:ilvl w:val="0"/>
          <w:numId w:val="60"/>
        </w:numPr>
      </w:pPr>
      <w:r>
        <w:t>道具：债务协议、警告字样、门禁权限设置。</w:t>
      </w:r>
    </w:p>
    <w:p>
      <w:pPr>
        <w:numPr>
          <w:ilvl w:val="0"/>
          <w:numId w:val="60"/>
        </w:numPr>
      </w:pPr>
      <w:r>
        <w:t>伏笔变化：CLUE07 verified；CLUE09 opened；姐妹关系第二次关键变化。</w:t>
      </w:r>
    </w:p>
    <w:p>
      <w:pPr>
        <w:numPr>
          <w:ilvl w:val="0"/>
          <w:numId w:val="60"/>
        </w:numPr>
      </w:pPr>
      <w:r>
        <w:t>预算风险与替代：不拍追逐；只用封闭走廊、感应灯、脚步声和人物决定制造逼近感。</w:t>
      </w:r>
    </w:p>
    <w:p>
      <w:pPr>
        <w:pStyle w:val="Heading2"/>
      </w:pPr>
      <w:r>
        <w:t>EP010《反向样板屋》</w:t>
      </w:r>
    </w:p>
    <w:p>
      <w:pPr>
        <w:numPr>
          <w:ilvl w:val="0"/>
          <w:numId w:val="61"/>
        </w:numPr>
      </w:pPr>
      <w:r>
        <w:t>本集目标：姐妹要在不制造假证据的前提下，让顾承泽主动暴露他对现场和控制器的真实目的。</w:t>
      </w:r>
    </w:p>
    <w:p>
      <w:pPr>
        <w:numPr>
          <w:ilvl w:val="0"/>
          <w:numId w:val="61"/>
        </w:numPr>
      </w:pPr>
      <w:r>
        <w:t>即时阻力：顾承泽掌握工作室后台与场地权限；沈念仍可能因共谋责任临阵退缩。</w:t>
      </w:r>
    </w:p>
    <w:p>
      <w:pPr>
        <w:numPr>
          <w:ilvl w:val="0"/>
          <w:numId w:val="61"/>
        </w:numPr>
      </w:pPr>
      <w:r>
        <w:t>主动选择：沈知微只强调控制器仍保留原始记录，不说明已导出的校验件由叶蓁保管；沈念决定亲自回到样板屋作见证。</w:t>
      </w:r>
    </w:p>
    <w:p>
      <w:pPr>
        <w:numPr>
          <w:ilvl w:val="0"/>
          <w:numId w:val="61"/>
        </w:numPr>
      </w:pPr>
      <w:r>
        <w:t>场次与时长：</w:t>
      </w:r>
    </w:p>
    <w:p>
      <w:pPr>
        <w:numPr>
          <w:ilvl w:val="0"/>
          <w:numId w:val="62"/>
        </w:numPr>
      </w:pPr>
      <w:r>
        <w:t>0—55 秒，姐妹从仓库分开撤离。沈知微只告诉顾承泽“原始记录还在样板屋”，不承诺任何虚假内容。</w:t>
      </w:r>
    </w:p>
    <w:p>
      <w:pPr>
        <w:numPr>
          <w:ilvl w:val="0"/>
          <w:numId w:val="62"/>
        </w:numPr>
      </w:pPr>
      <w:r>
        <w:t>55—110 秒，叶蓁在工作室保管日志导出件与项目流水；陈默拒绝顾承泽的删除指令，却被迫带他进入设备间。</w:t>
      </w:r>
    </w:p>
    <w:p>
      <w:pPr>
        <w:numPr>
          <w:ilvl w:val="0"/>
          <w:numId w:val="62"/>
        </w:numPr>
      </w:pPr>
      <w:r>
        <w:t>110—170 秒，顾承泽发现沈念回到现场，先用“你也参与了”压制她，再要求交出控制器。</w:t>
      </w:r>
    </w:p>
    <w:p>
      <w:pPr>
        <w:numPr>
          <w:ilvl w:val="0"/>
          <w:numId w:val="62"/>
        </w:numPr>
      </w:pPr>
      <w:r>
        <w:t>170—215 秒，沈念没有逃，明确说出原计划只有 24 小时。顾承泽在失去解释权后砸毁控制器。</w:t>
      </w:r>
    </w:p>
    <w:p>
      <w:pPr>
        <w:numPr>
          <w:ilvl w:val="0"/>
          <w:numId w:val="62"/>
        </w:numPr>
      </w:pPr>
      <w:r>
        <w:t>215—240 秒，沈知微看着碎片说：“你毁掉的，是我让你看见的那一份。”</w:t>
      </w:r>
    </w:p>
    <w:p>
      <w:pPr>
        <w:numPr>
          <w:ilvl w:val="0"/>
          <w:numId w:val="63"/>
        </w:numPr>
      </w:pPr>
      <w:r>
        <w:t>信息变化：顾承泽以为控制器是唯一证据，并亲自实施灭证；姐妹与陈默成为相互独立的行为见证者。</w:t>
      </w:r>
    </w:p>
    <w:p>
      <w:pPr>
        <w:numPr>
          <w:ilvl w:val="0"/>
          <w:numId w:val="63"/>
        </w:numPr>
      </w:pPr>
      <w:r>
        <w:t>情绪转折与爽点：开局被空间困住的姐妹，反过来利用对手的权限自信迫使其留下选择痕迹。</w:t>
      </w:r>
    </w:p>
    <w:p>
      <w:pPr>
        <w:numPr>
          <w:ilvl w:val="0"/>
          <w:numId w:val="63"/>
        </w:numPr>
      </w:pPr>
      <w:r>
        <w:t>集尾钩子：控制器已毁，但日志导出件从 EP003 起一直独立存在。</w:t>
      </w:r>
    </w:p>
    <w:p>
      <w:pPr>
        <w:numPr>
          <w:ilvl w:val="0"/>
          <w:numId w:val="63"/>
        </w:numPr>
      </w:pPr>
      <w:r>
        <w:t>人物：沈知微、顾承泽、沈念、叶蓁、陈默。</w:t>
      </w:r>
    </w:p>
    <w:p>
      <w:pPr>
        <w:numPr>
          <w:ilvl w:val="0"/>
          <w:numId w:val="63"/>
        </w:numPr>
      </w:pPr>
      <w:r>
        <w:t>地点：样板屋、服务区、工作室。</w:t>
      </w:r>
    </w:p>
    <w:p>
      <w:pPr>
        <w:numPr>
          <w:ilvl w:val="0"/>
          <w:numId w:val="63"/>
        </w:numPr>
      </w:pPr>
      <w:r>
        <w:t>道具：本地控制器、日志导出件、控制权文件、门禁权限设置。</w:t>
      </w:r>
    </w:p>
    <w:p>
      <w:pPr>
        <w:numPr>
          <w:ilvl w:val="0"/>
          <w:numId w:val="63"/>
        </w:numPr>
      </w:pPr>
      <w:r>
        <w:t>伏笔变化：CLUE10 opened；CLUE03 的保存方式得到回收；姐妹有限联盟成立。</w:t>
      </w:r>
    </w:p>
    <w:p>
      <w:pPr>
        <w:numPr>
          <w:ilvl w:val="0"/>
          <w:numId w:val="63"/>
        </w:numPr>
      </w:pPr>
      <w:r>
        <w:t>预算风险与替代：控制器损坏需英雄道具备份与安全测试；使用可替换外壳和预切结构，不拍危险飞溅。</w:t>
      </w:r>
    </w:p>
    <w:p>
      <w:pPr>
        <w:pStyle w:val="Heading2"/>
      </w:pPr>
      <w:r>
        <w:t>EP011《四条证据》</w:t>
      </w:r>
    </w:p>
    <w:p>
      <w:pPr>
        <w:numPr>
          <w:ilvl w:val="0"/>
          <w:numId w:val="64"/>
        </w:numPr>
      </w:pPr>
      <w:r>
        <w:t>本集目标：沈知微必须让空间、设备、资金和人物证词形成闭环，使顾承泽无法再用单一解释拆散事实。</w:t>
      </w:r>
    </w:p>
    <w:p>
      <w:pPr>
        <w:numPr>
          <w:ilvl w:val="0"/>
          <w:numId w:val="64"/>
        </w:numPr>
      </w:pPr>
      <w:r>
        <w:t>即时阻力：每条证据单独都存在替代解释；顾承泽继续用“家庭误会”“系统故障”“私人借款”逐项切割。</w:t>
      </w:r>
    </w:p>
    <w:p>
      <w:pPr>
        <w:numPr>
          <w:ilvl w:val="0"/>
          <w:numId w:val="64"/>
        </w:numPr>
      </w:pPr>
      <w:r>
        <w:t>主动选择：沈知微不追求一段万能口供，而是按事件顺序让四条独立证据彼此限制解释空间。</w:t>
      </w:r>
    </w:p>
    <w:p>
      <w:pPr>
        <w:numPr>
          <w:ilvl w:val="0"/>
          <w:numId w:val="64"/>
        </w:numPr>
      </w:pPr>
      <w:r>
        <w:t>场次与时长：</w:t>
      </w:r>
    </w:p>
    <w:p>
      <w:pPr>
        <w:numPr>
          <w:ilvl w:val="0"/>
          <w:numId w:val="65"/>
        </w:numPr>
      </w:pPr>
      <w:r>
        <w:t>0—50 秒，现场重建空间线：血迹止于栏杆内侧，镜面提前拍到第二机位，露台下没有对应结果。</w:t>
      </w:r>
    </w:p>
    <w:p>
      <w:pPr>
        <w:numPr>
          <w:ilvl w:val="0"/>
          <w:numId w:val="65"/>
        </w:numPr>
      </w:pPr>
      <w:r>
        <w:t>50—105 秒，设备线：陈默确认云端清理指令，日志导出件证明服务门在所谓坠落后开启，停车影像接上沈念离开。</w:t>
      </w:r>
    </w:p>
    <w:p>
      <w:pPr>
        <w:numPr>
          <w:ilvl w:val="0"/>
          <w:numId w:val="65"/>
        </w:numPr>
      </w:pPr>
      <w:r>
        <w:t>105—160 秒，资金线：债务协议的第一期来自项目备用账户；转让文件与顾承泽下令清场的时间形成连续目的。</w:t>
      </w:r>
    </w:p>
    <w:p>
      <w:pPr>
        <w:numPr>
          <w:ilvl w:val="0"/>
          <w:numId w:val="65"/>
        </w:numPr>
      </w:pPr>
      <w:r>
        <w:t>160—205 秒，人物线：叶蓁承担工程隐瞒，沈念承认共谋并说明顾承泽单方面升级，陈默说明控制器被毁前的导出过程。</w:t>
      </w:r>
    </w:p>
    <w:p>
      <w:pPr>
        <w:numPr>
          <w:ilvl w:val="0"/>
          <w:numId w:val="65"/>
        </w:numPr>
      </w:pPr>
      <w:r>
        <w:t>205—240 秒，办案人员接收材料并要求顾承泽配合后续调查。沈念主动补充：“构陷姐姐，我也有份。”</w:t>
      </w:r>
    </w:p>
    <w:p>
      <w:pPr>
        <w:numPr>
          <w:ilvl w:val="0"/>
          <w:numId w:val="66"/>
        </w:numPr>
      </w:pPr>
      <w:r>
        <w:t>信息变化：谁、如何、为何及各自代价全部明确；顾承泽失去唯一解释权，沈念也不能以受害者身份免除共谋责任。</w:t>
      </w:r>
    </w:p>
    <w:p>
      <w:pPr>
        <w:numPr>
          <w:ilvl w:val="0"/>
          <w:numId w:val="66"/>
        </w:numPr>
      </w:pPr>
      <w:r>
        <w:t>情绪转折与爽点：女主用准备过程完成最大翻盘，同时拒绝替妹妹删除不利事实。</w:t>
      </w:r>
    </w:p>
    <w:p>
      <w:pPr>
        <w:numPr>
          <w:ilvl w:val="0"/>
          <w:numId w:val="66"/>
        </w:numPr>
      </w:pPr>
      <w:r>
        <w:t>集尾钩子：沈念主动承认自己的共谋责任。</w:t>
      </w:r>
    </w:p>
    <w:p>
      <w:pPr>
        <w:numPr>
          <w:ilvl w:val="0"/>
          <w:numId w:val="66"/>
        </w:numPr>
      </w:pPr>
      <w:r>
        <w:t>人物：全体主要人物与办案人员。</w:t>
      </w:r>
    </w:p>
    <w:p>
      <w:pPr>
        <w:numPr>
          <w:ilvl w:val="0"/>
          <w:numId w:val="66"/>
        </w:numPr>
      </w:pPr>
      <w:r>
        <w:t>地点：样板屋、工作室。</w:t>
      </w:r>
    </w:p>
    <w:p>
      <w:pPr>
        <w:numPr>
          <w:ilvl w:val="0"/>
          <w:numId w:val="66"/>
        </w:numPr>
      </w:pPr>
      <w:r>
        <w:t>道具：日志导出件、债务协议、项目流水、转让文件、血迹留样、镜面装饰。</w:t>
      </w:r>
    </w:p>
    <w:p>
      <w:pPr>
        <w:numPr>
          <w:ilvl w:val="0"/>
          <w:numId w:val="66"/>
        </w:numPr>
      </w:pPr>
      <w:r>
        <w:t>伏笔变化：CLUE01—CLUE10 主案全部回收；只留下程序与关系后果进入 EP012。</w:t>
      </w:r>
    </w:p>
    <w:p>
      <w:pPr>
        <w:numPr>
          <w:ilvl w:val="0"/>
          <w:numId w:val="66"/>
        </w:numPr>
      </w:pPr>
      <w:r>
        <w:t>预算风险与替代：七名演员同场增加调度压力；采用一场主重建加少量插入回看镜头，集中拍摄，不新增群众与外景。</w:t>
      </w:r>
    </w:p>
    <w:p>
      <w:pPr>
        <w:pStyle w:val="Heading2"/>
      </w:pPr>
      <w:r>
        <w:t>EP012《把门还给她》</w:t>
      </w:r>
    </w:p>
    <w:p>
      <w:pPr>
        <w:numPr>
          <w:ilvl w:val="0"/>
          <w:numId w:val="67"/>
        </w:numPr>
      </w:pPr>
      <w:r>
        <w:t>本集目标：沈知微必须处理赢回事业后的责任边界，并决定是否再次替妹妹承担后果。</w:t>
      </w:r>
    </w:p>
    <w:p>
      <w:pPr>
        <w:numPr>
          <w:ilvl w:val="0"/>
          <w:numId w:val="67"/>
        </w:numPr>
      </w:pPr>
      <w:r>
        <w:t>即时阻力：林曼华希望家里统一口径、客户希望工作室尽快给出简单声明，沈念也本能地等待姐姐安排下一步。</w:t>
      </w:r>
    </w:p>
    <w:p>
      <w:pPr>
        <w:numPr>
          <w:ilvl w:val="0"/>
          <w:numId w:val="67"/>
        </w:numPr>
      </w:pPr>
      <w:r>
        <w:t>主动选择：沈知微只公开可确认的工作室事实，启动独立审计；她拒绝替沈念撤回陈述，也不要求妹妹立刻和解。</w:t>
      </w:r>
    </w:p>
    <w:p>
      <w:pPr>
        <w:numPr>
          <w:ilvl w:val="0"/>
          <w:numId w:val="67"/>
        </w:numPr>
      </w:pPr>
      <w:r>
        <w:t>场次与时长：</w:t>
      </w:r>
    </w:p>
    <w:p>
      <w:pPr>
        <w:numPr>
          <w:ilvl w:val="0"/>
          <w:numId w:val="68"/>
        </w:numPr>
      </w:pPr>
      <w:r>
        <w:t>0—55 秒，工作室内部会：叶蓁承担工程失报，陈默提交维护记录，沈知微恢复创作负责人身份但把财务交给独立审计。</w:t>
      </w:r>
    </w:p>
    <w:p>
      <w:pPr>
        <w:numPr>
          <w:ilvl w:val="0"/>
          <w:numId w:val="68"/>
        </w:numPr>
      </w:pPr>
      <w:r>
        <w:t>55—115 秒，林曼华要求姐妹“先对外说是一场误会”；沈知微回答，误会不会自动生成协议和转账。</w:t>
      </w:r>
    </w:p>
    <w:p>
      <w:pPr>
        <w:numPr>
          <w:ilvl w:val="0"/>
          <w:numId w:val="68"/>
        </w:numPr>
      </w:pPr>
      <w:r>
        <w:t>115—170 秒，沈念确认会如实说明自己的参与，并自己处理债务。姐妹约定以后帮助必须先询问，不以拥抱替代责任。</w:t>
      </w:r>
    </w:p>
    <w:p>
      <w:pPr>
        <w:numPr>
          <w:ilvl w:val="0"/>
          <w:numId w:val="68"/>
        </w:numPr>
      </w:pPr>
      <w:r>
        <w:t>170—220 秒，沈知微回到样板屋，逐项撤销自己对沈念账户、门锁和项目文件的代管权限。</w:t>
      </w:r>
    </w:p>
    <w:p>
      <w:pPr>
        <w:numPr>
          <w:ilvl w:val="0"/>
          <w:numId w:val="68"/>
        </w:numPr>
      </w:pPr>
      <w:r>
        <w:t>220—240 秒，系统提示“用户沈念已获得自主权限”。确认按钮亮起，沈知微收回手，让沈念自己按下。</w:t>
      </w:r>
    </w:p>
    <w:p>
      <w:pPr>
        <w:numPr>
          <w:ilvl w:val="0"/>
          <w:numId w:val="69"/>
        </w:numPr>
      </w:pPr>
      <w:r>
        <w:t>信息变化：外部责任进入专业程序，关系从控制/逃避转为有边界的平等起点。</w:t>
      </w:r>
    </w:p>
    <w:p>
      <w:pPr>
        <w:numPr>
          <w:ilvl w:val="0"/>
          <w:numId w:val="69"/>
        </w:numPr>
      </w:pPr>
      <w:r>
        <w:t>情绪转折与爽点：真正的胜利不是夺回所有权限，而是有能力后仍选择归还不属于自己的控制权。</w:t>
      </w:r>
    </w:p>
    <w:p>
      <w:pPr>
        <w:numPr>
          <w:ilvl w:val="0"/>
          <w:numId w:val="69"/>
        </w:numPr>
      </w:pPr>
      <w:r>
        <w:t>集尾钩子/季终落点：门禁权限归还，沈知微第一次没有替妹妹确认。</w:t>
      </w:r>
    </w:p>
    <w:p>
      <w:pPr>
        <w:numPr>
          <w:ilvl w:val="0"/>
          <w:numId w:val="69"/>
        </w:numPr>
      </w:pPr>
      <w:r>
        <w:t>人物：沈知微、沈念、叶蓁、林曼华、办案人员。</w:t>
      </w:r>
    </w:p>
    <w:p>
      <w:pPr>
        <w:numPr>
          <w:ilvl w:val="0"/>
          <w:numId w:val="69"/>
        </w:numPr>
      </w:pPr>
      <w:r>
        <w:t>地点：工作室、母亲住所、样板屋。</w:t>
      </w:r>
    </w:p>
    <w:p>
      <w:pPr>
        <w:numPr>
          <w:ilvl w:val="0"/>
          <w:numId w:val="69"/>
        </w:numPr>
      </w:pPr>
      <w:r>
        <w:t>道具：门禁权限设置、项目流水、控制权文件。</w:t>
      </w:r>
    </w:p>
    <w:p>
      <w:pPr>
        <w:numPr>
          <w:ilvl w:val="0"/>
          <w:numId w:val="69"/>
        </w:numPr>
      </w:pPr>
      <w:r>
        <w:t>伏笔变化：事业、法律、姐妹与母女关系后果全部落地。</w:t>
      </w:r>
    </w:p>
    <w:p>
      <w:pPr>
        <w:numPr>
          <w:ilvl w:val="0"/>
          <w:numId w:val="69"/>
        </w:numPr>
      </w:pPr>
      <w:r>
        <w:t>预算风险与替代：三地点收尾可能搬景；母亲场改为工作室会后同场谈话，样板屋只保留最终动作，可压缩为两组场景。</w:t>
      </w:r>
    </w:p>
    <w:p>
      <w:pPr>
        <w:pStyle w:val="Heading2"/>
      </w:pPr>
      <w:r>
        <w:t>72 小时时间线检查</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677"/>
        <w:gridCol w:w="3255"/>
        <w:gridCol w:w="2466"/>
        <w:gridCol w:w="2466"/>
      </w:tblGrid>
      <w:tr>
        <w:trPr>
          <w:tblHeader w:val="true"/>
        </w:trPr>
        <w:tc>
          <w:tcPr>
            <w:tcW w:type="dxa" w:w="1677"/>
            <w:shd w:fill="2E74B5"/>
            <w:vAlign w:val="center"/>
          </w:tcPr>
          <w:p>
            <w:pPr>
              <w:spacing w:after="0"/>
            </w:pPr>
            <w:r>
              <w:rPr>
                <w:b/>
                <w:color w:val="FFFFFF"/>
              </w:rPr>
              <w:t>时间</w:t>
            </w:r>
          </w:p>
        </w:tc>
        <w:tc>
          <w:tcPr>
            <w:tcW w:type="dxa" w:w="3255"/>
            <w:shd w:fill="2E74B5"/>
            <w:vAlign w:val="center"/>
          </w:tcPr>
          <w:p>
            <w:pPr>
              <w:spacing w:after="0"/>
            </w:pPr>
            <w:r>
              <w:rPr>
                <w:b/>
                <w:color w:val="FFFFFF"/>
              </w:rPr>
              <w:t>集数</w:t>
            </w:r>
          </w:p>
        </w:tc>
        <w:tc>
          <w:tcPr>
            <w:tcW w:type="dxa" w:w="2466"/>
            <w:shd w:fill="2E74B5"/>
            <w:vAlign w:val="center"/>
          </w:tcPr>
          <w:p>
            <w:pPr>
              <w:spacing w:after="0"/>
            </w:pPr>
            <w:r>
              <w:rPr>
                <w:b/>
                <w:color w:val="FFFFFF"/>
              </w:rPr>
              <w:t>关键事件</w:t>
            </w:r>
          </w:p>
        </w:tc>
        <w:tc>
          <w:tcPr>
            <w:tcW w:type="dxa" w:w="2466"/>
            <w:shd w:fill="2E74B5"/>
            <w:vAlign w:val="center"/>
          </w:tcPr>
          <w:p>
            <w:pPr>
              <w:spacing w:after="0"/>
            </w:pPr>
            <w:r>
              <w:rPr>
                <w:b/>
                <w:color w:val="FFFFFF"/>
              </w:rPr>
              <w:t>人物与地点一致性</w:t>
            </w:r>
          </w:p>
        </w:tc>
      </w:tr>
      <w:tr>
        <w:tc>
          <w:tcPr>
            <w:tcW w:type="dxa" w:w="1677"/>
            <w:vAlign w:val="center"/>
          </w:tcPr>
          <w:p>
            <w:pPr>
              <w:spacing w:after="0"/>
            </w:pPr>
            <w:r>
              <w:rPr>
                <w:b w:val="0"/>
              </w:rPr>
              <w:t>D1 21:05</w:t>
            </w:r>
          </w:p>
        </w:tc>
        <w:tc>
          <w:tcPr>
            <w:tcW w:type="dxa" w:w="3255"/>
            <w:vAlign w:val="center"/>
          </w:tcPr>
          <w:p>
            <w:pPr>
              <w:spacing w:after="0"/>
            </w:pPr>
            <w:r>
              <w:rPr>
                <w:b w:val="0"/>
              </w:rPr>
              <w:t>EP001</w:t>
            </w:r>
          </w:p>
        </w:tc>
        <w:tc>
          <w:tcPr>
            <w:tcW w:type="dxa" w:w="2466"/>
            <w:vAlign w:val="center"/>
          </w:tcPr>
          <w:p>
            <w:pPr>
              <w:spacing w:after="0"/>
            </w:pPr>
            <w:r>
              <w:rPr>
                <w:b w:val="0"/>
              </w:rPr>
              <w:t>断电、尖叫、假坠落成立</w:t>
            </w:r>
          </w:p>
        </w:tc>
        <w:tc>
          <w:tcPr>
            <w:tcW w:type="dxa" w:w="2466"/>
            <w:vAlign w:val="center"/>
          </w:tcPr>
          <w:p>
            <w:pPr>
              <w:spacing w:after="0"/>
            </w:pPr>
            <w:r>
              <w:rPr>
                <w:b w:val="0"/>
              </w:rPr>
              <w:t>六名主要当事人在样板屋</w:t>
            </w:r>
          </w:p>
        </w:tc>
      </w:tr>
      <w:tr>
        <w:tc>
          <w:tcPr>
            <w:tcW w:type="dxa" w:w="1677"/>
            <w:shd w:fill="F2F2F2"/>
            <w:vAlign w:val="center"/>
          </w:tcPr>
          <w:p>
            <w:pPr>
              <w:spacing w:after="0"/>
            </w:pPr>
            <w:r>
              <w:rPr>
                <w:b w:val="0"/>
              </w:rPr>
              <w:t>D1 22:10</w:t>
            </w:r>
          </w:p>
        </w:tc>
        <w:tc>
          <w:tcPr>
            <w:tcW w:type="dxa" w:w="3255"/>
            <w:shd w:fill="F2F2F2"/>
            <w:vAlign w:val="center"/>
          </w:tcPr>
          <w:p>
            <w:pPr>
              <w:spacing w:after="0"/>
            </w:pPr>
            <w:r>
              <w:rPr>
                <w:b w:val="0"/>
              </w:rPr>
              <w:t>EP002</w:t>
            </w:r>
          </w:p>
        </w:tc>
        <w:tc>
          <w:tcPr>
            <w:tcW w:type="dxa" w:w="2466"/>
            <w:shd w:fill="F2F2F2"/>
            <w:vAlign w:val="center"/>
          </w:tcPr>
          <w:p>
            <w:pPr>
              <w:spacing w:after="0"/>
            </w:pPr>
            <w:r>
              <w:rPr>
                <w:b w:val="0"/>
              </w:rPr>
              <w:t>公开监控与失踪调查边界</w:t>
            </w:r>
          </w:p>
        </w:tc>
        <w:tc>
          <w:tcPr>
            <w:tcW w:type="dxa" w:w="2466"/>
            <w:shd w:fill="F2F2F2"/>
            <w:vAlign w:val="center"/>
          </w:tcPr>
          <w:p>
            <w:pPr>
              <w:spacing w:after="0"/>
            </w:pPr>
            <w:r>
              <w:rPr>
                <w:b w:val="0"/>
              </w:rPr>
              <w:t>女主、丈夫、母亲、办案人员在样板屋</w:t>
            </w:r>
          </w:p>
        </w:tc>
      </w:tr>
      <w:tr>
        <w:tc>
          <w:tcPr>
            <w:tcW w:type="dxa" w:w="1677"/>
            <w:vAlign w:val="center"/>
          </w:tcPr>
          <w:p>
            <w:pPr>
              <w:spacing w:after="0"/>
            </w:pPr>
            <w:r>
              <w:rPr>
                <w:b w:val="0"/>
              </w:rPr>
              <w:t>D1 23:20</w:t>
            </w:r>
          </w:p>
        </w:tc>
        <w:tc>
          <w:tcPr>
            <w:tcW w:type="dxa" w:w="3255"/>
            <w:vAlign w:val="center"/>
          </w:tcPr>
          <w:p>
            <w:pPr>
              <w:spacing w:after="0"/>
            </w:pPr>
            <w:r>
              <w:rPr>
                <w:b w:val="0"/>
              </w:rPr>
              <w:t>EP003</w:t>
            </w:r>
          </w:p>
        </w:tc>
        <w:tc>
          <w:tcPr>
            <w:tcW w:type="dxa" w:w="2466"/>
            <w:vAlign w:val="center"/>
          </w:tcPr>
          <w:p>
            <w:pPr>
              <w:spacing w:after="0"/>
            </w:pPr>
            <w:r>
              <w:rPr>
                <w:b w:val="0"/>
              </w:rPr>
              <w:t>导出本地继电器日志</w:t>
            </w:r>
          </w:p>
        </w:tc>
        <w:tc>
          <w:tcPr>
            <w:tcW w:type="dxa" w:w="2466"/>
            <w:vAlign w:val="center"/>
          </w:tcPr>
          <w:p>
            <w:pPr>
              <w:spacing w:after="0"/>
            </w:pPr>
            <w:r>
              <w:rPr>
                <w:b w:val="0"/>
              </w:rPr>
              <w:t>女主与陈默在设备间，顾承泽在外催促</w:t>
            </w:r>
          </w:p>
        </w:tc>
      </w:tr>
      <w:tr>
        <w:tc>
          <w:tcPr>
            <w:tcW w:type="dxa" w:w="1677"/>
            <w:shd w:fill="F2F2F2"/>
            <w:vAlign w:val="center"/>
          </w:tcPr>
          <w:p>
            <w:pPr>
              <w:spacing w:after="0"/>
            </w:pPr>
            <w:r>
              <w:rPr>
                <w:b w:val="0"/>
              </w:rPr>
              <w:t>D2 08:30</w:t>
            </w:r>
          </w:p>
        </w:tc>
        <w:tc>
          <w:tcPr>
            <w:tcW w:type="dxa" w:w="3255"/>
            <w:shd w:fill="F2F2F2"/>
            <w:vAlign w:val="center"/>
          </w:tcPr>
          <w:p>
            <w:pPr>
              <w:spacing w:after="0"/>
            </w:pPr>
            <w:r>
              <w:rPr>
                <w:b w:val="0"/>
              </w:rPr>
              <w:t>EP004</w:t>
            </w:r>
          </w:p>
        </w:tc>
        <w:tc>
          <w:tcPr>
            <w:tcW w:type="dxa" w:w="2466"/>
            <w:shd w:fill="F2F2F2"/>
            <w:vAlign w:val="center"/>
          </w:tcPr>
          <w:p>
            <w:pPr>
              <w:spacing w:after="0"/>
            </w:pPr>
            <w:r>
              <w:rPr>
                <w:b w:val="0"/>
              </w:rPr>
              <w:t>三种错误信息测试</w:t>
            </w:r>
          </w:p>
        </w:tc>
        <w:tc>
          <w:tcPr>
            <w:tcW w:type="dxa" w:w="2466"/>
            <w:shd w:fill="F2F2F2"/>
            <w:vAlign w:val="center"/>
          </w:tcPr>
          <w:p>
            <w:pPr>
              <w:spacing w:after="0"/>
            </w:pPr>
            <w:r>
              <w:rPr>
                <w:b w:val="0"/>
              </w:rPr>
              <w:t>主要冲突集中工作室</w:t>
            </w:r>
          </w:p>
        </w:tc>
      </w:tr>
      <w:tr>
        <w:tc>
          <w:tcPr>
            <w:tcW w:type="dxa" w:w="1677"/>
            <w:vAlign w:val="center"/>
          </w:tcPr>
          <w:p>
            <w:pPr>
              <w:spacing w:after="0"/>
            </w:pPr>
            <w:r>
              <w:rPr>
                <w:b w:val="0"/>
              </w:rPr>
              <w:t>D2 13:10</w:t>
            </w:r>
          </w:p>
        </w:tc>
        <w:tc>
          <w:tcPr>
            <w:tcW w:type="dxa" w:w="3255"/>
            <w:vAlign w:val="center"/>
          </w:tcPr>
          <w:p>
            <w:pPr>
              <w:spacing w:after="0"/>
            </w:pPr>
            <w:r>
              <w:rPr>
                <w:b w:val="0"/>
              </w:rPr>
              <w:t>EP005</w:t>
            </w:r>
          </w:p>
        </w:tc>
        <w:tc>
          <w:tcPr>
            <w:tcW w:type="dxa" w:w="2466"/>
            <w:vAlign w:val="center"/>
          </w:tcPr>
          <w:p>
            <w:pPr>
              <w:spacing w:after="0"/>
            </w:pPr>
            <w:r>
              <w:rPr>
                <w:b w:val="0"/>
              </w:rPr>
              <w:t>叶蓁副秘密与债务流水</w:t>
            </w:r>
          </w:p>
        </w:tc>
        <w:tc>
          <w:tcPr>
            <w:tcW w:type="dxa" w:w="2466"/>
            <w:vAlign w:val="center"/>
          </w:tcPr>
          <w:p>
            <w:pPr>
              <w:spacing w:after="0"/>
            </w:pPr>
            <w:r>
              <w:rPr>
                <w:b w:val="0"/>
              </w:rPr>
              <w:t>工作室/样板屋白天可连拍</w:t>
            </w:r>
          </w:p>
        </w:tc>
      </w:tr>
      <w:tr>
        <w:tc>
          <w:tcPr>
            <w:tcW w:type="dxa" w:w="1677"/>
            <w:shd w:fill="F2F2F2"/>
            <w:vAlign w:val="center"/>
          </w:tcPr>
          <w:p>
            <w:pPr>
              <w:spacing w:after="0"/>
            </w:pPr>
            <w:r>
              <w:rPr>
                <w:b w:val="0"/>
              </w:rPr>
              <w:t>D2 19:40</w:t>
            </w:r>
          </w:p>
        </w:tc>
        <w:tc>
          <w:tcPr>
            <w:tcW w:type="dxa" w:w="3255"/>
            <w:shd w:fill="F2F2F2"/>
            <w:vAlign w:val="center"/>
          </w:tcPr>
          <w:p>
            <w:pPr>
              <w:spacing w:after="0"/>
            </w:pPr>
            <w:r>
              <w:rPr>
                <w:b w:val="0"/>
              </w:rPr>
              <w:t>EP006</w:t>
            </w:r>
          </w:p>
        </w:tc>
        <w:tc>
          <w:tcPr>
            <w:tcW w:type="dxa" w:w="2466"/>
            <w:shd w:fill="F2F2F2"/>
            <w:vAlign w:val="center"/>
          </w:tcPr>
          <w:p>
            <w:pPr>
              <w:spacing w:after="0"/>
            </w:pPr>
            <w:r>
              <w:rPr>
                <w:b w:val="0"/>
              </w:rPr>
              <w:t>停车片段证明沈念活着</w:t>
            </w:r>
          </w:p>
        </w:tc>
        <w:tc>
          <w:tcPr>
            <w:tcW w:type="dxa" w:w="2466"/>
            <w:shd w:fill="F2F2F2"/>
            <w:vAlign w:val="center"/>
          </w:tcPr>
          <w:p>
            <w:pPr>
              <w:spacing w:after="0"/>
            </w:pPr>
            <w:r>
              <w:rPr>
                <w:b w:val="0"/>
              </w:rPr>
              <w:t>服务区夜戏，与前夜同场地集中拍摄</w:t>
            </w:r>
          </w:p>
        </w:tc>
      </w:tr>
      <w:tr>
        <w:tc>
          <w:tcPr>
            <w:tcW w:type="dxa" w:w="1677"/>
            <w:vAlign w:val="center"/>
          </w:tcPr>
          <w:p>
            <w:pPr>
              <w:spacing w:after="0"/>
            </w:pPr>
            <w:r>
              <w:rPr>
                <w:b w:val="0"/>
              </w:rPr>
              <w:t>D2 22:30</w:t>
            </w:r>
          </w:p>
        </w:tc>
        <w:tc>
          <w:tcPr>
            <w:tcW w:type="dxa" w:w="3255"/>
            <w:vAlign w:val="center"/>
          </w:tcPr>
          <w:p>
            <w:pPr>
              <w:spacing w:after="0"/>
            </w:pPr>
            <w:r>
              <w:rPr>
                <w:b w:val="0"/>
              </w:rPr>
              <w:t>EP007</w:t>
            </w:r>
          </w:p>
        </w:tc>
        <w:tc>
          <w:tcPr>
            <w:tcW w:type="dxa" w:w="2466"/>
            <w:vAlign w:val="center"/>
          </w:tcPr>
          <w:p>
            <w:pPr>
              <w:spacing w:after="0"/>
            </w:pPr>
            <w:r>
              <w:rPr>
                <w:b w:val="0"/>
              </w:rPr>
              <w:t>找到协议与警告</w:t>
            </w:r>
          </w:p>
        </w:tc>
        <w:tc>
          <w:tcPr>
            <w:tcW w:type="dxa" w:w="2466"/>
            <w:vAlign w:val="center"/>
          </w:tcPr>
          <w:p>
            <w:pPr>
              <w:spacing w:after="0"/>
            </w:pPr>
            <w:r>
              <w:rPr>
                <w:b w:val="0"/>
              </w:rPr>
              <w:t>工作室、母亲住所</w:t>
            </w:r>
          </w:p>
        </w:tc>
      </w:tr>
      <w:tr>
        <w:tc>
          <w:tcPr>
            <w:tcW w:type="dxa" w:w="1677"/>
            <w:shd w:fill="F2F2F2"/>
            <w:vAlign w:val="center"/>
          </w:tcPr>
          <w:p>
            <w:pPr>
              <w:spacing w:after="0"/>
            </w:pPr>
            <w:r>
              <w:rPr>
                <w:b w:val="0"/>
              </w:rPr>
              <w:t>D3 08:20</w:t>
            </w:r>
          </w:p>
        </w:tc>
        <w:tc>
          <w:tcPr>
            <w:tcW w:type="dxa" w:w="3255"/>
            <w:shd w:fill="F2F2F2"/>
            <w:vAlign w:val="center"/>
          </w:tcPr>
          <w:p>
            <w:pPr>
              <w:spacing w:after="0"/>
            </w:pPr>
            <w:r>
              <w:rPr>
                <w:b w:val="0"/>
              </w:rPr>
              <w:t>EP008</w:t>
            </w:r>
          </w:p>
        </w:tc>
        <w:tc>
          <w:tcPr>
            <w:tcW w:type="dxa" w:w="2466"/>
            <w:shd w:fill="F2F2F2"/>
            <w:vAlign w:val="center"/>
          </w:tcPr>
          <w:p>
            <w:pPr>
              <w:spacing w:after="0"/>
            </w:pPr>
            <w:r>
              <w:rPr>
                <w:b w:val="0"/>
              </w:rPr>
              <w:t>签署控制权文件</w:t>
            </w:r>
          </w:p>
        </w:tc>
        <w:tc>
          <w:tcPr>
            <w:tcW w:type="dxa" w:w="2466"/>
            <w:shd w:fill="F2F2F2"/>
            <w:vAlign w:val="center"/>
          </w:tcPr>
          <w:p>
            <w:pPr>
              <w:spacing w:after="0"/>
            </w:pPr>
            <w:r>
              <w:rPr>
                <w:b w:val="0"/>
              </w:rPr>
              <w:t>工作室日景</w:t>
            </w:r>
          </w:p>
        </w:tc>
      </w:tr>
      <w:tr>
        <w:tc>
          <w:tcPr>
            <w:tcW w:type="dxa" w:w="1677"/>
            <w:vAlign w:val="center"/>
          </w:tcPr>
          <w:p>
            <w:pPr>
              <w:spacing w:after="0"/>
            </w:pPr>
            <w:r>
              <w:rPr>
                <w:b w:val="0"/>
              </w:rPr>
              <w:t>D3 14:40</w:t>
            </w:r>
          </w:p>
        </w:tc>
        <w:tc>
          <w:tcPr>
            <w:tcW w:type="dxa" w:w="3255"/>
            <w:vAlign w:val="center"/>
          </w:tcPr>
          <w:p>
            <w:pPr>
              <w:spacing w:after="0"/>
            </w:pPr>
            <w:r>
              <w:rPr>
                <w:b w:val="0"/>
              </w:rPr>
              <w:t>EP009</w:t>
            </w:r>
          </w:p>
        </w:tc>
        <w:tc>
          <w:tcPr>
            <w:tcW w:type="dxa" w:w="2466"/>
            <w:vAlign w:val="center"/>
          </w:tcPr>
          <w:p>
            <w:pPr>
              <w:spacing w:after="0"/>
            </w:pPr>
            <w:r>
              <w:rPr>
                <w:b w:val="0"/>
              </w:rPr>
              <w:t>找到旧仓与姐妹对峙</w:t>
            </w:r>
          </w:p>
        </w:tc>
        <w:tc>
          <w:tcPr>
            <w:tcW w:type="dxa" w:w="2466"/>
            <w:vAlign w:val="center"/>
          </w:tcPr>
          <w:p>
            <w:pPr>
              <w:spacing w:after="0"/>
            </w:pPr>
            <w:r>
              <w:rPr>
                <w:b w:val="0"/>
              </w:rPr>
              <w:t>姐妹在旧仓，顾承泽从服务区逼近</w:t>
            </w:r>
          </w:p>
        </w:tc>
      </w:tr>
      <w:tr>
        <w:tc>
          <w:tcPr>
            <w:tcW w:type="dxa" w:w="1677"/>
            <w:shd w:fill="F2F2F2"/>
            <w:vAlign w:val="center"/>
          </w:tcPr>
          <w:p>
            <w:pPr>
              <w:spacing w:after="0"/>
            </w:pPr>
            <w:r>
              <w:rPr>
                <w:b w:val="0"/>
              </w:rPr>
              <w:t>D3 21:10</w:t>
            </w:r>
          </w:p>
        </w:tc>
        <w:tc>
          <w:tcPr>
            <w:tcW w:type="dxa" w:w="3255"/>
            <w:shd w:fill="F2F2F2"/>
            <w:vAlign w:val="center"/>
          </w:tcPr>
          <w:p>
            <w:pPr>
              <w:spacing w:after="0"/>
            </w:pPr>
            <w:r>
              <w:rPr>
                <w:b w:val="0"/>
              </w:rPr>
              <w:t>EP010</w:t>
            </w:r>
          </w:p>
        </w:tc>
        <w:tc>
          <w:tcPr>
            <w:tcW w:type="dxa" w:w="2466"/>
            <w:shd w:fill="F2F2F2"/>
            <w:vAlign w:val="center"/>
          </w:tcPr>
          <w:p>
            <w:pPr>
              <w:spacing w:after="0"/>
            </w:pPr>
            <w:r>
              <w:rPr>
                <w:b w:val="0"/>
              </w:rPr>
              <w:t>反向设局、控制器被毁</w:t>
            </w:r>
          </w:p>
        </w:tc>
        <w:tc>
          <w:tcPr>
            <w:tcW w:type="dxa" w:w="2466"/>
            <w:shd w:fill="F2F2F2"/>
            <w:vAlign w:val="center"/>
          </w:tcPr>
          <w:p>
            <w:pPr>
              <w:spacing w:after="0"/>
            </w:pPr>
            <w:r>
              <w:rPr>
                <w:b w:val="0"/>
              </w:rPr>
              <w:t>姐妹/丈夫/陈默在样板屋，叶蓁在工作室保管材料</w:t>
            </w:r>
          </w:p>
        </w:tc>
      </w:tr>
      <w:tr>
        <w:tc>
          <w:tcPr>
            <w:tcW w:type="dxa" w:w="1677"/>
            <w:vAlign w:val="center"/>
          </w:tcPr>
          <w:p>
            <w:pPr>
              <w:spacing w:after="0"/>
            </w:pPr>
            <w:r>
              <w:rPr>
                <w:b w:val="0"/>
              </w:rPr>
              <w:t>D4 09:00</w:t>
            </w:r>
          </w:p>
        </w:tc>
        <w:tc>
          <w:tcPr>
            <w:tcW w:type="dxa" w:w="3255"/>
            <w:vAlign w:val="center"/>
          </w:tcPr>
          <w:p>
            <w:pPr>
              <w:spacing w:after="0"/>
            </w:pPr>
            <w:r>
              <w:rPr>
                <w:b w:val="0"/>
              </w:rPr>
              <w:t>EP011</w:t>
            </w:r>
          </w:p>
        </w:tc>
        <w:tc>
          <w:tcPr>
            <w:tcW w:type="dxa" w:w="2466"/>
            <w:vAlign w:val="center"/>
          </w:tcPr>
          <w:p>
            <w:pPr>
              <w:spacing w:after="0"/>
            </w:pPr>
            <w:r>
              <w:rPr>
                <w:b w:val="0"/>
              </w:rPr>
              <w:t>四条证据闭环</w:t>
            </w:r>
          </w:p>
        </w:tc>
        <w:tc>
          <w:tcPr>
            <w:tcW w:type="dxa" w:w="2466"/>
            <w:vAlign w:val="center"/>
          </w:tcPr>
          <w:p>
            <w:pPr>
              <w:spacing w:after="0"/>
            </w:pPr>
            <w:r>
              <w:rPr>
                <w:b w:val="0"/>
              </w:rPr>
              <w:t>全体集中样板屋完成重建</w:t>
            </w:r>
          </w:p>
        </w:tc>
      </w:tr>
      <w:tr>
        <w:tc>
          <w:tcPr>
            <w:tcW w:type="dxa" w:w="1677"/>
            <w:shd w:fill="F2F2F2"/>
            <w:vAlign w:val="center"/>
          </w:tcPr>
          <w:p>
            <w:pPr>
              <w:spacing w:after="0"/>
            </w:pPr>
            <w:r>
              <w:rPr>
                <w:b w:val="0"/>
              </w:rPr>
              <w:t>D4 18:00</w:t>
            </w:r>
          </w:p>
        </w:tc>
        <w:tc>
          <w:tcPr>
            <w:tcW w:type="dxa" w:w="3255"/>
            <w:shd w:fill="F2F2F2"/>
            <w:vAlign w:val="center"/>
          </w:tcPr>
          <w:p>
            <w:pPr>
              <w:spacing w:after="0"/>
            </w:pPr>
            <w:r>
              <w:rPr>
                <w:b w:val="0"/>
              </w:rPr>
              <w:t>EP012</w:t>
            </w:r>
          </w:p>
        </w:tc>
        <w:tc>
          <w:tcPr>
            <w:tcW w:type="dxa" w:w="2466"/>
            <w:shd w:fill="F2F2F2"/>
            <w:vAlign w:val="center"/>
          </w:tcPr>
          <w:p>
            <w:pPr>
              <w:spacing w:after="0"/>
            </w:pPr>
            <w:r>
              <w:rPr>
                <w:b w:val="0"/>
              </w:rPr>
              <w:t>审计、担责、权限归还</w:t>
            </w:r>
          </w:p>
        </w:tc>
        <w:tc>
          <w:tcPr>
            <w:tcW w:type="dxa" w:w="2466"/>
            <w:shd w:fill="F2F2F2"/>
            <w:vAlign w:val="center"/>
          </w:tcPr>
          <w:p>
            <w:pPr>
              <w:spacing w:after="0"/>
            </w:pPr>
            <w:r>
              <w:rPr>
                <w:b w:val="0"/>
              </w:rPr>
              <w:t>工作室与样板屋完成后果收束</w:t>
            </w:r>
          </w:p>
        </w:tc>
      </w:tr>
    </w:tbl>
    <w:p>
      <w:pPr>
        <w:spacing w:after="0"/>
      </w:pPr>
    </w:p>
    <w:p>
      <w:pPr>
        <w:pStyle w:val="Heading2"/>
      </w:pPr>
      <w:r>
        <w:t>证据闭环矩阵</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381"/>
        <w:gridCol w:w="2170"/>
        <w:gridCol w:w="2170"/>
        <w:gridCol w:w="2071"/>
        <w:gridCol w:w="2072"/>
      </w:tblGrid>
      <w:tr>
        <w:trPr>
          <w:tblHeader w:val="true"/>
        </w:trPr>
        <w:tc>
          <w:tcPr>
            <w:tcW w:type="dxa" w:w="1381"/>
            <w:shd w:fill="2E74B5"/>
            <w:vAlign w:val="center"/>
          </w:tcPr>
          <w:p>
            <w:pPr>
              <w:spacing w:after="0"/>
            </w:pPr>
            <w:r>
              <w:rPr>
                <w:b/>
                <w:color w:val="FFFFFF"/>
              </w:rPr>
              <w:t>终局问题</w:t>
            </w:r>
          </w:p>
        </w:tc>
        <w:tc>
          <w:tcPr>
            <w:tcW w:type="dxa" w:w="2170"/>
            <w:shd w:fill="2E74B5"/>
            <w:vAlign w:val="center"/>
          </w:tcPr>
          <w:p>
            <w:pPr>
              <w:spacing w:after="0"/>
            </w:pPr>
            <w:r>
              <w:rPr>
                <w:b/>
                <w:color w:val="FFFFFF"/>
              </w:rPr>
              <w:t>证据 1</w:t>
            </w:r>
          </w:p>
        </w:tc>
        <w:tc>
          <w:tcPr>
            <w:tcW w:type="dxa" w:w="2170"/>
            <w:shd w:fill="2E74B5"/>
            <w:vAlign w:val="center"/>
          </w:tcPr>
          <w:p>
            <w:pPr>
              <w:spacing w:after="0"/>
            </w:pPr>
            <w:r>
              <w:rPr>
                <w:b/>
                <w:color w:val="FFFFFF"/>
              </w:rPr>
              <w:t>证据 2</w:t>
            </w:r>
          </w:p>
        </w:tc>
        <w:tc>
          <w:tcPr>
            <w:tcW w:type="dxa" w:w="2071"/>
            <w:shd w:fill="2E74B5"/>
            <w:vAlign w:val="center"/>
          </w:tcPr>
          <w:p>
            <w:pPr>
              <w:spacing w:after="0"/>
            </w:pPr>
            <w:r>
              <w:rPr>
                <w:b/>
                <w:color w:val="FFFFFF"/>
              </w:rPr>
              <w:t>证据 3</w:t>
            </w:r>
          </w:p>
        </w:tc>
        <w:tc>
          <w:tcPr>
            <w:tcW w:type="dxa" w:w="2072"/>
            <w:shd w:fill="2E74B5"/>
            <w:vAlign w:val="center"/>
          </w:tcPr>
          <w:p>
            <w:pPr>
              <w:spacing w:after="0"/>
            </w:pPr>
            <w:r>
              <w:rPr>
                <w:b/>
                <w:color w:val="FFFFFF"/>
              </w:rPr>
              <w:t>人物解释</w:t>
            </w:r>
          </w:p>
        </w:tc>
      </w:tr>
      <w:tr>
        <w:tc>
          <w:tcPr>
            <w:tcW w:type="dxa" w:w="1381"/>
            <w:vAlign w:val="center"/>
          </w:tcPr>
          <w:p>
            <w:pPr>
              <w:spacing w:after="0"/>
            </w:pPr>
            <w:r>
              <w:rPr>
                <w:b w:val="0"/>
              </w:rPr>
              <w:t>沈念是否真实坠落</w:t>
            </w:r>
          </w:p>
        </w:tc>
        <w:tc>
          <w:tcPr>
            <w:tcW w:type="dxa" w:w="2170"/>
            <w:vAlign w:val="center"/>
          </w:tcPr>
          <w:p>
            <w:pPr>
              <w:spacing w:after="0"/>
            </w:pPr>
            <w:r>
              <w:rPr>
                <w:b w:val="0"/>
              </w:rPr>
              <w:t>露台下无对应结果</w:t>
            </w:r>
          </w:p>
        </w:tc>
        <w:tc>
          <w:tcPr>
            <w:tcW w:type="dxa" w:w="2170"/>
            <w:vAlign w:val="center"/>
          </w:tcPr>
          <w:p>
            <w:pPr>
              <w:spacing w:after="0"/>
            </w:pPr>
            <w:r>
              <w:rPr>
                <w:b w:val="0"/>
              </w:rPr>
              <w:t>服务门在事后开启</w:t>
            </w:r>
          </w:p>
        </w:tc>
        <w:tc>
          <w:tcPr>
            <w:tcW w:type="dxa" w:w="2071"/>
            <w:vAlign w:val="center"/>
          </w:tcPr>
          <w:p>
            <w:pPr>
              <w:spacing w:after="0"/>
            </w:pPr>
            <w:r>
              <w:rPr>
                <w:b w:val="0"/>
              </w:rPr>
              <w:t>停车区出现沈念</w:t>
            </w:r>
          </w:p>
        </w:tc>
        <w:tc>
          <w:tcPr>
            <w:tcW w:type="dxa" w:w="2072"/>
            <w:vAlign w:val="center"/>
          </w:tcPr>
          <w:p>
            <w:pPr>
              <w:spacing w:after="0"/>
            </w:pPr>
            <w:r>
              <w:rPr>
                <w:b w:val="0"/>
              </w:rPr>
              <w:t>沈念承认假失踪</w:t>
            </w:r>
          </w:p>
        </w:tc>
      </w:tr>
      <w:tr>
        <w:tc>
          <w:tcPr>
            <w:tcW w:type="dxa" w:w="1381"/>
            <w:shd w:fill="F2F2F2"/>
            <w:vAlign w:val="center"/>
          </w:tcPr>
          <w:p>
            <w:pPr>
              <w:spacing w:after="0"/>
            </w:pPr>
            <w:r>
              <w:rPr>
                <w:b w:val="0"/>
              </w:rPr>
              <w:t>监控是否完整可信</w:t>
            </w:r>
          </w:p>
        </w:tc>
        <w:tc>
          <w:tcPr>
            <w:tcW w:type="dxa" w:w="2170"/>
            <w:shd w:fill="F2F2F2"/>
            <w:vAlign w:val="center"/>
          </w:tcPr>
          <w:p>
            <w:pPr>
              <w:spacing w:after="0"/>
            </w:pPr>
            <w:r>
              <w:rPr>
                <w:b w:val="0"/>
              </w:rPr>
              <w:t>镜面出现第二机位</w:t>
            </w:r>
          </w:p>
        </w:tc>
        <w:tc>
          <w:tcPr>
            <w:tcW w:type="dxa" w:w="2170"/>
            <w:shd w:fill="F2F2F2"/>
            <w:vAlign w:val="center"/>
          </w:tcPr>
          <w:p>
            <w:pPr>
              <w:spacing w:after="0"/>
            </w:pPr>
            <w:r>
              <w:rPr>
                <w:b w:val="0"/>
              </w:rPr>
              <w:t>陈默承认云端清理</w:t>
            </w:r>
          </w:p>
        </w:tc>
        <w:tc>
          <w:tcPr>
            <w:tcW w:type="dxa" w:w="2071"/>
            <w:shd w:fill="F2F2F2"/>
            <w:vAlign w:val="center"/>
          </w:tcPr>
          <w:p>
            <w:pPr>
              <w:spacing w:after="0"/>
            </w:pPr>
            <w:r>
              <w:rPr>
                <w:b w:val="0"/>
              </w:rPr>
              <w:t>第二视角连接服务区</w:t>
            </w:r>
          </w:p>
        </w:tc>
        <w:tc>
          <w:tcPr>
            <w:tcW w:type="dxa" w:w="2072"/>
            <w:shd w:fill="F2F2F2"/>
            <w:vAlign w:val="center"/>
          </w:tcPr>
          <w:p>
            <w:pPr>
              <w:spacing w:after="0"/>
            </w:pPr>
            <w:r>
              <w:rPr>
                <w:b w:val="0"/>
              </w:rPr>
              <w:t>顾承泽提前知道机位范围</w:t>
            </w:r>
          </w:p>
        </w:tc>
      </w:tr>
      <w:tr>
        <w:tc>
          <w:tcPr>
            <w:tcW w:type="dxa" w:w="1381"/>
            <w:vAlign w:val="center"/>
          </w:tcPr>
          <w:p>
            <w:pPr>
              <w:spacing w:after="0"/>
            </w:pPr>
            <w:r>
              <w:rPr>
                <w:b w:val="0"/>
              </w:rPr>
              <w:t>沈念为何参与</w:t>
            </w:r>
          </w:p>
        </w:tc>
        <w:tc>
          <w:tcPr>
            <w:tcW w:type="dxa" w:w="2170"/>
            <w:vAlign w:val="center"/>
          </w:tcPr>
          <w:p>
            <w:pPr>
              <w:spacing w:after="0"/>
            </w:pPr>
            <w:r>
              <w:rPr>
                <w:b w:val="0"/>
              </w:rPr>
              <w:t>债务协议</w:t>
            </w:r>
          </w:p>
        </w:tc>
        <w:tc>
          <w:tcPr>
            <w:tcW w:type="dxa" w:w="2170"/>
            <w:vAlign w:val="center"/>
          </w:tcPr>
          <w:p>
            <w:pPr>
              <w:spacing w:after="0"/>
            </w:pPr>
            <w:r>
              <w:rPr>
                <w:b w:val="0"/>
              </w:rPr>
              <w:t>顾承泽代偿记录</w:t>
            </w:r>
          </w:p>
        </w:tc>
        <w:tc>
          <w:tcPr>
            <w:tcW w:type="dxa" w:w="2071"/>
            <w:vAlign w:val="center"/>
          </w:tcPr>
          <w:p>
            <w:pPr>
              <w:spacing w:after="0"/>
            </w:pPr>
            <w:r>
              <w:rPr>
                <w:b w:val="0"/>
              </w:rPr>
              <w:t>24 小时约定</w:t>
            </w:r>
          </w:p>
        </w:tc>
        <w:tc>
          <w:tcPr>
            <w:tcW w:type="dxa" w:w="2072"/>
            <w:vAlign w:val="center"/>
          </w:tcPr>
          <w:p>
            <w:pPr>
              <w:spacing w:after="0"/>
            </w:pPr>
            <w:r>
              <w:rPr>
                <w:b w:val="0"/>
              </w:rPr>
              <w:t>沈念承认想摆脱姐姐控制</w:t>
            </w:r>
          </w:p>
        </w:tc>
      </w:tr>
      <w:tr>
        <w:tc>
          <w:tcPr>
            <w:tcW w:type="dxa" w:w="1381"/>
            <w:shd w:fill="F2F2F2"/>
            <w:vAlign w:val="center"/>
          </w:tcPr>
          <w:p>
            <w:pPr>
              <w:spacing w:after="0"/>
            </w:pPr>
            <w:r>
              <w:rPr>
                <w:b w:val="0"/>
              </w:rPr>
              <w:t>顾承泽为何升级</w:t>
            </w:r>
          </w:p>
        </w:tc>
        <w:tc>
          <w:tcPr>
            <w:tcW w:type="dxa" w:w="2170"/>
            <w:shd w:fill="F2F2F2"/>
            <w:vAlign w:val="center"/>
          </w:tcPr>
          <w:p>
            <w:pPr>
              <w:spacing w:after="0"/>
            </w:pPr>
            <w:r>
              <w:rPr>
                <w:b w:val="0"/>
              </w:rPr>
              <w:t>项目款缺口</w:t>
            </w:r>
          </w:p>
        </w:tc>
        <w:tc>
          <w:tcPr>
            <w:tcW w:type="dxa" w:w="2170"/>
            <w:shd w:fill="F2F2F2"/>
            <w:vAlign w:val="center"/>
          </w:tcPr>
          <w:p>
            <w:pPr>
              <w:spacing w:after="0"/>
            </w:pPr>
            <w:r>
              <w:rPr>
                <w:b w:val="0"/>
              </w:rPr>
              <w:t>控制权转让</w:t>
            </w:r>
          </w:p>
        </w:tc>
        <w:tc>
          <w:tcPr>
            <w:tcW w:type="dxa" w:w="2071"/>
            <w:shd w:fill="F2F2F2"/>
            <w:vAlign w:val="center"/>
          </w:tcPr>
          <w:p>
            <w:pPr>
              <w:spacing w:after="0"/>
            </w:pPr>
            <w:r>
              <w:rPr>
                <w:b w:val="0"/>
              </w:rPr>
              <w:t>签字后仍清场</w:t>
            </w:r>
          </w:p>
        </w:tc>
        <w:tc>
          <w:tcPr>
            <w:tcW w:type="dxa" w:w="2072"/>
            <w:shd w:fill="F2F2F2"/>
            <w:vAlign w:val="center"/>
          </w:tcPr>
          <w:p>
            <w:pPr>
              <w:spacing w:after="0"/>
            </w:pPr>
            <w:r>
              <w:rPr>
                <w:b w:val="0"/>
              </w:rPr>
              <w:t>沈念说明计划被单方改变</w:t>
            </w:r>
          </w:p>
        </w:tc>
      </w:tr>
      <w:tr>
        <w:tc>
          <w:tcPr>
            <w:tcW w:type="dxa" w:w="1381"/>
            <w:vAlign w:val="center"/>
          </w:tcPr>
          <w:p>
            <w:pPr>
              <w:spacing w:after="0"/>
            </w:pPr>
            <w:r>
              <w:rPr>
                <w:b w:val="0"/>
              </w:rPr>
              <w:t>控制器被毁后证据是否仍成立</w:t>
            </w:r>
          </w:p>
        </w:tc>
        <w:tc>
          <w:tcPr>
            <w:tcW w:type="dxa" w:w="2170"/>
            <w:vAlign w:val="center"/>
          </w:tcPr>
          <w:p>
            <w:pPr>
              <w:spacing w:after="0"/>
            </w:pPr>
            <w:r>
              <w:rPr>
                <w:b w:val="0"/>
              </w:rPr>
              <w:t>EP003 日志导出件</w:t>
            </w:r>
          </w:p>
        </w:tc>
        <w:tc>
          <w:tcPr>
            <w:tcW w:type="dxa" w:w="2170"/>
            <w:vAlign w:val="center"/>
          </w:tcPr>
          <w:p>
            <w:pPr>
              <w:spacing w:after="0"/>
            </w:pPr>
            <w:r>
              <w:rPr>
                <w:b w:val="0"/>
              </w:rPr>
              <w:t>陈默见证与校验记录</w:t>
            </w:r>
          </w:p>
        </w:tc>
        <w:tc>
          <w:tcPr>
            <w:tcW w:type="dxa" w:w="2071"/>
            <w:vAlign w:val="center"/>
          </w:tcPr>
          <w:p>
            <w:pPr>
              <w:spacing w:after="0"/>
            </w:pPr>
            <w:r>
              <w:rPr>
                <w:b w:val="0"/>
              </w:rPr>
              <w:t>资金与现场独立互证</w:t>
            </w:r>
          </w:p>
        </w:tc>
        <w:tc>
          <w:tcPr>
            <w:tcW w:type="dxa" w:w="2072"/>
            <w:vAlign w:val="center"/>
          </w:tcPr>
          <w:p>
            <w:pPr>
              <w:spacing w:after="0"/>
            </w:pPr>
            <w:r>
              <w:rPr>
                <w:b w:val="0"/>
              </w:rPr>
              <w:t>姐妹证词不承担唯一证明功能</w:t>
            </w:r>
          </w:p>
        </w:tc>
      </w:tr>
    </w:tbl>
    <w:p>
      <w:pPr>
        <w:spacing w:after="0"/>
      </w:pPr>
    </w:p>
    <w:p>
      <w:pPr>
        <w:pStyle w:val="Heading2"/>
      </w:pPr>
      <w:r>
        <w:t>删除测试</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3452"/>
        <w:gridCol w:w="6412"/>
      </w:tblGrid>
      <w:tr>
        <w:trPr>
          <w:tblHeader w:val="true"/>
        </w:trPr>
        <w:tc>
          <w:tcPr>
            <w:tcW w:type="dxa" w:w="3452"/>
            <w:shd w:fill="2E74B5"/>
            <w:vAlign w:val="center"/>
          </w:tcPr>
          <w:p>
            <w:pPr>
              <w:spacing w:after="0"/>
            </w:pPr>
            <w:r>
              <w:rPr>
                <w:b/>
                <w:color w:val="FFFFFF"/>
              </w:rPr>
              <w:t>集数</w:t>
            </w:r>
          </w:p>
        </w:tc>
        <w:tc>
          <w:tcPr>
            <w:tcW w:type="dxa" w:w="6412"/>
            <w:shd w:fill="2E74B5"/>
            <w:vAlign w:val="center"/>
          </w:tcPr>
          <w:p>
            <w:pPr>
              <w:spacing w:after="0"/>
            </w:pPr>
            <w:r>
              <w:rPr>
                <w:b/>
                <w:color w:val="FFFFFF"/>
              </w:rPr>
              <w:t>删除后必然断裂的内容</w:t>
            </w:r>
          </w:p>
        </w:tc>
      </w:tr>
      <w:tr>
        <w:tc>
          <w:tcPr>
            <w:tcW w:type="dxa" w:w="3452"/>
            <w:vAlign w:val="center"/>
          </w:tcPr>
          <w:p>
            <w:pPr>
              <w:spacing w:after="0"/>
            </w:pPr>
            <w:r>
              <w:rPr>
                <w:b w:val="0"/>
              </w:rPr>
              <w:t>EP001</w:t>
            </w:r>
          </w:p>
        </w:tc>
        <w:tc>
          <w:tcPr>
            <w:tcW w:type="dxa" w:w="6412"/>
            <w:vAlign w:val="center"/>
          </w:tcPr>
          <w:p>
            <w:pPr>
              <w:spacing w:after="0"/>
            </w:pPr>
            <w:r>
              <w:rPr>
                <w:b w:val="0"/>
              </w:rPr>
              <w:t>没有可回看的坠落假象、血迹与无尸体异常，后续谜面失去起点</w:t>
            </w:r>
          </w:p>
        </w:tc>
      </w:tr>
      <w:tr>
        <w:tc>
          <w:tcPr>
            <w:tcW w:type="dxa" w:w="3452"/>
            <w:shd w:fill="F2F2F2"/>
            <w:vAlign w:val="center"/>
          </w:tcPr>
          <w:p>
            <w:pPr>
              <w:spacing w:after="0"/>
            </w:pPr>
            <w:r>
              <w:rPr>
                <w:b w:val="0"/>
              </w:rPr>
              <w:t>EP002</w:t>
            </w:r>
          </w:p>
        </w:tc>
        <w:tc>
          <w:tcPr>
            <w:tcW w:type="dxa" w:w="6412"/>
            <w:shd w:fill="F2F2F2"/>
            <w:vAlign w:val="center"/>
          </w:tcPr>
          <w:p>
            <w:pPr>
              <w:spacing w:after="0"/>
            </w:pPr>
            <w:r>
              <w:rPr>
                <w:b w:val="0"/>
              </w:rPr>
              <w:t>第二机位与女主失去工作室权限不成立，监控完整性无前置挑战</w:t>
            </w:r>
          </w:p>
        </w:tc>
      </w:tr>
      <w:tr>
        <w:tc>
          <w:tcPr>
            <w:tcW w:type="dxa" w:w="3452"/>
            <w:vAlign w:val="center"/>
          </w:tcPr>
          <w:p>
            <w:pPr>
              <w:spacing w:after="0"/>
            </w:pPr>
            <w:r>
              <w:rPr>
                <w:b w:val="0"/>
              </w:rPr>
              <w:t>EP003</w:t>
            </w:r>
          </w:p>
        </w:tc>
        <w:tc>
          <w:tcPr>
            <w:tcW w:type="dxa" w:w="6412"/>
            <w:vAlign w:val="center"/>
          </w:tcPr>
          <w:p>
            <w:pPr>
              <w:spacing w:after="0"/>
            </w:pPr>
            <w:r>
              <w:rPr>
                <w:b w:val="0"/>
              </w:rPr>
              <w:t>服务门时间和日志保存方式缺失，EP010控制器被毁将变成临时规则</w:t>
            </w:r>
          </w:p>
        </w:tc>
      </w:tr>
      <w:tr>
        <w:tc>
          <w:tcPr>
            <w:tcW w:type="dxa" w:w="3452"/>
            <w:shd w:fill="F2F2F2"/>
            <w:vAlign w:val="center"/>
          </w:tcPr>
          <w:p>
            <w:pPr>
              <w:spacing w:after="0"/>
            </w:pPr>
            <w:r>
              <w:rPr>
                <w:b w:val="0"/>
              </w:rPr>
              <w:t>EP004</w:t>
            </w:r>
          </w:p>
        </w:tc>
        <w:tc>
          <w:tcPr>
            <w:tcW w:type="dxa" w:w="6412"/>
            <w:shd w:fill="F2F2F2"/>
            <w:vAlign w:val="center"/>
          </w:tcPr>
          <w:p>
            <w:pPr>
              <w:spacing w:after="0"/>
            </w:pPr>
            <w:r>
              <w:rPr>
                <w:b w:val="0"/>
              </w:rPr>
              <w:t>女主主动能力没有第一次可见兑现，叶蓁与顾承泽的信息权限无法区分</w:t>
            </w:r>
          </w:p>
        </w:tc>
      </w:tr>
      <w:tr>
        <w:tc>
          <w:tcPr>
            <w:tcW w:type="dxa" w:w="3452"/>
            <w:vAlign w:val="center"/>
          </w:tcPr>
          <w:p>
            <w:pPr>
              <w:spacing w:after="0"/>
            </w:pPr>
            <w:r>
              <w:rPr>
                <w:b w:val="0"/>
              </w:rPr>
              <w:t>EP005</w:t>
            </w:r>
          </w:p>
        </w:tc>
        <w:tc>
          <w:tcPr>
            <w:tcW w:type="dxa" w:w="6412"/>
            <w:vAlign w:val="center"/>
          </w:tcPr>
          <w:p>
            <w:pPr>
              <w:spacing w:after="0"/>
            </w:pPr>
            <w:r>
              <w:rPr>
                <w:b w:val="0"/>
              </w:rPr>
              <w:t>叶蓁红鲱鱼不回收，债务与项目款无法连接</w:t>
            </w:r>
          </w:p>
        </w:tc>
      </w:tr>
      <w:tr>
        <w:tc>
          <w:tcPr>
            <w:tcW w:type="dxa" w:w="3452"/>
            <w:shd w:fill="F2F2F2"/>
            <w:vAlign w:val="center"/>
          </w:tcPr>
          <w:p>
            <w:pPr>
              <w:spacing w:after="0"/>
            </w:pPr>
            <w:r>
              <w:rPr>
                <w:b w:val="0"/>
              </w:rPr>
              <w:t>EP006</w:t>
            </w:r>
          </w:p>
        </w:tc>
        <w:tc>
          <w:tcPr>
            <w:tcW w:type="dxa" w:w="6412"/>
            <w:shd w:fill="F2F2F2"/>
            <w:vAlign w:val="center"/>
          </w:tcPr>
          <w:p>
            <w:pPr>
              <w:spacing w:after="0"/>
            </w:pPr>
            <w:r>
              <w:rPr>
                <w:b w:val="0"/>
              </w:rPr>
              <w:t>妹妹共谋的中段改写消失，后半季仍停留在找受害者</w:t>
            </w:r>
          </w:p>
        </w:tc>
      </w:tr>
      <w:tr>
        <w:tc>
          <w:tcPr>
            <w:tcW w:type="dxa" w:w="3452"/>
            <w:vAlign w:val="center"/>
          </w:tcPr>
          <w:p>
            <w:pPr>
              <w:spacing w:after="0"/>
            </w:pPr>
            <w:r>
              <w:rPr>
                <w:b w:val="0"/>
              </w:rPr>
              <w:t>EP007</w:t>
            </w:r>
          </w:p>
        </w:tc>
        <w:tc>
          <w:tcPr>
            <w:tcW w:type="dxa" w:w="6412"/>
            <w:vAlign w:val="center"/>
          </w:tcPr>
          <w:p>
            <w:pPr>
              <w:spacing w:after="0"/>
            </w:pPr>
            <w:r>
              <w:rPr>
                <w:b w:val="0"/>
              </w:rPr>
              <w:t>24小时原计划与“别相信他”缺失，无法证明顾承泽单方面升级</w:t>
            </w:r>
          </w:p>
        </w:tc>
      </w:tr>
      <w:tr>
        <w:tc>
          <w:tcPr>
            <w:tcW w:type="dxa" w:w="3452"/>
            <w:shd w:fill="F2F2F2"/>
            <w:vAlign w:val="center"/>
          </w:tcPr>
          <w:p>
            <w:pPr>
              <w:spacing w:after="0"/>
            </w:pPr>
            <w:r>
              <w:rPr>
                <w:b w:val="0"/>
              </w:rPr>
              <w:t>EP008</w:t>
            </w:r>
          </w:p>
        </w:tc>
        <w:tc>
          <w:tcPr>
            <w:tcW w:type="dxa" w:w="6412"/>
            <w:shd w:fill="F2F2F2"/>
            <w:vAlign w:val="center"/>
          </w:tcPr>
          <w:p>
            <w:pPr>
              <w:spacing w:after="0"/>
            </w:pPr>
            <w:r>
              <w:rPr>
                <w:b w:val="0"/>
              </w:rPr>
              <w:t>女主没有支付事业代价，顾承泽的清场目标也无法暴露</w:t>
            </w:r>
          </w:p>
        </w:tc>
      </w:tr>
      <w:tr>
        <w:tc>
          <w:tcPr>
            <w:tcW w:type="dxa" w:w="3452"/>
            <w:vAlign w:val="center"/>
          </w:tcPr>
          <w:p>
            <w:pPr>
              <w:spacing w:after="0"/>
            </w:pPr>
            <w:r>
              <w:rPr>
                <w:b w:val="0"/>
              </w:rPr>
              <w:t>EP009</w:t>
            </w:r>
          </w:p>
        </w:tc>
        <w:tc>
          <w:tcPr>
            <w:tcW w:type="dxa" w:w="6412"/>
            <w:vAlign w:val="center"/>
          </w:tcPr>
          <w:p>
            <w:pPr>
              <w:spacing w:after="0"/>
            </w:pPr>
            <w:r>
              <w:rPr>
                <w:b w:val="0"/>
              </w:rPr>
              <w:t>姐妹关系缺口未正面解决，联盟会变成无条件和解</w:t>
            </w:r>
          </w:p>
        </w:tc>
      </w:tr>
      <w:tr>
        <w:tc>
          <w:tcPr>
            <w:tcW w:type="dxa" w:w="3452"/>
            <w:shd w:fill="F2F2F2"/>
            <w:vAlign w:val="center"/>
          </w:tcPr>
          <w:p>
            <w:pPr>
              <w:spacing w:after="0"/>
            </w:pPr>
            <w:r>
              <w:rPr>
                <w:b w:val="0"/>
              </w:rPr>
              <w:t>EP010</w:t>
            </w:r>
          </w:p>
        </w:tc>
        <w:tc>
          <w:tcPr>
            <w:tcW w:type="dxa" w:w="6412"/>
            <w:shd w:fill="F2F2F2"/>
            <w:vAlign w:val="center"/>
          </w:tcPr>
          <w:p>
            <w:pPr>
              <w:spacing w:after="0"/>
            </w:pPr>
            <w:r>
              <w:rPr>
                <w:b w:val="0"/>
              </w:rPr>
              <w:t>顾承泽没有根据自身目标升级并留下灭证行为，终局会依赖他突然变笨</w:t>
            </w:r>
          </w:p>
        </w:tc>
      </w:tr>
      <w:tr>
        <w:tc>
          <w:tcPr>
            <w:tcW w:type="dxa" w:w="3452"/>
            <w:vAlign w:val="center"/>
          </w:tcPr>
          <w:p>
            <w:pPr>
              <w:spacing w:after="0"/>
            </w:pPr>
            <w:r>
              <w:rPr>
                <w:b w:val="0"/>
              </w:rPr>
              <w:t>EP011</w:t>
            </w:r>
          </w:p>
        </w:tc>
        <w:tc>
          <w:tcPr>
            <w:tcW w:type="dxa" w:w="6412"/>
            <w:vAlign w:val="center"/>
          </w:tcPr>
          <w:p>
            <w:pPr>
              <w:spacing w:after="0"/>
            </w:pPr>
            <w:r>
              <w:rPr>
                <w:b w:val="0"/>
              </w:rPr>
              <w:t>四类证据无法形成闭环，只有零散揭示没有主要清算</w:t>
            </w:r>
          </w:p>
        </w:tc>
      </w:tr>
      <w:tr>
        <w:tc>
          <w:tcPr>
            <w:tcW w:type="dxa" w:w="3452"/>
            <w:shd w:fill="F2F2F2"/>
            <w:vAlign w:val="center"/>
          </w:tcPr>
          <w:p>
            <w:pPr>
              <w:spacing w:after="0"/>
            </w:pPr>
            <w:r>
              <w:rPr>
                <w:b w:val="0"/>
              </w:rPr>
              <w:t>EP012</w:t>
            </w:r>
          </w:p>
        </w:tc>
        <w:tc>
          <w:tcPr>
            <w:tcW w:type="dxa" w:w="6412"/>
            <w:shd w:fill="F2F2F2"/>
            <w:vAlign w:val="center"/>
          </w:tcPr>
          <w:p>
            <w:pPr>
              <w:spacing w:after="0"/>
            </w:pPr>
            <w:r>
              <w:rPr>
                <w:b w:val="0"/>
              </w:rPr>
              <w:t>共谋责任、审计与权限归还缺失，胜利退化为简单打脸</w:t>
            </w:r>
          </w:p>
        </w:tc>
      </w:tr>
    </w:tbl>
    <w:p>
      <w:pPr>
        <w:spacing w:after="0"/>
      </w:pPr>
    </w:p>
    <w:p>
      <w:pPr>
        <w:pStyle w:val="Heading2"/>
      </w:pPr>
      <w:r>
        <w:t>分集表质量门</w:t>
      </w:r>
    </w:p>
    <w:p>
      <w:pPr>
        <w:numPr>
          <w:ilvl w:val="0"/>
          <w:numId w:val="70"/>
        </w:numPr>
      </w:pPr>
      <w:r>
        <w:t>决定性人物、道具与规则均在 EP007 前出现。</w:t>
      </w:r>
    </w:p>
    <w:p>
      <w:pPr>
        <w:numPr>
          <w:ilvl w:val="0"/>
          <w:numId w:val="70"/>
        </w:numPr>
      </w:pPr>
      <w:r>
        <w:t>EP006 改写案件模型，EP011 不新增核心规则。</w:t>
      </w:r>
    </w:p>
    <w:p>
      <w:pPr>
        <w:numPr>
          <w:ilvl w:val="0"/>
          <w:numId w:val="70"/>
        </w:numPr>
      </w:pPr>
      <w:r>
        <w:t>每集都有目标、即时阻力、主动选择、信息变化、情绪转折和集尾推进。</w:t>
      </w:r>
    </w:p>
    <w:p>
      <w:pPr>
        <w:numPr>
          <w:ilvl w:val="0"/>
          <w:numId w:val="70"/>
        </w:numPr>
      </w:pPr>
      <w:r>
        <w:t>上一集钩子在下一集开场或前半段得到推进，不撤销、不忽略。</w:t>
      </w:r>
    </w:p>
    <w:p>
      <w:pPr>
        <w:numPr>
          <w:ilvl w:val="0"/>
          <w:numId w:val="70"/>
        </w:numPr>
      </w:pPr>
      <w:r>
        <w:t>所有红鲱鱼对应真实副秘密或责任，不纯粹欺骗观众。</w:t>
      </w:r>
    </w:p>
    <w:p>
      <w:pPr>
        <w:numPr>
          <w:ilvl w:val="0"/>
          <w:numId w:val="70"/>
        </w:numPr>
      </w:pPr>
      <w:r>
        <w:t>69 小时时间线无同一人物同一时点位于两处的冲突。</w:t>
      </w:r>
    </w:p>
    <w:p>
      <w:pPr>
        <w:numPr>
          <w:ilvl w:val="0"/>
          <w:numId w:val="70"/>
        </w:numPr>
      </w:pPr>
      <w:r>
        <w:t>高成本动作均有声音、局部细节和演员反应替代，不破坏证据功能。</w:t>
      </w:r>
    </w:p>
    <w:p>
      <w:pPr>
        <w:pStyle w:val="DramaMeta"/>
      </w:pPr>
      <w:r>
        <w:t>来源文件：episode-grid.md</w:t>
      </w:r>
    </w:p>
    <w:p>
      <w:r>
        <w:br w:type="page"/>
      </w:r>
    </w:p>
    <w:p>
      <w:pPr>
        <w:pStyle w:val="Subtitle"/>
      </w:pPr>
      <w:r>
        <w:t>PRODUCTION MEMO / SHOOTING DRAFT</w:t>
      </w:r>
    </w:p>
    <w:p>
      <w:pPr>
        <w:pStyle w:val="Heading1"/>
        <w:spacing w:before="40"/>
      </w:pPr>
      <w:r>
        <w:t>《全家都说我推了妹妹》 · EP001</w:t>
      </w:r>
    </w:p>
    <w:p>
      <w:pPr>
        <w:spacing w:after="240"/>
      </w:pPr>
      <w:r>
        <w:rPr>
          <w:rFonts w:ascii="Microsoft YaHei" w:hAnsi="Microsoft YaHei" w:eastAsia="Microsoft YaHei"/>
          <w:b/>
          <w:color w:val="1F2937"/>
          <w:sz w:val="28"/>
        </w:rPr>
        <w:t>露台下没有人</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71"/>
        </w:numPr>
      </w:pPr>
      <w:r>
        <w:t>修订号：1.0.0</w:t>
      </w:r>
    </w:p>
    <w:p>
      <w:pPr>
        <w:numPr>
          <w:ilvl w:val="0"/>
          <w:numId w:val="71"/>
        </w:numPr>
      </w:pPr>
      <w:r>
        <w:t>状态：locked</w:t>
      </w:r>
    </w:p>
    <w:p>
      <w:pPr>
        <w:numPr>
          <w:ilvl w:val="0"/>
          <w:numId w:val="71"/>
        </w:numPr>
      </w:pPr>
      <w:r>
        <w:t>目标时长：240 秒</w:t>
      </w:r>
    </w:p>
    <w:p>
      <w:pPr>
        <w:numPr>
          <w:ilvl w:val="0"/>
          <w:numId w:val="71"/>
        </w:numPr>
      </w:pPr>
      <w:r>
        <w:t>本集目标：沈知微必须在断电与妹妹失踪的混乱中确认现场事实，阻止家人用她的“失控”替代调查。</w:t>
      </w:r>
    </w:p>
    <w:p>
      <w:pPr>
        <w:pStyle w:val="Heading2"/>
      </w:pPr>
      <w:r>
        <w:t>场 1</w:t>
      </w:r>
    </w:p>
    <w:p>
      <w:pPr>
        <w:numPr>
          <w:ilvl w:val="0"/>
          <w:numId w:val="72"/>
        </w:numPr>
      </w:pPr>
      <w:r>
        <w:t>内/外景：内景</w:t>
      </w:r>
    </w:p>
    <w:p>
      <w:pPr>
        <w:numPr>
          <w:ilvl w:val="0"/>
          <w:numId w:val="72"/>
        </w:numPr>
      </w:pPr>
      <w:r>
        <w:t>地点：云栖样板屋·客餐厅与露台门前</w:t>
      </w:r>
    </w:p>
    <w:p>
      <w:pPr>
        <w:numPr>
          <w:ilvl w:val="0"/>
          <w:numId w:val="72"/>
        </w:numPr>
      </w:pPr>
      <w:r>
        <w:t>时间：D1 21:05，夜</w:t>
      </w:r>
    </w:p>
    <w:p>
      <w:pPr>
        <w:numPr>
          <w:ilvl w:val="0"/>
          <w:numId w:val="72"/>
        </w:numPr>
      </w:pPr>
      <w:r>
        <w:t>出场人物：沈知微、顾承泽、沈念、叶蓁、陈默、林曼华</w:t>
      </w:r>
    </w:p>
    <w:p>
      <w:pPr>
        <w:numPr>
          <w:ilvl w:val="0"/>
          <w:numId w:val="72"/>
        </w:numPr>
      </w:pPr>
      <w:r>
        <w:t>关键道具：手机、镜面装饰、移位矮凳</w:t>
      </w:r>
    </w:p>
    <w:p>
      <w:pPr>
        <w:pStyle w:val="Heading3"/>
      </w:pPr>
      <w:r>
        <w:t>动作</w:t>
      </w:r>
    </w:p>
    <w:p>
      <w:r>
        <w:t>沈念一把挡开沈知微替她整理裙摆的手。沈知微看见她脚后压着灯线，伸手去拉；顾承泽顺势挡在两姐妹之间。</w:t>
      </w:r>
    </w:p>
    <w:p>
      <w:r>
        <w:t>顶灯骤灭。黑暗里先是矮凳擦地，随后一声尖叫，玻璃门重重回弹。</w:t>
      </w:r>
    </w:p>
    <w:p>
      <w:pPr>
        <w:pStyle w:val="Heading3"/>
      </w:pPr>
      <w:r>
        <w:t>对白</w:t>
      </w:r>
    </w:p>
    <w:p>
      <w:r>
        <w:t>沈念：你停我账号还不够，现在连我站哪儿都要管？</w:t>
      </w:r>
    </w:p>
    <w:p>
      <w:r>
        <w:t>沈知微：你脚后有线，先过来。</w:t>
      </w:r>
    </w:p>
    <w:p>
      <w:r>
        <w:t>顾承泽：今天别再替她做决定——</w:t>
      </w:r>
    </w:p>
    <w:p>
      <w:r>
        <w:t>沈念（黑暗中）：姐！</w:t>
      </w:r>
    </w:p>
    <w:p>
      <w:pPr>
        <w:pStyle w:val="Heading3"/>
      </w:pPr>
      <w:r>
        <w:t>声音与字幕</w:t>
      </w:r>
    </w:p>
    <w:p>
      <w:r>
        <w:t>断电提示音、手机落地声、矮凳滑动声和尖叫重叠。画面保持全黑，不呈现坠落。</w:t>
      </w:r>
    </w:p>
    <w:p>
      <w:pPr>
        <w:pStyle w:val="Heading3"/>
      </w:pPr>
      <w:r>
        <w:t>信息变化</w:t>
      </w:r>
    </w:p>
    <w:p>
      <w:r>
        <w:t>家庭旧矛盾在断电前公开，沈知微成为最后一个伸手靠近沈念的人。</w:t>
      </w:r>
    </w:p>
    <w:p>
      <w:pPr>
        <w:pStyle w:val="Heading2"/>
      </w:pPr>
      <w:r>
        <w:t>场 2</w:t>
      </w:r>
    </w:p>
    <w:p>
      <w:pPr>
        <w:numPr>
          <w:ilvl w:val="0"/>
          <w:numId w:val="73"/>
        </w:numPr>
      </w:pPr>
      <w:r>
        <w:t>内/外景：内景</w:t>
      </w:r>
    </w:p>
    <w:p>
      <w:pPr>
        <w:numPr>
          <w:ilvl w:val="0"/>
          <w:numId w:val="73"/>
        </w:numPr>
      </w:pPr>
      <w:r>
        <w:t>地点：云栖样板屋·露台门前</w:t>
      </w:r>
    </w:p>
    <w:p>
      <w:pPr>
        <w:numPr>
          <w:ilvl w:val="0"/>
          <w:numId w:val="73"/>
        </w:numPr>
      </w:pPr>
      <w:r>
        <w:t>时间：D1 21:06，夜</w:t>
      </w:r>
    </w:p>
    <w:p>
      <w:pPr>
        <w:numPr>
          <w:ilvl w:val="0"/>
          <w:numId w:val="73"/>
        </w:numPr>
      </w:pPr>
      <w:r>
        <w:t>出场人物：沈知微、顾承泽、叶蓁、陈默、林曼华</w:t>
      </w:r>
    </w:p>
    <w:p>
      <w:pPr>
        <w:numPr>
          <w:ilvl w:val="0"/>
          <w:numId w:val="73"/>
        </w:numPr>
      </w:pPr>
      <w:r>
        <w:t>关键道具：露台血迹、单只鞋、移位矮凳、本地控制器</w:t>
      </w:r>
    </w:p>
    <w:p>
      <w:pPr>
        <w:pStyle w:val="Heading3"/>
      </w:pPr>
      <w:r>
        <w:t>动作</w:t>
      </w:r>
    </w:p>
    <w:p>
      <w:r>
        <w:t>应急灯亮。沈知微被横在通道上的矮凳绊倒，右手按进一小片血迹。露台门开着，栏杆内侧留着半枚血手印，地上只有沈念的一只鞋。</w:t>
      </w:r>
    </w:p>
    <w:p>
      <w:r>
        <w:t>顾承泽先抓住她沾血的手，再把她抱住。沈知微没有回抱，只逐个数屋里的人。</w:t>
      </w:r>
    </w:p>
    <w:p>
      <w:pPr>
        <w:pStyle w:val="Heading3"/>
      </w:pPr>
      <w:r>
        <w:t>对白</w:t>
      </w:r>
    </w:p>
    <w:p>
      <w:r>
        <w:t>顾承泽：知微，看着我。你又断片了吗？</w:t>
      </w:r>
    </w:p>
    <w:p>
      <w:r>
        <w:t>沈知微：先数人。</w:t>
      </w:r>
    </w:p>
    <w:p>
      <w:r>
        <w:t>陈默：沈念不在。</w:t>
      </w:r>
    </w:p>
    <w:p>
      <w:r>
        <w:t>林曼华：她刚才喊的是你！</w:t>
      </w:r>
    </w:p>
    <w:p>
      <w:r>
        <w:t>沈知微：谁都别碰门、栏杆和地面。</w:t>
      </w:r>
    </w:p>
    <w:p>
      <w:pPr>
        <w:pStyle w:val="Heading3"/>
      </w:pPr>
      <w:r>
        <w:t>声音与字幕</w:t>
      </w:r>
    </w:p>
    <w:p>
      <w:r>
        <w:t>门锁面板循环播报：“局部电源异常。”露台外只有风声，没有呼救声。</w:t>
      </w:r>
    </w:p>
    <w:p>
      <w:pPr>
        <w:pStyle w:val="Heading3"/>
      </w:pPr>
      <w:r>
        <w:t>信息变化</w:t>
      </w:r>
    </w:p>
    <w:p>
      <w:r>
        <w:t>血迹、鞋和尖叫制造“沈念坠落”的第一解释；顾承泽同时把沈知微放进“记忆断片”的叙述。</w:t>
      </w:r>
    </w:p>
    <w:p>
      <w:pPr>
        <w:pStyle w:val="Heading2"/>
      </w:pPr>
      <w:r>
        <w:t>场 3</w:t>
      </w:r>
    </w:p>
    <w:p>
      <w:pPr>
        <w:numPr>
          <w:ilvl w:val="0"/>
          <w:numId w:val="74"/>
        </w:numPr>
      </w:pPr>
      <w:r>
        <w:t>内/外景：内景</w:t>
      </w:r>
    </w:p>
    <w:p>
      <w:pPr>
        <w:numPr>
          <w:ilvl w:val="0"/>
          <w:numId w:val="74"/>
        </w:numPr>
      </w:pPr>
      <w:r>
        <w:t>地点：云栖样板屋·影音区</w:t>
      </w:r>
    </w:p>
    <w:p>
      <w:pPr>
        <w:numPr>
          <w:ilvl w:val="0"/>
          <w:numId w:val="74"/>
        </w:numPr>
      </w:pPr>
      <w:r>
        <w:t>时间：D1 21:10，夜</w:t>
      </w:r>
    </w:p>
    <w:p>
      <w:pPr>
        <w:numPr>
          <w:ilvl w:val="0"/>
          <w:numId w:val="74"/>
        </w:numPr>
      </w:pPr>
      <w:r>
        <w:t>出场人物：沈知微、顾承泽、叶蓁、陈默、林曼华</w:t>
      </w:r>
    </w:p>
    <w:p>
      <w:pPr>
        <w:numPr>
          <w:ilvl w:val="0"/>
          <w:numId w:val="74"/>
        </w:numPr>
      </w:pPr>
      <w:r>
        <w:t>关键道具：被剪辑的云端监控、镜面装饰</w:t>
      </w:r>
    </w:p>
    <w:p>
      <w:pPr>
        <w:pStyle w:val="Heading3"/>
      </w:pPr>
      <w:r>
        <w:t>动作</w:t>
      </w:r>
    </w:p>
    <w:p>
      <w:r>
        <w:t>顾承泽把监控投到墙面：沈知微伸手，沈念后退；画面随后冻结并跳到空露台，全段没有声音。</w:t>
      </w:r>
    </w:p>
    <w:p>
      <w:r>
        <w:t>林曼华攥紧沈念的鞋。沈知微不回应指责，只盯着时间码。</w:t>
      </w:r>
    </w:p>
    <w:p>
      <w:pPr>
        <w:pStyle w:val="Heading3"/>
      </w:pPr>
      <w:r>
        <w:t>对白</w:t>
      </w:r>
    </w:p>
    <w:p>
      <w:r>
        <w:t>林曼华：你昨晚还说要再关她一次账号！</w:t>
      </w:r>
    </w:p>
    <w:p>
      <w:r>
        <w:t>顾承泽：视频先留着。我们先把事情稳住。</w:t>
      </w:r>
    </w:p>
    <w:p>
      <w:r>
        <w:t>沈知微：这段少了声音，也少了四十秒。</w:t>
      </w:r>
    </w:p>
    <w:p>
      <w:r>
        <w:t>顾承泽：你现在最需要的是休息，不是给自己找解释。</w:t>
      </w:r>
    </w:p>
    <w:p>
      <w:r>
        <w:t>沈知微：我不解释动机。我确认现场。</w:t>
      </w:r>
    </w:p>
    <w:p>
      <w:pPr>
        <w:pStyle w:val="Heading3"/>
      </w:pPr>
      <w:r>
        <w:t>声音与字幕</w:t>
      </w:r>
    </w:p>
    <w:p>
      <w:r>
        <w:t>监控时间码从“21:05:13”跳至“21:05:53”。镜面角落掠过一个不起眼的红点。</w:t>
      </w:r>
    </w:p>
    <w:p>
      <w:pPr>
        <w:pStyle w:val="Heading3"/>
      </w:pPr>
      <w:r>
        <w:t>信息变化</w:t>
      </w:r>
    </w:p>
    <w:p>
      <w:r>
        <w:t>不完整监控被当作主要叙述依据；沈知微看出时间缺口，但暂时没有反证。</w:t>
      </w:r>
    </w:p>
    <w:p>
      <w:pPr>
        <w:pStyle w:val="Heading2"/>
      </w:pPr>
      <w:r>
        <w:t>场 4</w:t>
      </w:r>
    </w:p>
    <w:p>
      <w:pPr>
        <w:numPr>
          <w:ilvl w:val="0"/>
          <w:numId w:val="75"/>
        </w:numPr>
      </w:pPr>
      <w:r>
        <w:t>内/外景：外景</w:t>
      </w:r>
    </w:p>
    <w:p>
      <w:pPr>
        <w:numPr>
          <w:ilvl w:val="0"/>
          <w:numId w:val="75"/>
        </w:numPr>
      </w:pPr>
      <w:r>
        <w:t>地点：云栖样板屋·露台下方庭院</w:t>
      </w:r>
    </w:p>
    <w:p>
      <w:pPr>
        <w:numPr>
          <w:ilvl w:val="0"/>
          <w:numId w:val="75"/>
        </w:numPr>
      </w:pPr>
      <w:r>
        <w:t>时间：D1 21:15，夜</w:t>
      </w:r>
    </w:p>
    <w:p>
      <w:pPr>
        <w:numPr>
          <w:ilvl w:val="0"/>
          <w:numId w:val="75"/>
        </w:numPr>
      </w:pPr>
      <w:r>
        <w:t>出场人物：沈知微、顾承泽、叶蓁、陈默、林曼华</w:t>
      </w:r>
    </w:p>
    <w:p>
      <w:pPr>
        <w:numPr>
          <w:ilvl w:val="0"/>
          <w:numId w:val="75"/>
        </w:numPr>
      </w:pPr>
      <w:r>
        <w:t>关键道具：露台定位图、工程螺帽、透明留样袋</w:t>
      </w:r>
    </w:p>
    <w:p>
      <w:pPr>
        <w:pStyle w:val="Heading3"/>
      </w:pPr>
      <w:r>
        <w:t>动作</w:t>
      </w:r>
    </w:p>
    <w:p>
      <w:r>
        <w:t>沈知微用平面图标出露台垂直投影，带众人下楼。投影区域草叶完整、碎石无凹陷、灌木没有折断。林曼华拨沈念电话，铃声却从楼上传来。</w:t>
      </w:r>
    </w:p>
    <w:p>
      <w:r>
        <w:t>沈知微隔着纸巾捡起一枚带新鲜擦痕的工程螺帽，装入留样袋，再抬头复核露台位置。</w:t>
      </w:r>
    </w:p>
    <w:p>
      <w:pPr>
        <w:pStyle w:val="Heading3"/>
      </w:pPr>
      <w:r>
        <w:t>对白</w:t>
      </w:r>
    </w:p>
    <w:p>
      <w:r>
        <w:t>顾承泽：也可能有人把她移走了。</w:t>
      </w:r>
    </w:p>
    <w:p>
      <w:r>
        <w:t>沈知微：从断电到现在三分钟。没有拖痕，没有折枝。</w:t>
      </w:r>
    </w:p>
    <w:p>
      <w:r>
        <w:t>林曼华：那我女儿呢？</w:t>
      </w:r>
    </w:p>
    <w:p>
      <w:r>
        <w:t>沈知微：她没从这里掉下来。</w:t>
      </w:r>
    </w:p>
    <w:p>
      <w:r>
        <w:t>陈默：下面……没人。</w:t>
      </w:r>
    </w:p>
    <w:p>
      <w:pPr>
        <w:pStyle w:val="Heading3"/>
      </w:pPr>
      <w:r>
        <w:t>声音与字幕</w:t>
      </w:r>
    </w:p>
    <w:p>
      <w:r>
        <w:t>沈念手机铃声从楼上持续传来。镜头停在完整草叶与空地之间。</w:t>
      </w:r>
    </w:p>
    <w:p>
      <w:pPr>
        <w:pStyle w:val="Heading3"/>
      </w:pPr>
      <w:r>
        <w:t>信息变化</w:t>
      </w:r>
    </w:p>
    <w:p>
      <w:r>
        <w:t>“真实坠落”第一次被现场结果否定；有人制造了坠落表象，但沈念去向仍未知。</w:t>
      </w:r>
    </w:p>
    <w:p>
      <w:pPr>
        <w:pStyle w:val="DramaHook"/>
      </w:pPr>
      <w:r>
        <w:t>集尾钩子</w:t>
      </w:r>
    </w:p>
    <w:p>
      <w:r>
        <w:t>露台下没有沈念，也没有坠落应留下的任何结果。</w:t>
      </w:r>
    </w:p>
    <w:p>
      <w:pPr>
        <w:pStyle w:val="Heading2"/>
      </w:pPr>
      <w:r>
        <w:t>连续性更新</w:t>
      </w:r>
    </w:p>
    <w:p>
      <w:pPr>
        <w:numPr>
          <w:ilvl w:val="0"/>
          <w:numId w:val="76"/>
        </w:numPr>
      </w:pPr>
      <w:r>
        <w:t>人物位置：CHAR_ZHIWEI=LOC_MODEL_HOME；CHAR_CHENGZE=LOC_MODEL_HOME；CHAR_SHENNIAN=位置未知；CHAR_YEZHEN=LOC_MODEL_HOME；CHAR_CHENMO=LOC_MODEL_HOME；CHAR_MANHUA=LOC_MODEL_HOME</w:t>
      </w:r>
    </w:p>
    <w:p>
      <w:pPr>
        <w:numPr>
          <w:ilvl w:val="0"/>
          <w:numId w:val="76"/>
        </w:numPr>
      </w:pPr>
      <w:r>
        <w:t>人物知识：沈知微确认监控缺失约四十秒，坠落区域没有对应结果；其他人仍主要接受“坠落或被转移”解释</w:t>
      </w:r>
    </w:p>
    <w:p>
      <w:pPr>
        <w:numPr>
          <w:ilvl w:val="0"/>
          <w:numId w:val="76"/>
        </w:numPr>
      </w:pPr>
      <w:r>
        <w:t>道具状态：PROP_BLOOD_TRACE=active；PROP_EDITED_VIDEO=active；PROP_MIRROR_REFLECTION=active；PROP_LOCAL_CONTROLLER=active；PROP_ENGINEERING_NUT=active</w:t>
      </w:r>
    </w:p>
    <w:p>
      <w:pPr>
        <w:numPr>
          <w:ilvl w:val="0"/>
          <w:numId w:val="76"/>
        </w:numPr>
      </w:pPr>
      <w:r>
        <w:t>时间线：D1-21:05 至 D1-21:15</w:t>
      </w:r>
    </w:p>
    <w:p>
      <w:pPr>
        <w:numPr>
          <w:ilvl w:val="0"/>
          <w:numId w:val="76"/>
        </w:numPr>
      </w:pPr>
      <w:r>
        <w:t>伏笔：CLUE01=opened；CLUE02=seeded；工程螺帽/叶蓁副秘密=seeded</w:t>
      </w:r>
    </w:p>
    <w:p>
      <w:pPr>
        <w:pStyle w:val="DramaMeta"/>
      </w:pPr>
      <w:r>
        <w:t>来源文件：episodes/EP001.md</w:t>
      </w:r>
    </w:p>
    <w:p>
      <w:r>
        <w:br w:type="page"/>
      </w:r>
    </w:p>
    <w:p>
      <w:pPr>
        <w:pStyle w:val="Subtitle"/>
      </w:pPr>
      <w:r>
        <w:t>PRODUCTION MEMO / SHOOTING DRAFT</w:t>
      </w:r>
    </w:p>
    <w:p>
      <w:pPr>
        <w:pStyle w:val="Heading1"/>
        <w:spacing w:before="40"/>
      </w:pPr>
      <w:r>
        <w:t>《全家都说我推了妹妹》 · EP002</w:t>
      </w:r>
    </w:p>
    <w:p>
      <w:pPr>
        <w:spacing w:after="240"/>
      </w:pPr>
      <w:r>
        <w:rPr>
          <w:rFonts w:ascii="Microsoft YaHei" w:hAnsi="Microsoft YaHei" w:eastAsia="Microsoft YaHei"/>
          <w:b/>
          <w:color w:val="1F2937"/>
          <w:sz w:val="28"/>
        </w:rPr>
        <w:t>第二个机位</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77"/>
        </w:numPr>
      </w:pPr>
      <w:r>
        <w:t>修订号：1.0.0</w:t>
      </w:r>
    </w:p>
    <w:p>
      <w:pPr>
        <w:numPr>
          <w:ilvl w:val="0"/>
          <w:numId w:val="77"/>
        </w:numPr>
      </w:pPr>
      <w:r>
        <w:t>状态：locked</w:t>
      </w:r>
    </w:p>
    <w:p>
      <w:pPr>
        <w:numPr>
          <w:ilvl w:val="0"/>
          <w:numId w:val="77"/>
        </w:numPr>
      </w:pPr>
      <w:r>
        <w:t>目标时长：240 秒</w:t>
      </w:r>
    </w:p>
    <w:p>
      <w:pPr>
        <w:numPr>
          <w:ilvl w:val="0"/>
          <w:numId w:val="77"/>
        </w:numPr>
      </w:pPr>
      <w:r>
        <w:t>本集目标：沈知微必须阻止剪辑视频成为唯一事实，并找到公开画面之外的第二视角。</w:t>
      </w:r>
    </w:p>
    <w:p>
      <w:pPr>
        <w:pStyle w:val="Heading2"/>
      </w:pPr>
      <w:r>
        <w:t>场 1</w:t>
      </w:r>
    </w:p>
    <w:p>
      <w:pPr>
        <w:numPr>
          <w:ilvl w:val="0"/>
          <w:numId w:val="78"/>
        </w:numPr>
      </w:pPr>
      <w:r>
        <w:t>内/外景：内景</w:t>
      </w:r>
    </w:p>
    <w:p>
      <w:pPr>
        <w:numPr>
          <w:ilvl w:val="0"/>
          <w:numId w:val="78"/>
        </w:numPr>
      </w:pPr>
      <w:r>
        <w:t>地点：云栖样板屋·影音区</w:t>
      </w:r>
    </w:p>
    <w:p>
      <w:pPr>
        <w:numPr>
          <w:ilvl w:val="0"/>
          <w:numId w:val="78"/>
        </w:numPr>
      </w:pPr>
      <w:r>
        <w:t>时间：D1 22:10，夜</w:t>
      </w:r>
    </w:p>
    <w:p>
      <w:pPr>
        <w:numPr>
          <w:ilvl w:val="0"/>
          <w:numId w:val="78"/>
        </w:numPr>
      </w:pPr>
      <w:r>
        <w:t>出场人物：沈知微、顾承泽、林曼华、叶蓁、办案人员</w:t>
      </w:r>
    </w:p>
    <w:p>
      <w:pPr>
        <w:numPr>
          <w:ilvl w:val="0"/>
          <w:numId w:val="78"/>
        </w:numPr>
      </w:pPr>
      <w:r>
        <w:t>关键道具：被剪辑的云端监控、血迹留样、手机</w:t>
      </w:r>
    </w:p>
    <w:p>
      <w:pPr>
        <w:pStyle w:val="Heading3"/>
      </w:pPr>
      <w:r>
        <w:t>动作</w:t>
      </w:r>
    </w:p>
    <w:p>
      <w:r>
        <w:t>墙上定格着沈知微伸手、沈念后退的瞬间。顾承泽把进度条拖回开头，称这是“完整视频”，并先转发到家庭群。</w:t>
      </w:r>
    </w:p>
    <w:p>
      <w:r>
        <w:t>办案人员封好血迹留样，要求保留原文件。沈知微指向跳动的时间码。</w:t>
      </w:r>
    </w:p>
    <w:p>
      <w:pPr>
        <w:pStyle w:val="Heading3"/>
      </w:pPr>
      <w:r>
        <w:t>对白</w:t>
      </w:r>
    </w:p>
    <w:p>
      <w:r>
        <w:t>顾承泽：大家都看到了。知微现在不适合继续受刺激。</w:t>
      </w:r>
    </w:p>
    <w:p>
      <w:r>
        <w:t>沈知微：别只留转发版，保留原文件。</w:t>
      </w:r>
    </w:p>
    <w:p>
      <w:r>
        <w:t>办案人员：目前只能确认人员失联、现场有血迹、视频片段存在。片段不能直接替代调查。</w:t>
      </w:r>
    </w:p>
    <w:p>
      <w:r>
        <w:t>林曼华：她亲手把念念逼到栏杆边，还查什么？</w:t>
      </w:r>
    </w:p>
    <w:p>
      <w:r>
        <w:t>沈知微：查少掉的四十秒。</w:t>
      </w:r>
    </w:p>
    <w:p>
      <w:pPr>
        <w:pStyle w:val="Heading3"/>
      </w:pPr>
      <w:r>
        <w:t>声音与字幕</w:t>
      </w:r>
    </w:p>
    <w:p>
      <w:r>
        <w:t>家庭群只显示“视频已发送”“沈念仍未取得联系”，不出现现实平台名称。</w:t>
      </w:r>
    </w:p>
    <w:p>
      <w:pPr>
        <w:pStyle w:val="Heading3"/>
      </w:pPr>
      <w:r>
        <w:t>信息变化</w:t>
      </w:r>
    </w:p>
    <w:p>
      <w:r>
        <w:t>办案人员明确视频不能直接定责，但顾承泽抢先把剪辑片段塑造成家庭共识。</w:t>
      </w:r>
    </w:p>
    <w:p>
      <w:pPr>
        <w:pStyle w:val="Heading2"/>
      </w:pPr>
      <w:r>
        <w:t>场 2</w:t>
      </w:r>
    </w:p>
    <w:p>
      <w:pPr>
        <w:numPr>
          <w:ilvl w:val="0"/>
          <w:numId w:val="79"/>
        </w:numPr>
      </w:pPr>
      <w:r>
        <w:t>内/外景：内景</w:t>
      </w:r>
    </w:p>
    <w:p>
      <w:pPr>
        <w:numPr>
          <w:ilvl w:val="0"/>
          <w:numId w:val="79"/>
        </w:numPr>
      </w:pPr>
      <w:r>
        <w:t>地点：云栖样板屋·书房</w:t>
      </w:r>
    </w:p>
    <w:p>
      <w:pPr>
        <w:numPr>
          <w:ilvl w:val="0"/>
          <w:numId w:val="79"/>
        </w:numPr>
      </w:pPr>
      <w:r>
        <w:t>时间：D1 22:18，夜</w:t>
      </w:r>
    </w:p>
    <w:p>
      <w:pPr>
        <w:numPr>
          <w:ilvl w:val="0"/>
          <w:numId w:val="79"/>
        </w:numPr>
      </w:pPr>
      <w:r>
        <w:t>出场人物：沈知微、顾承泽、林曼华</w:t>
      </w:r>
    </w:p>
    <w:p>
      <w:pPr>
        <w:numPr>
          <w:ilvl w:val="0"/>
          <w:numId w:val="79"/>
        </w:numPr>
      </w:pPr>
      <w:r>
        <w:t>关键道具：工作室后台通知、姐妹旧聊天截图</w:t>
      </w:r>
    </w:p>
    <w:p>
      <w:pPr>
        <w:pStyle w:val="Heading3"/>
      </w:pPr>
      <w:r>
        <w:t>动作</w:t>
      </w:r>
    </w:p>
    <w:p>
      <w:r>
        <w:t>林曼华翻出姐妹旧聊天：“账号我先停了，等你冷静。”顾承泽替沈知微脱下沾血外套，桌下手机却弹出一条管理通知。</w:t>
      </w:r>
    </w:p>
    <w:p>
      <w:r>
        <w:t>沈知微拿起手机：她的工作室权限已暂停，经办人是顾承泽。</w:t>
      </w:r>
    </w:p>
    <w:p>
      <w:pPr>
        <w:pStyle w:val="Heading3"/>
      </w:pPr>
      <w:r>
        <w:t>对白</w:t>
      </w:r>
    </w:p>
    <w:p>
      <w:r>
        <w:t>林曼华：你每次都说为她好，她连失败的权利都没有。</w:t>
      </w:r>
    </w:p>
    <w:p>
      <w:r>
        <w:t>顾承泽：客户已经在问。我们先把工作室稳住。</w:t>
      </w:r>
    </w:p>
    <w:p>
      <w:r>
        <w:t>沈知微：你“稳住”的第一件事，是拿走我的权限？</w:t>
      </w:r>
    </w:p>
    <w:p>
      <w:r>
        <w:t>顾承泽：是替你挡住后果。</w:t>
      </w:r>
    </w:p>
    <w:p>
      <w:r>
        <w:t>沈知微：后果没查清，你的位置先换好了。</w:t>
      </w:r>
    </w:p>
    <w:p>
      <w:pPr>
        <w:pStyle w:val="Heading3"/>
      </w:pPr>
      <w:r>
        <w:t>声音与字幕</w:t>
      </w:r>
    </w:p>
    <w:p>
      <w:r>
        <w:t>通知：“创始人沈知微暂停后台及签字权限，运营负责人暂代。”</w:t>
      </w:r>
    </w:p>
    <w:p>
      <w:pPr>
        <w:pStyle w:val="Heading3"/>
      </w:pPr>
      <w:r>
        <w:t>信息变化</w:t>
      </w:r>
    </w:p>
    <w:p>
      <w:r>
        <w:t>沈知微遭受明确事业损失；顾承泽把家庭危机转化为工作室控制权。</w:t>
      </w:r>
    </w:p>
    <w:p>
      <w:pPr>
        <w:pStyle w:val="Heading2"/>
      </w:pPr>
      <w:r>
        <w:t>场 3</w:t>
      </w:r>
    </w:p>
    <w:p>
      <w:pPr>
        <w:numPr>
          <w:ilvl w:val="0"/>
          <w:numId w:val="80"/>
        </w:numPr>
      </w:pPr>
      <w:r>
        <w:t>内/外景：内景</w:t>
      </w:r>
    </w:p>
    <w:p>
      <w:pPr>
        <w:numPr>
          <w:ilvl w:val="0"/>
          <w:numId w:val="80"/>
        </w:numPr>
      </w:pPr>
      <w:r>
        <w:t>地点：知微空间工作室·设计台</w:t>
      </w:r>
    </w:p>
    <w:p>
      <w:pPr>
        <w:numPr>
          <w:ilvl w:val="0"/>
          <w:numId w:val="80"/>
        </w:numPr>
      </w:pPr>
      <w:r>
        <w:t>时间：D1 22:35，夜</w:t>
      </w:r>
    </w:p>
    <w:p>
      <w:pPr>
        <w:numPr>
          <w:ilvl w:val="0"/>
          <w:numId w:val="80"/>
        </w:numPr>
      </w:pPr>
      <w:r>
        <w:t>出场人物：沈知微、叶蓁</w:t>
      </w:r>
    </w:p>
    <w:p>
      <w:pPr>
        <w:numPr>
          <w:ilvl w:val="0"/>
          <w:numId w:val="80"/>
        </w:numPr>
      </w:pPr>
      <w:r>
        <w:t>关键道具：监控副本、镜面装饰设计图、叶蓁门禁卡</w:t>
      </w:r>
    </w:p>
    <w:p>
      <w:pPr>
        <w:pStyle w:val="Heading3"/>
      </w:pPr>
      <w:r>
        <w:t>动作</w:t>
      </w:r>
    </w:p>
    <w:p>
      <w:r>
        <w:t>沈知微逐帧查看顾承泽刚播放的副本。她不看人物，先对照镜面、灯带与摄像头位置。叶蓁送来官方设备清单，腰侧挂着工程门禁卡。</w:t>
      </w:r>
    </w:p>
    <w:p>
      <w:r>
        <w:t>沈知微把画面旋转、放大。镜面边缘映出绿植后的一台小型机位，斜指露台与服务门之间。</w:t>
      </w:r>
    </w:p>
    <w:p>
      <w:pPr>
        <w:pStyle w:val="Heading3"/>
      </w:pPr>
      <w:r>
        <w:t>对白</w:t>
      </w:r>
    </w:p>
    <w:p>
      <w:r>
        <w:t>沈知微：昨晚活动拍摄，几台？</w:t>
      </w:r>
    </w:p>
    <w:p>
      <w:r>
        <w:t>叶蓁：一台，墙角固定机。</w:t>
      </w:r>
    </w:p>
    <w:p>
      <w:r>
        <w:t>沈知微：镜面多照出一个红点。</w:t>
      </w:r>
    </w:p>
    <w:p>
      <w:r>
        <w:t>叶蓁：可能是灯控感应。</w:t>
      </w:r>
    </w:p>
    <w:p>
      <w:r>
        <w:t>沈知微：灯控没有镜头遮光罩。</w:t>
      </w:r>
    </w:p>
    <w:p>
      <w:r>
        <w:t>叶蓁：先别声张。设备如果还在，对方会拆。</w:t>
      </w:r>
    </w:p>
    <w:p>
      <w:r>
        <w:t>沈知微：它不会留到天亮。</w:t>
      </w:r>
    </w:p>
    <w:p>
      <w:pPr>
        <w:pStyle w:val="Heading3"/>
      </w:pPr>
      <w:r>
        <w:t>声音与字幕</w:t>
      </w:r>
    </w:p>
    <w:p>
      <w:r>
        <w:t>屏幕只标出：“第二机位”“未列入设备清单”“覆盖露台/服务门夹角”。</w:t>
      </w:r>
    </w:p>
    <w:p>
      <w:pPr>
        <w:pStyle w:val="Heading3"/>
      </w:pPr>
      <w:r>
        <w:t>信息变化</w:t>
      </w:r>
    </w:p>
    <w:p>
      <w:r>
        <w:t>第二机位客观存在；有人在案发前设计了公开画面之外的拍摄角度。</w:t>
      </w:r>
    </w:p>
    <w:p>
      <w:pPr>
        <w:pStyle w:val="Heading2"/>
      </w:pPr>
      <w:r>
        <w:t>场 4</w:t>
      </w:r>
    </w:p>
    <w:p>
      <w:pPr>
        <w:numPr>
          <w:ilvl w:val="0"/>
          <w:numId w:val="81"/>
        </w:numPr>
      </w:pPr>
      <w:r>
        <w:t>内/外景：内景</w:t>
      </w:r>
    </w:p>
    <w:p>
      <w:pPr>
        <w:numPr>
          <w:ilvl w:val="0"/>
          <w:numId w:val="81"/>
        </w:numPr>
      </w:pPr>
      <w:r>
        <w:t>地点：知微空间工作室·门口</w:t>
      </w:r>
    </w:p>
    <w:p>
      <w:pPr>
        <w:numPr>
          <w:ilvl w:val="0"/>
          <w:numId w:val="81"/>
        </w:numPr>
      </w:pPr>
      <w:r>
        <w:t>时间：D1 22:48，夜</w:t>
      </w:r>
    </w:p>
    <w:p>
      <w:pPr>
        <w:numPr>
          <w:ilvl w:val="0"/>
          <w:numId w:val="81"/>
        </w:numPr>
      </w:pPr>
      <w:r>
        <w:t>出场人物：沈知微、顾承泽、叶蓁</w:t>
      </w:r>
    </w:p>
    <w:p>
      <w:pPr>
        <w:numPr>
          <w:ilvl w:val="0"/>
          <w:numId w:val="81"/>
        </w:numPr>
      </w:pPr>
      <w:r>
        <w:t>关键道具：电脑、第二机位截图、叶蓁门禁卡</w:t>
      </w:r>
    </w:p>
    <w:p>
      <w:pPr>
        <w:pStyle w:val="Heading3"/>
      </w:pPr>
      <w:r>
        <w:t>动作</w:t>
      </w:r>
    </w:p>
    <w:p>
      <w:r>
        <w:t>顾承泽站在半开的门外。沈知微立即合上电脑，把截图留在本地草稿。叶蓁后退半步，门禁卡撞上桌沿。</w:t>
      </w:r>
    </w:p>
    <w:p>
      <w:r>
        <w:t>顾承泽扫过两人的表情，仍保持温和。</w:t>
      </w:r>
    </w:p>
    <w:p>
      <w:pPr>
        <w:pStyle w:val="Heading3"/>
      </w:pPr>
      <w:r>
        <w:t>对白</w:t>
      </w:r>
    </w:p>
    <w:p>
      <w:r>
        <w:t>顾承泽：这么晚了，你在找什么？</w:t>
      </w:r>
    </w:p>
    <w:p>
      <w:r>
        <w:t>沈知微：找我忘掉的那一分钟。</w:t>
      </w:r>
    </w:p>
    <w:p>
      <w:r>
        <w:t>顾承泽：别逼自己。我们都看见发生了什么。</w:t>
      </w:r>
    </w:p>
    <w:p>
      <w:r>
        <w:t>沈知微：你们看见的是一台机位。</w:t>
      </w:r>
    </w:p>
    <w:p>
      <w:pPr>
        <w:pStyle w:val="Heading3"/>
      </w:pPr>
      <w:r>
        <w:t>声音与字幕</w:t>
      </w:r>
    </w:p>
    <w:p>
      <w:r>
        <w:t>电脑合盖前，镜面里的第二个红点最后闪过一次。</w:t>
      </w:r>
    </w:p>
    <w:p>
      <w:pPr>
        <w:pStyle w:val="Heading3"/>
      </w:pPr>
      <w:r>
        <w:t>信息变化</w:t>
      </w:r>
    </w:p>
    <w:p>
      <w:r>
        <w:t>沈知微暂不公开第二机位，以免提醒操控者；顾承泽意识到她开始挑战视频完整性。</w:t>
      </w:r>
    </w:p>
    <w:p>
      <w:pPr>
        <w:pStyle w:val="DramaHook"/>
      </w:pPr>
      <w:r>
        <w:t>集尾钩子</w:t>
      </w:r>
    </w:p>
    <w:p>
      <w:r>
        <w:t>镜面反光证明，现场还有一台不在清单上的第二机位。</w:t>
      </w:r>
    </w:p>
    <w:p>
      <w:pPr>
        <w:pStyle w:val="Heading2"/>
      </w:pPr>
      <w:r>
        <w:t>连续性更新</w:t>
      </w:r>
    </w:p>
    <w:p>
      <w:pPr>
        <w:numPr>
          <w:ilvl w:val="0"/>
          <w:numId w:val="82"/>
        </w:numPr>
      </w:pPr>
      <w:r>
        <w:t>人物位置：CHAR_ZHIWEI=LOC_STUDIO；CHAR_CHENGZE=LOC_STUDIO；CHAR_MANHUA=LOC_MODEL_HOME；CHAR_YEZHEN=LOC_STUDIO；CHAR_OFFICER=LOC_MODEL_HOME；CHAR_SHENNIAN=位置未知</w:t>
      </w:r>
    </w:p>
    <w:p>
      <w:pPr>
        <w:numPr>
          <w:ilvl w:val="0"/>
          <w:numId w:val="82"/>
        </w:numPr>
      </w:pPr>
      <w:r>
        <w:t>人物知识：沈知微与叶蓁看见第二机位；顾承泽只知道沈知微在检查视频；林曼华仍相信剪辑片段</w:t>
      </w:r>
    </w:p>
    <w:p>
      <w:pPr>
        <w:numPr>
          <w:ilvl w:val="0"/>
          <w:numId w:val="82"/>
        </w:numPr>
      </w:pPr>
      <w:r>
        <w:t>道具状态：PROP_BLOOD_TRACE=active；PROP_EDITED_VIDEO=active；PROP_MIRROR_REFLECTION=active/已截取；PROP_ACCESS_CARD=active</w:t>
      </w:r>
    </w:p>
    <w:p>
      <w:pPr>
        <w:numPr>
          <w:ilvl w:val="0"/>
          <w:numId w:val="82"/>
        </w:numPr>
      </w:pPr>
      <w:r>
        <w:t>时间线：D1-22:10 至 D1-22:48</w:t>
      </w:r>
    </w:p>
    <w:p>
      <w:pPr>
        <w:numPr>
          <w:ilvl w:val="0"/>
          <w:numId w:val="82"/>
        </w:numPr>
      </w:pPr>
      <w:r>
        <w:t>伏笔：CLUE02=opened；工作室权限被暂停=opened；叶蓁门禁卡=seeded</w:t>
      </w:r>
    </w:p>
    <w:p>
      <w:pPr>
        <w:pStyle w:val="DramaMeta"/>
      </w:pPr>
      <w:r>
        <w:t>来源文件：episodes/EP002.md</w:t>
      </w:r>
    </w:p>
    <w:p>
      <w:r>
        <w:br w:type="page"/>
      </w:r>
    </w:p>
    <w:p>
      <w:pPr>
        <w:pStyle w:val="Subtitle"/>
      </w:pPr>
      <w:r>
        <w:t>PRODUCTION MEMO / SHOOTING DRAFT</w:t>
      </w:r>
    </w:p>
    <w:p>
      <w:pPr>
        <w:pStyle w:val="Heading1"/>
        <w:spacing w:before="40"/>
      </w:pPr>
      <w:r>
        <w:t>《全家都说我推了妹妹》 · EP003</w:t>
      </w:r>
    </w:p>
    <w:p>
      <w:pPr>
        <w:spacing w:after="240"/>
      </w:pPr>
      <w:r>
        <w:rPr>
          <w:rFonts w:ascii="Microsoft YaHei" w:hAnsi="Microsoft YaHei" w:eastAsia="Microsoft YaHei"/>
          <w:b/>
          <w:color w:val="1F2937"/>
          <w:sz w:val="28"/>
        </w:rPr>
        <w:t>坠落之后的门</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83"/>
        </w:numPr>
      </w:pPr>
      <w:r>
        <w:t>修订号：1.0.0</w:t>
      </w:r>
    </w:p>
    <w:p>
      <w:pPr>
        <w:numPr>
          <w:ilvl w:val="0"/>
          <w:numId w:val="83"/>
        </w:numPr>
      </w:pPr>
      <w:r>
        <w:t>状态：locked</w:t>
      </w:r>
    </w:p>
    <w:p>
      <w:pPr>
        <w:numPr>
          <w:ilvl w:val="0"/>
          <w:numId w:val="83"/>
        </w:numPr>
      </w:pPr>
      <w:r>
        <w:t>目标时长：240 秒</w:t>
      </w:r>
    </w:p>
    <w:p>
      <w:pPr>
        <w:numPr>
          <w:ilvl w:val="0"/>
          <w:numId w:val="83"/>
        </w:numPr>
      </w:pPr>
      <w:r>
        <w:t>本集目标：沈知微要在顾承泽控制的云端系统之外，找到可独立保存的时间记录。</w:t>
      </w:r>
    </w:p>
    <w:p>
      <w:pPr>
        <w:pStyle w:val="Heading2"/>
      </w:pPr>
      <w:r>
        <w:t>场 1</w:t>
      </w:r>
    </w:p>
    <w:p>
      <w:pPr>
        <w:numPr>
          <w:ilvl w:val="0"/>
          <w:numId w:val="84"/>
        </w:numPr>
      </w:pPr>
      <w:r>
        <w:t>内/外景：内景</w:t>
      </w:r>
    </w:p>
    <w:p>
      <w:pPr>
        <w:numPr>
          <w:ilvl w:val="0"/>
          <w:numId w:val="84"/>
        </w:numPr>
      </w:pPr>
      <w:r>
        <w:t>地点：云栖样板屋·玄关</w:t>
      </w:r>
    </w:p>
    <w:p>
      <w:pPr>
        <w:numPr>
          <w:ilvl w:val="0"/>
          <w:numId w:val="84"/>
        </w:numPr>
      </w:pPr>
      <w:r>
        <w:t>时间：D1 23:00，夜</w:t>
      </w:r>
    </w:p>
    <w:p>
      <w:pPr>
        <w:numPr>
          <w:ilvl w:val="0"/>
          <w:numId w:val="84"/>
        </w:numPr>
      </w:pPr>
      <w:r>
        <w:t>出场人物：沈知微、顾承泽</w:t>
      </w:r>
    </w:p>
    <w:p>
      <w:pPr>
        <w:numPr>
          <w:ilvl w:val="0"/>
          <w:numId w:val="84"/>
        </w:numPr>
      </w:pPr>
      <w:r>
        <w:t>关键道具：收纳箱、工作室权限通知</w:t>
      </w:r>
    </w:p>
    <w:p>
      <w:pPr>
        <w:pStyle w:val="Heading3"/>
      </w:pPr>
      <w:r>
        <w:t>动作</w:t>
      </w:r>
    </w:p>
    <w:p>
      <w:r>
        <w:t>顾承泽把沈知微的私人物品装箱，催她离开。沈知微不再反驳“需要休息”，反而主动取下工作证，亮出设计盘遗落设备间的照片。</w:t>
      </w:r>
    </w:p>
    <w:p>
      <w:pPr>
        <w:pStyle w:val="Heading3"/>
      </w:pPr>
      <w:r>
        <w:t>对白</w:t>
      </w:r>
    </w:p>
    <w:p>
      <w:r>
        <w:t>沈知微：你说得对，我可能需要休息。</w:t>
      </w:r>
    </w:p>
    <w:p>
      <w:r>
        <w:t>顾承泽：剩下的我处理。</w:t>
      </w:r>
    </w:p>
    <w:p>
      <w:r>
        <w:t>沈知微：设备间有我的设计盘，明早客户要原稿。</w:t>
      </w:r>
    </w:p>
    <w:p>
      <w:r>
        <w:t>顾承泽：五分钟。我陪你。</w:t>
      </w:r>
    </w:p>
    <w:p>
      <w:r>
        <w:t>沈知微：你在门口等。现在看见你，我想不起东西。</w:t>
      </w:r>
    </w:p>
    <w:p>
      <w:pPr>
        <w:pStyle w:val="Heading3"/>
      </w:pPr>
      <w:r>
        <w:t>声音与字幕</w:t>
      </w:r>
    </w:p>
    <w:p>
      <w:r>
        <w:t>手机显示倒计时“05:00”。顾承泽替她刷开走廊权限。</w:t>
      </w:r>
    </w:p>
    <w:p>
      <w:pPr>
        <w:pStyle w:val="Heading3"/>
      </w:pPr>
      <w:r>
        <w:t>信息变化</w:t>
      </w:r>
    </w:p>
    <w:p>
      <w:r>
        <w:t>沈知微表面接受丈夫安排，换取进入设备间的有限窗口。</w:t>
      </w:r>
    </w:p>
    <w:p>
      <w:pPr>
        <w:pStyle w:val="Heading2"/>
      </w:pPr>
      <w:r>
        <w:t>场 2</w:t>
      </w:r>
    </w:p>
    <w:p>
      <w:pPr>
        <w:numPr>
          <w:ilvl w:val="0"/>
          <w:numId w:val="85"/>
        </w:numPr>
      </w:pPr>
      <w:r>
        <w:t>内/外景：内景</w:t>
      </w:r>
    </w:p>
    <w:p>
      <w:pPr>
        <w:numPr>
          <w:ilvl w:val="0"/>
          <w:numId w:val="85"/>
        </w:numPr>
      </w:pPr>
      <w:r>
        <w:t>地点：云栖样板屋·设备间</w:t>
      </w:r>
    </w:p>
    <w:p>
      <w:pPr>
        <w:numPr>
          <w:ilvl w:val="0"/>
          <w:numId w:val="85"/>
        </w:numPr>
      </w:pPr>
      <w:r>
        <w:t>时间：D1 23:05，夜</w:t>
      </w:r>
    </w:p>
    <w:p>
      <w:pPr>
        <w:numPr>
          <w:ilvl w:val="0"/>
          <w:numId w:val="85"/>
        </w:numPr>
      </w:pPr>
      <w:r>
        <w:t>出场人物：沈知微、陈默</w:t>
      </w:r>
    </w:p>
    <w:p>
      <w:pPr>
        <w:numPr>
          <w:ilvl w:val="0"/>
          <w:numId w:val="85"/>
        </w:numPr>
      </w:pPr>
      <w:r>
        <w:t>关键道具：云端维护记录、本地控制器</w:t>
      </w:r>
    </w:p>
    <w:p>
      <w:pPr>
        <w:pStyle w:val="Heading3"/>
      </w:pPr>
      <w:r>
        <w:t>动作</w:t>
      </w:r>
    </w:p>
    <w:p>
      <w:r>
        <w:t>陈默正封设备。沈知微把视频时间跳点与维护任务单并排摆在他面前。陈默先否认拼接，随后承认按顾承泽的“演示系统整理”指令清理过片段。</w:t>
      </w:r>
    </w:p>
    <w:p>
      <w:pPr>
        <w:pStyle w:val="Heading3"/>
      </w:pPr>
      <w:r>
        <w:t>对白</w:t>
      </w:r>
    </w:p>
    <w:p>
      <w:r>
        <w:t>陈默：我删的是演示冗余，但我没拼那段。</w:t>
      </w:r>
    </w:p>
    <w:p>
      <w:r>
        <w:t>沈知微：云端能清，哪层记录不经过运营后台？</w:t>
      </w:r>
    </w:p>
    <w:p>
      <w:r>
        <w:t>陈默：门锁机械继电器有诊断缓存。但它只记开关，不记是谁。</w:t>
      </w:r>
    </w:p>
    <w:p>
      <w:r>
        <w:t>沈知微：够了。我要事实，不要它替我指认谁。</w:t>
      </w:r>
    </w:p>
    <w:p>
      <w:r>
        <w:t>陈默：我不能一个人碰。</w:t>
      </w:r>
    </w:p>
    <w:p>
      <w:r>
        <w:t>沈知微：所以我们一起，只读导出，谁也不改原机。</w:t>
      </w:r>
    </w:p>
    <w:p>
      <w:pPr>
        <w:pStyle w:val="Heading3"/>
      </w:pPr>
      <w:r>
        <w:t>声音与字幕</w:t>
      </w:r>
    </w:p>
    <w:p>
      <w:r>
        <w:t>任务单仅显示：“演示系统整理 / 经办：运营负责人。”</w:t>
      </w:r>
    </w:p>
    <w:p>
      <w:pPr>
        <w:pStyle w:val="Heading3"/>
      </w:pPr>
      <w:r>
        <w:t>信息变化</w:t>
      </w:r>
    </w:p>
    <w:p>
      <w:r>
        <w:t>陈默承认清理过云端片段，并指出独立于后台的本地继电器缓存。</w:t>
      </w:r>
    </w:p>
    <w:p>
      <w:pPr>
        <w:pStyle w:val="Heading2"/>
      </w:pPr>
      <w:r>
        <w:t>场 3</w:t>
      </w:r>
    </w:p>
    <w:p>
      <w:pPr>
        <w:numPr>
          <w:ilvl w:val="0"/>
          <w:numId w:val="86"/>
        </w:numPr>
      </w:pPr>
      <w:r>
        <w:t>内/外景：内景</w:t>
      </w:r>
    </w:p>
    <w:p>
      <w:pPr>
        <w:numPr>
          <w:ilvl w:val="0"/>
          <w:numId w:val="86"/>
        </w:numPr>
      </w:pPr>
      <w:r>
        <w:t>地点：云栖样板屋·设备间</w:t>
      </w:r>
    </w:p>
    <w:p>
      <w:pPr>
        <w:numPr>
          <w:ilvl w:val="0"/>
          <w:numId w:val="86"/>
        </w:numPr>
      </w:pPr>
      <w:r>
        <w:t>时间：D1 23:10，夜</w:t>
      </w:r>
    </w:p>
    <w:p>
      <w:pPr>
        <w:numPr>
          <w:ilvl w:val="0"/>
          <w:numId w:val="86"/>
        </w:numPr>
      </w:pPr>
      <w:r>
        <w:t>出场人物：沈知微、陈默</w:t>
      </w:r>
    </w:p>
    <w:p>
      <w:pPr>
        <w:numPr>
          <w:ilvl w:val="0"/>
          <w:numId w:val="86"/>
        </w:numPr>
      </w:pPr>
      <w:r>
        <w:t>关键道具：本地控制器、日志导出件、封签</w:t>
      </w:r>
    </w:p>
    <w:p>
      <w:pPr>
        <w:pStyle w:val="Heading3"/>
      </w:pPr>
      <w:r>
        <w:t>动作</w:t>
      </w:r>
    </w:p>
    <w:p>
      <w:r>
        <w:t>陈默先拍控制器序列号与系统时间，再执行只读导出。他写下导出时间和校验值，把介质装入编号封袋。沈知微只拍序列号、导出页和封签编号，不带走原机。</w:t>
      </w:r>
    </w:p>
    <w:p>
      <w:pPr>
        <w:pStyle w:val="Heading3"/>
      </w:pPr>
      <w:r>
        <w:t>对白</w:t>
      </w:r>
    </w:p>
    <w:p>
      <w:r>
        <w:t>陈默：这份只能证明门什么时候开关，不能证明开门的人。</w:t>
      </w:r>
    </w:p>
    <w:p>
      <w:r>
        <w:t>沈知微：把“能证明什么”和“不能证明什么”都写上。</w:t>
      </w:r>
    </w:p>
    <w:p>
      <w:r>
        <w:t>陈默：你不怕它最后对你不利？</w:t>
      </w:r>
    </w:p>
    <w:p>
      <w:r>
        <w:t>沈知微：怕。但怕不是改记录的理由。</w:t>
      </w:r>
    </w:p>
    <w:p>
      <w:pPr>
        <w:pStyle w:val="Heading3"/>
      </w:pPr>
      <w:r>
        <w:t>声音与字幕</w:t>
      </w:r>
    </w:p>
    <w:p>
      <w:r>
        <w:t>统一界面显示：“只读导出完成”“设备序列号已记录”“校验值已生成”，不展示操作教程。</w:t>
      </w:r>
    </w:p>
    <w:p>
      <w:pPr>
        <w:pStyle w:val="Heading3"/>
      </w:pPr>
      <w:r>
        <w:t>信息变化</w:t>
      </w:r>
    </w:p>
    <w:p>
      <w:r>
        <w:t>离线日志获得明确来源、保存方式与见证人，不再依赖顾承泽控制的云端。</w:t>
      </w:r>
    </w:p>
    <w:p>
      <w:pPr>
        <w:pStyle w:val="Heading2"/>
      </w:pPr>
      <w:r>
        <w:t>场 4</w:t>
      </w:r>
    </w:p>
    <w:p>
      <w:pPr>
        <w:numPr>
          <w:ilvl w:val="0"/>
          <w:numId w:val="87"/>
        </w:numPr>
      </w:pPr>
      <w:r>
        <w:t>内/外景：内景</w:t>
      </w:r>
    </w:p>
    <w:p>
      <w:pPr>
        <w:numPr>
          <w:ilvl w:val="0"/>
          <w:numId w:val="87"/>
        </w:numPr>
      </w:pPr>
      <w:r>
        <w:t>地点：云栖样板屋·设备间与服务通道入口</w:t>
      </w:r>
    </w:p>
    <w:p>
      <w:pPr>
        <w:numPr>
          <w:ilvl w:val="0"/>
          <w:numId w:val="87"/>
        </w:numPr>
      </w:pPr>
      <w:r>
        <w:t>时间：D1 23:20，夜</w:t>
      </w:r>
    </w:p>
    <w:p>
      <w:pPr>
        <w:numPr>
          <w:ilvl w:val="0"/>
          <w:numId w:val="87"/>
        </w:numPr>
      </w:pPr>
      <w:r>
        <w:t>出场人物：沈知微、顾承泽、陈默</w:t>
      </w:r>
    </w:p>
    <w:p>
      <w:pPr>
        <w:numPr>
          <w:ilvl w:val="0"/>
          <w:numId w:val="87"/>
        </w:numPr>
      </w:pPr>
      <w:r>
        <w:t>关键道具：日志导出封袋、服务门、手机倒计时</w:t>
      </w:r>
    </w:p>
    <w:p>
      <w:pPr>
        <w:pStyle w:val="Heading3"/>
      </w:pPr>
      <w:r>
        <w:t>动作</w:t>
      </w:r>
    </w:p>
    <w:p>
      <w:r>
        <w:t>门外敲击越来越重。陈默筛出断电前后二十分钟的门状态：“21:14 服务门，从内侧开启。”尖叫发生在 21:05。</w:t>
      </w:r>
    </w:p>
    <w:p>
      <w:r>
        <w:t>沈知微走出设备间，以设计盘遮住陈默手里的封袋，顺着服务门看向停车区。</w:t>
      </w:r>
    </w:p>
    <w:p>
      <w:pPr>
        <w:pStyle w:val="Heading3"/>
      </w:pPr>
      <w:r>
        <w:t>对白</w:t>
      </w:r>
    </w:p>
    <w:p>
      <w:r>
        <w:t>顾承泽：找到你要的东西了？</w:t>
      </w:r>
    </w:p>
    <w:p>
      <w:r>
        <w:t>沈知微：找到一个方向。</w:t>
      </w:r>
    </w:p>
    <w:p>
      <w:r>
        <w:t>顾承泽：什么方向？</w:t>
      </w:r>
    </w:p>
    <w:p>
      <w:r>
        <w:t>沈知微：监控说她往下掉，门说有人往外走。</w:t>
      </w:r>
    </w:p>
    <w:p>
      <w:r>
        <w:t>陈默：掉下去的人，为什么还要从里面开门？</w:t>
      </w:r>
    </w:p>
    <w:p>
      <w:pPr>
        <w:pStyle w:val="Heading3"/>
      </w:pPr>
      <w:r>
        <w:t>声音与字幕</w:t>
      </w:r>
    </w:p>
    <w:p>
      <w:r>
        <w:t>屏幕仅突出：“21:05 尖叫/断电”“21:14 服务门从内侧开启”。服务门磁吸轻响。</w:t>
      </w:r>
    </w:p>
    <w:p>
      <w:pPr>
        <w:pStyle w:val="Heading3"/>
      </w:pPr>
      <w:r>
        <w:t>信息变化</w:t>
      </w:r>
    </w:p>
    <w:p>
      <w:r>
        <w:t>调查问题从“谁把沈念推下去”转为“谁在坠落假象后通过服务门离开”。</w:t>
      </w:r>
    </w:p>
    <w:p>
      <w:pPr>
        <w:pStyle w:val="DramaHook"/>
      </w:pPr>
      <w:r>
        <w:t>集尾钩子</w:t>
      </w:r>
    </w:p>
    <w:p>
      <w:r>
        <w:t>离线记录显示：沈念“坠落”九分钟后，服务门从屋内被打开。</w:t>
      </w:r>
    </w:p>
    <w:p>
      <w:pPr>
        <w:pStyle w:val="Heading2"/>
      </w:pPr>
      <w:r>
        <w:t>连续性更新</w:t>
      </w:r>
    </w:p>
    <w:p>
      <w:pPr>
        <w:numPr>
          <w:ilvl w:val="0"/>
          <w:numId w:val="88"/>
        </w:numPr>
      </w:pPr>
      <w:r>
        <w:t>人物位置：CHAR_ZHIWEI=LOC_MODEL_HOME；CHAR_CHENMO=LOC_MODEL_HOME；CHAR_CHENGZE=LOC_MODEL_HOME；CHAR_SHENNIAN=位置未知</w:t>
      </w:r>
    </w:p>
    <w:p>
      <w:pPr>
        <w:numPr>
          <w:ilvl w:val="0"/>
          <w:numId w:val="88"/>
        </w:numPr>
      </w:pPr>
      <w:r>
        <w:t>人物知识：沈知微与陈默知道服务门在 21:14 从内侧开启；顾承泽只看见维护封袋，不确定日志已导出</w:t>
      </w:r>
    </w:p>
    <w:p>
      <w:pPr>
        <w:numPr>
          <w:ilvl w:val="0"/>
          <w:numId w:val="88"/>
        </w:numPr>
      </w:pPr>
      <w:r>
        <w:t>道具状态：PROP_LOCAL_CONTROLLER=active；PROP_LOG_EXPORT=active/陈默封袋保管；PROP_EDITED_VIDEO=active</w:t>
      </w:r>
    </w:p>
    <w:p>
      <w:pPr>
        <w:numPr>
          <w:ilvl w:val="0"/>
          <w:numId w:val="88"/>
        </w:numPr>
      </w:pPr>
      <w:r>
        <w:t>时间线：D1-23:00 至 D1-23:20</w:t>
      </w:r>
    </w:p>
    <w:p>
      <w:pPr>
        <w:numPr>
          <w:ilvl w:val="0"/>
          <w:numId w:val="88"/>
        </w:numPr>
      </w:pPr>
      <w:r>
        <w:t>伏笔：CLUE03=opened；陈默=有限见证者；日志保存方式=established</w:t>
      </w:r>
    </w:p>
    <w:p>
      <w:pPr>
        <w:pStyle w:val="DramaMeta"/>
      </w:pPr>
      <w:r>
        <w:t>来源文件：episodes/EP003.md</w:t>
      </w:r>
    </w:p>
    <w:p>
      <w:r>
        <w:br w:type="page"/>
      </w:r>
    </w:p>
    <w:p>
      <w:pPr>
        <w:pStyle w:val="Subtitle"/>
      </w:pPr>
      <w:r>
        <w:t>PRODUCTION MEMO / SHOOTING DRAFT</w:t>
      </w:r>
    </w:p>
    <w:p>
      <w:pPr>
        <w:pStyle w:val="Heading1"/>
        <w:spacing w:before="40"/>
      </w:pPr>
      <w:r>
        <w:t>《全家都说我推了妹妹》 · EP004</w:t>
      </w:r>
    </w:p>
    <w:p>
      <w:pPr>
        <w:spacing w:after="240"/>
      </w:pPr>
      <w:r>
        <w:rPr>
          <w:rFonts w:ascii="Microsoft YaHei" w:hAnsi="Microsoft YaHei" w:eastAsia="Microsoft YaHei"/>
          <w:b/>
          <w:color w:val="1F2937"/>
          <w:sz w:val="28"/>
        </w:rPr>
        <w:t>谁先咬钩</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89"/>
        </w:numPr>
      </w:pPr>
      <w:r>
        <w:t>修订号：1.0.0</w:t>
      </w:r>
    </w:p>
    <w:p>
      <w:pPr>
        <w:numPr>
          <w:ilvl w:val="0"/>
          <w:numId w:val="89"/>
        </w:numPr>
      </w:pPr>
      <w:r>
        <w:t>状态：locked</w:t>
      </w:r>
    </w:p>
    <w:p>
      <w:pPr>
        <w:numPr>
          <w:ilvl w:val="0"/>
          <w:numId w:val="89"/>
        </w:numPr>
      </w:pPr>
      <w:r>
        <w:t>目标时长：240 秒</w:t>
      </w:r>
    </w:p>
    <w:p>
      <w:pPr>
        <w:numPr>
          <w:ilvl w:val="0"/>
          <w:numId w:val="89"/>
        </w:numPr>
      </w:pPr>
      <w:r>
        <w:t>本集目标：沈知微要用三种互不相同的错误信息，判断陈默、顾承泽与叶蓁各自隐瞒了什么。</w:t>
      </w:r>
    </w:p>
    <w:p>
      <w:pPr>
        <w:pStyle w:val="Heading2"/>
      </w:pPr>
      <w:r>
        <w:t>场 1</w:t>
      </w:r>
    </w:p>
    <w:p>
      <w:pPr>
        <w:numPr>
          <w:ilvl w:val="0"/>
          <w:numId w:val="90"/>
        </w:numPr>
      </w:pPr>
      <w:r>
        <w:t>内/外景：内景</w:t>
      </w:r>
    </w:p>
    <w:p>
      <w:pPr>
        <w:numPr>
          <w:ilvl w:val="0"/>
          <w:numId w:val="90"/>
        </w:numPr>
      </w:pPr>
      <w:r>
        <w:t>地点：知微空间工作室·会议区</w:t>
      </w:r>
    </w:p>
    <w:p>
      <w:pPr>
        <w:numPr>
          <w:ilvl w:val="0"/>
          <w:numId w:val="90"/>
        </w:numPr>
      </w:pPr>
      <w:r>
        <w:t>时间：D2 08:30，日</w:t>
      </w:r>
    </w:p>
    <w:p>
      <w:pPr>
        <w:numPr>
          <w:ilvl w:val="0"/>
          <w:numId w:val="90"/>
        </w:numPr>
      </w:pPr>
      <w:r>
        <w:t>出场人物：沈知微、顾承泽、叶蓁、林曼华</w:t>
      </w:r>
    </w:p>
    <w:p>
      <w:pPr>
        <w:numPr>
          <w:ilvl w:val="0"/>
          <w:numId w:val="90"/>
        </w:numPr>
      </w:pPr>
      <w:r>
        <w:t>关键道具：临时权限通知、个人设计稿、手机</w:t>
      </w:r>
    </w:p>
    <w:p>
      <w:pPr>
        <w:pStyle w:val="Heading3"/>
      </w:pPr>
      <w:r>
        <w:t>动作</w:t>
      </w:r>
    </w:p>
    <w:p>
      <w:r>
        <w:t>顾承泽当众宣布暂代全部签字权。林曼华要求沈知微“先别再查”。沈知微没有争位置，只把空资料箱放上桌，要求取回个人设计稿。</w:t>
      </w:r>
    </w:p>
    <w:p>
      <w:r>
        <w:t>顾承泽点头。沈知微转身，在手机备忘录写下：时间、方向、实物。</w:t>
      </w:r>
    </w:p>
    <w:p>
      <w:pPr>
        <w:pStyle w:val="Heading3"/>
      </w:pPr>
      <w:r>
        <w:t>对白</w:t>
      </w:r>
    </w:p>
    <w:p>
      <w:r>
        <w:t>顾承泽：在沈念找到之前，所有对外口径由我统一。</w:t>
      </w:r>
    </w:p>
    <w:p>
      <w:r>
        <w:t>林曼华：你先把自己稳住，别再连累别人。</w:t>
      </w:r>
    </w:p>
    <w:p>
      <w:r>
        <w:t>沈知微：可以。我只拿个人设计稿。</w:t>
      </w:r>
    </w:p>
    <w:p>
      <w:r>
        <w:t>顾承泽：你终于愿意停下来。</w:t>
      </w:r>
    </w:p>
    <w:p>
      <w:r>
        <w:t>沈知微：我只是换一种走法。</w:t>
      </w:r>
    </w:p>
    <w:p>
      <w:pPr>
        <w:pStyle w:val="Heading3"/>
      </w:pPr>
      <w:r>
        <w:t>声音与字幕</w:t>
      </w:r>
    </w:p>
    <w:p>
      <w:r>
        <w:t>手机一闪：“时间 / 方向 / 实物。”</w:t>
      </w:r>
    </w:p>
    <w:p>
      <w:pPr>
        <w:pStyle w:val="Heading3"/>
      </w:pPr>
      <w:r>
        <w:t>信息变化</w:t>
      </w:r>
    </w:p>
    <w:p>
      <w:r>
        <w:t>沈知微暂不争夺签字权，以取稿为名获得分别接触三名知情者的机会。</w:t>
      </w:r>
    </w:p>
    <w:p>
      <w:pPr>
        <w:pStyle w:val="Heading2"/>
      </w:pPr>
      <w:r>
        <w:t>场 2</w:t>
      </w:r>
    </w:p>
    <w:p>
      <w:pPr>
        <w:numPr>
          <w:ilvl w:val="0"/>
          <w:numId w:val="91"/>
        </w:numPr>
      </w:pPr>
      <w:r>
        <w:t>内/外景：内景</w:t>
      </w:r>
    </w:p>
    <w:p>
      <w:pPr>
        <w:numPr>
          <w:ilvl w:val="0"/>
          <w:numId w:val="91"/>
        </w:numPr>
      </w:pPr>
      <w:r>
        <w:t>地点：云栖样板屋·设备间</w:t>
      </w:r>
    </w:p>
    <w:p>
      <w:pPr>
        <w:numPr>
          <w:ilvl w:val="0"/>
          <w:numId w:val="91"/>
        </w:numPr>
      </w:pPr>
      <w:r>
        <w:t>时间：D2 08:45，日</w:t>
      </w:r>
    </w:p>
    <w:p>
      <w:pPr>
        <w:numPr>
          <w:ilvl w:val="0"/>
          <w:numId w:val="91"/>
        </w:numPr>
      </w:pPr>
      <w:r>
        <w:t>出场人物：沈知微、陈默</w:t>
      </w:r>
    </w:p>
    <w:p>
      <w:pPr>
        <w:numPr>
          <w:ilvl w:val="0"/>
          <w:numId w:val="91"/>
        </w:numPr>
      </w:pPr>
      <w:r>
        <w:t>关键道具：日志导出封袋、维护记录</w:t>
      </w:r>
    </w:p>
    <w:p>
      <w:pPr>
        <w:pStyle w:val="Heading3"/>
      </w:pPr>
      <w:r>
        <w:t>动作</w:t>
      </w:r>
    </w:p>
    <w:p>
      <w:r>
        <w:t>陈默核对封袋。沈知微故意报错时间，目光不离他的笔尖。陈默下意识改正，写完才意识到自己被测试。</w:t>
      </w:r>
    </w:p>
    <w:p>
      <w:pPr>
        <w:pStyle w:val="Heading3"/>
      </w:pPr>
      <w:r>
        <w:t>对白</w:t>
      </w:r>
    </w:p>
    <w:p>
      <w:r>
        <w:t>沈知微：服务门 21:16 开，你也看过。</w:t>
      </w:r>
    </w:p>
    <w:p>
      <w:r>
        <w:t>陈默：不是，21:14——</w:t>
      </w:r>
    </w:p>
    <w:p>
      <w:r>
        <w:t>沈知微：你记得比我清楚。</w:t>
      </w:r>
    </w:p>
    <w:p>
      <w:r>
        <w:t>陈默：原始缓存是我筛的。我看过，但没改。</w:t>
      </w:r>
    </w:p>
    <w:p>
      <w:r>
        <w:t>沈知微：那就继续把“看过”和“改过”分开写清楚。</w:t>
      </w:r>
    </w:p>
    <w:p>
      <w:pPr>
        <w:pStyle w:val="Heading3"/>
      </w:pPr>
      <w:r>
        <w:t>声音与字幕</w:t>
      </w:r>
    </w:p>
    <w:p>
      <w:r>
        <w:t>笔尖在维护记录上圈住“21:14”。</w:t>
      </w:r>
    </w:p>
    <w:p>
      <w:pPr>
        <w:pStyle w:val="Heading3"/>
      </w:pPr>
      <w:r>
        <w:t>信息变化</w:t>
      </w:r>
    </w:p>
    <w:p>
      <w:r>
        <w:t>陈默的隐瞒源于担责，他没有掌握假失踪计划。</w:t>
      </w:r>
    </w:p>
    <w:p>
      <w:pPr>
        <w:pStyle w:val="Heading2"/>
      </w:pPr>
      <w:r>
        <w:t>场 3</w:t>
      </w:r>
    </w:p>
    <w:p>
      <w:pPr>
        <w:numPr>
          <w:ilvl w:val="0"/>
          <w:numId w:val="92"/>
        </w:numPr>
      </w:pPr>
      <w:r>
        <w:t>内/外景：内景</w:t>
      </w:r>
    </w:p>
    <w:p>
      <w:pPr>
        <w:numPr>
          <w:ilvl w:val="0"/>
          <w:numId w:val="92"/>
        </w:numPr>
      </w:pPr>
      <w:r>
        <w:t>地点：知微空间工作室·资料区</w:t>
      </w:r>
    </w:p>
    <w:p>
      <w:pPr>
        <w:numPr>
          <w:ilvl w:val="0"/>
          <w:numId w:val="92"/>
        </w:numPr>
      </w:pPr>
      <w:r>
        <w:t>时间：D2 09:10，日</w:t>
      </w:r>
    </w:p>
    <w:p>
      <w:pPr>
        <w:numPr>
          <w:ilvl w:val="0"/>
          <w:numId w:val="92"/>
        </w:numPr>
      </w:pPr>
      <w:r>
        <w:t>出场人物：沈知微、顾承泽</w:t>
      </w:r>
    </w:p>
    <w:p>
      <w:pPr>
        <w:numPr>
          <w:ilvl w:val="0"/>
          <w:numId w:val="92"/>
        </w:numPr>
      </w:pPr>
      <w:r>
        <w:t>关键道具：第二机位截图、个人设计稿</w:t>
      </w:r>
    </w:p>
    <w:p>
      <w:pPr>
        <w:pStyle w:val="Heading3"/>
      </w:pPr>
      <w:r>
        <w:t>动作</w:t>
      </w:r>
    </w:p>
    <w:p>
      <w:r>
        <w:t>沈知微故意让模糊截图露出一角，像不经意般说出错误方向。顾承泽第一反应不是问“第二机位”，而是纠正覆盖范围。</w:t>
      </w:r>
    </w:p>
    <w:p>
      <w:pPr>
        <w:pStyle w:val="Heading3"/>
      </w:pPr>
      <w:r>
        <w:t>对白</w:t>
      </w:r>
    </w:p>
    <w:p>
      <w:r>
        <w:t>沈知微：第二机位如果拍到正门，至少能看见谁进来。</w:t>
      </w:r>
    </w:p>
    <w:p>
      <w:r>
        <w:t>顾承泽：它不是朝服务门吗？</w:t>
      </w:r>
    </w:p>
    <w:p>
      <w:r>
        <w:t>沈知微：原来你知道它朝哪。</w:t>
      </w:r>
    </w:p>
    <w:p>
      <w:r>
        <w:t>顾承泽：设备都归我协调，我只是记得布局。</w:t>
      </w:r>
    </w:p>
    <w:p>
      <w:r>
        <w:t>沈知微：清单里没有它。你记的是哪一份？</w:t>
      </w:r>
    </w:p>
    <w:p>
      <w:pPr>
        <w:pStyle w:val="Heading3"/>
      </w:pPr>
      <w:r>
        <w:t>声音与字幕</w:t>
      </w:r>
    </w:p>
    <w:p>
      <w:r>
        <w:t>资料箱扣合声截断顾承泽的回答。</w:t>
      </w:r>
    </w:p>
    <w:p>
      <w:pPr>
        <w:pStyle w:val="Heading3"/>
      </w:pPr>
      <w:r>
        <w:t>信息变化</w:t>
      </w:r>
    </w:p>
    <w:p>
      <w:r>
        <w:t>顾承泽知道未登记第二机位朝向服务门，知识范围超过公开说法。</w:t>
      </w:r>
    </w:p>
    <w:p>
      <w:pPr>
        <w:pStyle w:val="Heading2"/>
      </w:pPr>
      <w:r>
        <w:t>场 4</w:t>
      </w:r>
    </w:p>
    <w:p>
      <w:pPr>
        <w:numPr>
          <w:ilvl w:val="0"/>
          <w:numId w:val="93"/>
        </w:numPr>
      </w:pPr>
      <w:r>
        <w:t>内/外景：内景</w:t>
      </w:r>
    </w:p>
    <w:p>
      <w:pPr>
        <w:numPr>
          <w:ilvl w:val="0"/>
          <w:numId w:val="93"/>
        </w:numPr>
      </w:pPr>
      <w:r>
        <w:t>地点：知微空间工作室·叶蓁工位</w:t>
      </w:r>
    </w:p>
    <w:p>
      <w:pPr>
        <w:numPr>
          <w:ilvl w:val="0"/>
          <w:numId w:val="93"/>
        </w:numPr>
      </w:pPr>
      <w:r>
        <w:t>时间：D2 09:30，日</w:t>
      </w:r>
    </w:p>
    <w:p>
      <w:pPr>
        <w:numPr>
          <w:ilvl w:val="0"/>
          <w:numId w:val="93"/>
        </w:numPr>
      </w:pPr>
      <w:r>
        <w:t>出场人物：沈知微、叶蓁、顾承泽</w:t>
      </w:r>
    </w:p>
    <w:p>
      <w:pPr>
        <w:numPr>
          <w:ilvl w:val="0"/>
          <w:numId w:val="93"/>
        </w:numPr>
      </w:pPr>
      <w:r>
        <w:t>关键道具：同型号工程螺帽、现场照片、叶蓁门禁卡、工程文件夹</w:t>
      </w:r>
    </w:p>
    <w:p>
      <w:pPr>
        <w:pStyle w:val="Heading3"/>
      </w:pPr>
      <w:r>
        <w:t>动作</w:t>
      </w:r>
    </w:p>
    <w:p>
      <w:r>
        <w:t>沈知微把同型号螺帽和现场留样照片放在桌上，没有移动原始留样。叶蓁只看一眼便摸向腰侧门禁卡。沈知微推来门禁摘要：案发前十五分钟，叶蓁刷卡进入样板屋。</w:t>
      </w:r>
    </w:p>
    <w:p>
      <w:r>
        <w:t>叶蓁摘下门禁卡，却用手压住一只未归档的工程文件夹。顾承泽从玻璃门外走近。</w:t>
      </w:r>
    </w:p>
    <w:p>
      <w:pPr>
        <w:pStyle w:val="Heading3"/>
      </w:pPr>
      <w:r>
        <w:t>对白</w:t>
      </w:r>
    </w:p>
    <w:p>
      <w:r>
        <w:t>沈知微：这型号只用在服务门闭合器。</w:t>
      </w:r>
    </w:p>
    <w:p>
      <w:r>
        <w:t>叶蓁：项目上同型号多得是。</w:t>
      </w:r>
    </w:p>
    <w:p>
      <w:r>
        <w:t>沈知微：所以你先摸门禁卡，不问螺帽哪来的。</w:t>
      </w:r>
    </w:p>
    <w:p>
      <w:r>
        <w:t>叶蓁：我回过现场。</w:t>
      </w:r>
    </w:p>
    <w:p>
      <w:r>
        <w:t>沈知微：你拿走了什么？</w:t>
      </w:r>
    </w:p>
    <w:p>
      <w:r>
        <w:t>叶蓁：我进去，是为了毁掉另一样东西。</w:t>
      </w:r>
    </w:p>
    <w:p>
      <w:pPr>
        <w:pStyle w:val="Heading3"/>
      </w:pPr>
      <w:r>
        <w:t>声音与字幕</w:t>
      </w:r>
    </w:p>
    <w:p>
      <w:r>
        <w:t>门禁摘要只显示：“持卡人：叶蓁 / 20:50 / 工程门。”文件夹边缘露出“服务门”。</w:t>
      </w:r>
    </w:p>
    <w:p>
      <w:pPr>
        <w:pStyle w:val="Heading3"/>
      </w:pPr>
      <w:r>
        <w:t>信息变化</w:t>
      </w:r>
    </w:p>
    <w:p>
      <w:r>
        <w:t>叶蓁承认返场，但她隐藏的是另一个与服务门有关的责任；红鲱鱼进入验证阶段。</w:t>
      </w:r>
    </w:p>
    <w:p>
      <w:pPr>
        <w:pStyle w:val="DramaHook"/>
      </w:pPr>
      <w:r>
        <w:t>集尾钩子</w:t>
      </w:r>
    </w:p>
    <w:p>
      <w:r>
        <w:t>叶蓁承认案发夜返回样板屋，却说她要毁掉的是“另一样东西”。</w:t>
      </w:r>
    </w:p>
    <w:p>
      <w:pPr>
        <w:pStyle w:val="Heading2"/>
      </w:pPr>
      <w:r>
        <w:t>连续性更新</w:t>
      </w:r>
    </w:p>
    <w:p>
      <w:pPr>
        <w:numPr>
          <w:ilvl w:val="0"/>
          <w:numId w:val="94"/>
        </w:numPr>
      </w:pPr>
      <w:r>
        <w:t>人物位置：CHAR_ZHIWEI=LOC_STUDIO；CHAR_CHENGZE=LOC_STUDIO；CHAR_YEZHEN=LOC_STUDIO；CHAR_CHENMO=LOC_MODEL_HOME；CHAR_MANHUA=LOC_STUDIO；CHAR_SHENNIAN=位置未知</w:t>
      </w:r>
    </w:p>
    <w:p>
      <w:pPr>
        <w:numPr>
          <w:ilvl w:val="0"/>
          <w:numId w:val="94"/>
        </w:numPr>
      </w:pPr>
      <w:r>
        <w:t>人物知识：沈知微确认陈默只掌握日志层、顾承泽知道隐藏机位方向、叶蓁返场与服务门工程问题有关</w:t>
      </w:r>
    </w:p>
    <w:p>
      <w:pPr>
        <w:numPr>
          <w:ilvl w:val="0"/>
          <w:numId w:val="94"/>
        </w:numPr>
      </w:pPr>
      <w:r>
        <w:t>道具状态：PROP_LOG_EXPORT=active/封袋未破；PROP_ACCESS_CARD=active；PROP_ENGINEERING_NUT=active/原留样未移动；PROP_EDITED_VIDEO=active</w:t>
      </w:r>
    </w:p>
    <w:p>
      <w:pPr>
        <w:numPr>
          <w:ilvl w:val="0"/>
          <w:numId w:val="94"/>
        </w:numPr>
      </w:pPr>
      <w:r>
        <w:t>时间线：D2-08:30 至 D2-09:30</w:t>
      </w:r>
    </w:p>
    <w:p>
      <w:pPr>
        <w:numPr>
          <w:ilvl w:val="0"/>
          <w:numId w:val="94"/>
        </w:numPr>
      </w:pPr>
      <w:r>
        <w:t>伏笔：CLUE04=opened；CLUE02=verified；叶蓁工程副秘密=opened</w:t>
      </w:r>
    </w:p>
    <w:p>
      <w:pPr>
        <w:pStyle w:val="DramaMeta"/>
      </w:pPr>
      <w:r>
        <w:t>来源文件：episodes/EP004.md</w:t>
      </w:r>
    </w:p>
    <w:p>
      <w:r>
        <w:br w:type="page"/>
      </w:r>
    </w:p>
    <w:p>
      <w:pPr>
        <w:pStyle w:val="Subtitle"/>
      </w:pPr>
      <w:r>
        <w:t>PRODUCTION MEMO / SHOOTING DRAFT</w:t>
      </w:r>
    </w:p>
    <w:p>
      <w:pPr>
        <w:pStyle w:val="Heading1"/>
        <w:spacing w:before="40"/>
      </w:pPr>
      <w:r>
        <w:t>《全家都说我推了妹妹》 · EP005</w:t>
      </w:r>
    </w:p>
    <w:p>
      <w:pPr>
        <w:spacing w:after="240"/>
      </w:pPr>
      <w:r>
        <w:rPr>
          <w:rFonts w:ascii="Microsoft YaHei" w:hAnsi="Microsoft YaHei" w:eastAsia="Microsoft YaHei"/>
          <w:b/>
          <w:color w:val="1F2937"/>
          <w:sz w:val="28"/>
        </w:rPr>
        <w:t>真正的闯入理由</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95"/>
        </w:numPr>
      </w:pPr>
      <w:r>
        <w:t>修订号：1.0.0</w:t>
      </w:r>
    </w:p>
    <w:p>
      <w:pPr>
        <w:numPr>
          <w:ilvl w:val="0"/>
          <w:numId w:val="95"/>
        </w:numPr>
      </w:pPr>
      <w:r>
        <w:t>状态：locked</w:t>
      </w:r>
    </w:p>
    <w:p>
      <w:pPr>
        <w:numPr>
          <w:ilvl w:val="0"/>
          <w:numId w:val="95"/>
        </w:numPr>
      </w:pPr>
      <w:r>
        <w:t>目标时长：240 秒</w:t>
      </w:r>
    </w:p>
    <w:p>
      <w:pPr>
        <w:numPr>
          <w:ilvl w:val="0"/>
          <w:numId w:val="95"/>
        </w:numPr>
      </w:pPr>
      <w:r>
        <w:t>本集目标：沈知微要区分叶蓁的工程隐瞒与主案，并从服务区记录中找到顾承泽和沈念的资金联系。</w:t>
      </w:r>
    </w:p>
    <w:p>
      <w:pPr>
        <w:pStyle w:val="Heading2"/>
      </w:pPr>
      <w:r>
        <w:t>场 1</w:t>
      </w:r>
    </w:p>
    <w:p>
      <w:pPr>
        <w:numPr>
          <w:ilvl w:val="0"/>
          <w:numId w:val="96"/>
        </w:numPr>
      </w:pPr>
      <w:r>
        <w:t>内/外景：内景</w:t>
      </w:r>
    </w:p>
    <w:p>
      <w:pPr>
        <w:numPr>
          <w:ilvl w:val="0"/>
          <w:numId w:val="96"/>
        </w:numPr>
      </w:pPr>
      <w:r>
        <w:t>地点：知微空间工作室·小会议室</w:t>
      </w:r>
    </w:p>
    <w:p>
      <w:pPr>
        <w:numPr>
          <w:ilvl w:val="0"/>
          <w:numId w:val="96"/>
        </w:numPr>
      </w:pPr>
      <w:r>
        <w:t>时间：D2 09:32，日</w:t>
      </w:r>
    </w:p>
    <w:p>
      <w:pPr>
        <w:numPr>
          <w:ilvl w:val="0"/>
          <w:numId w:val="96"/>
        </w:numPr>
      </w:pPr>
      <w:r>
        <w:t>出场人物：沈知微、叶蓁</w:t>
      </w:r>
    </w:p>
    <w:p>
      <w:pPr>
        <w:numPr>
          <w:ilvl w:val="0"/>
          <w:numId w:val="96"/>
        </w:numPr>
      </w:pPr>
      <w:r>
        <w:t>关键道具：未归档工程问题单、工程螺帽照片、叶蓁门禁卡</w:t>
      </w:r>
    </w:p>
    <w:p>
      <w:pPr>
        <w:pStyle w:val="Heading3"/>
      </w:pPr>
      <w:r>
        <w:t>动作</w:t>
      </w:r>
    </w:p>
    <w:p>
      <w:r>
        <w:t>叶蓁把文件夹摊开：服务门闭合器偶发不到位，责任人一栏空白。她承认昨夜想拿走问题单和照片，却因服务通道传来推车声，没有继续。</w:t>
      </w:r>
    </w:p>
    <w:p>
      <w:pPr>
        <w:pStyle w:val="Heading3"/>
      </w:pPr>
      <w:r>
        <w:t>对白</w:t>
      </w:r>
    </w:p>
    <w:p>
      <w:r>
        <w:t>叶蓁：验收时我让团队先压下。昨晚出事，我怕它把所有人拖下水。</w:t>
      </w:r>
    </w:p>
    <w:p>
      <w:r>
        <w:t>沈知微：所以你回去拿记录。</w:t>
      </w:r>
    </w:p>
    <w:p>
      <w:r>
        <w:t>叶蓁：我想毁。但通道里有推车声，我没敢过去。</w:t>
      </w:r>
    </w:p>
    <w:p>
      <w:r>
        <w:t>沈知微：你见到沈念了吗？</w:t>
      </w:r>
    </w:p>
    <w:p>
      <w:r>
        <w:t>叶蓁：没有。只听见轮子往停车区走。</w:t>
      </w:r>
    </w:p>
    <w:p>
      <w:pPr>
        <w:pStyle w:val="Heading3"/>
      </w:pPr>
      <w:r>
        <w:t>声音与字幕</w:t>
      </w:r>
    </w:p>
    <w:p>
      <w:r>
        <w:t>器材车胶轮的低频滚动声，与 EP001 黑暗中的擦地声形成回看关联，不揭示推车内容。</w:t>
      </w:r>
    </w:p>
    <w:p>
      <w:pPr>
        <w:pStyle w:val="Heading3"/>
      </w:pPr>
      <w:r>
        <w:t>信息变化</w:t>
      </w:r>
    </w:p>
    <w:p>
      <w:r>
        <w:t>叶蓁返场是为掩盖工程失报，她未参与假失踪；服务区确有物体在案发后移动。</w:t>
      </w:r>
    </w:p>
    <w:p>
      <w:pPr>
        <w:pStyle w:val="Heading2"/>
      </w:pPr>
      <w:r>
        <w:t>场 2</w:t>
      </w:r>
    </w:p>
    <w:p>
      <w:pPr>
        <w:numPr>
          <w:ilvl w:val="0"/>
          <w:numId w:val="97"/>
        </w:numPr>
      </w:pPr>
      <w:r>
        <w:t>内/外景：内景</w:t>
      </w:r>
    </w:p>
    <w:p>
      <w:pPr>
        <w:numPr>
          <w:ilvl w:val="0"/>
          <w:numId w:val="97"/>
        </w:numPr>
      </w:pPr>
      <w:r>
        <w:t>地点：知微空间工作室·小会议室</w:t>
      </w:r>
    </w:p>
    <w:p>
      <w:pPr>
        <w:numPr>
          <w:ilvl w:val="0"/>
          <w:numId w:val="97"/>
        </w:numPr>
      </w:pPr>
      <w:r>
        <w:t>时间：D2 09:45，日</w:t>
      </w:r>
    </w:p>
    <w:p>
      <w:pPr>
        <w:numPr>
          <w:ilvl w:val="0"/>
          <w:numId w:val="97"/>
        </w:numPr>
      </w:pPr>
      <w:r>
        <w:t>出场人物：沈知微、叶蓁</w:t>
      </w:r>
    </w:p>
    <w:p>
      <w:pPr>
        <w:numPr>
          <w:ilvl w:val="0"/>
          <w:numId w:val="97"/>
        </w:numPr>
      </w:pPr>
      <w:r>
        <w:t>关键道具：工程问题单、项目归档页、停车设备维护编号</w:t>
      </w:r>
    </w:p>
    <w:p>
      <w:pPr>
        <w:pStyle w:val="Heading3"/>
      </w:pPr>
      <w:r>
        <w:t>动作</w:t>
      </w:r>
    </w:p>
    <w:p>
      <w:r>
        <w:t>叶蓁伸手合文件夹。沈知微压住封面，把“责任人”一栏转向她。叶蓁沉默后签名；沈知微当面提交项目留档，随后才接受她递来的维护编号。</w:t>
      </w:r>
    </w:p>
    <w:p>
      <w:pPr>
        <w:pStyle w:val="Heading3"/>
      </w:pPr>
      <w:r>
        <w:t>对白</w:t>
      </w:r>
    </w:p>
    <w:p>
      <w:r>
        <w:t>叶蓁：你现在公开，项目和团队都要停。</w:t>
      </w:r>
    </w:p>
    <w:p>
      <w:r>
        <w:t>沈知微：不公开，它就永远是别人拿住你的理由。</w:t>
      </w:r>
    </w:p>
    <w:p>
      <w:r>
        <w:t>叶蓁：你不替我遮？</w:t>
      </w:r>
    </w:p>
    <w:p>
      <w:r>
        <w:t>沈知微：我可以判断你不是主案共谋，不能替你删责任。先签名。</w:t>
      </w:r>
    </w:p>
    <w:p>
      <w:r>
        <w:t>叶蓁：签完，你还信我？</w:t>
      </w:r>
    </w:p>
    <w:p>
      <w:r>
        <w:t>沈知微：信你接下来留下的证据。</w:t>
      </w:r>
    </w:p>
    <w:p>
      <w:pPr>
        <w:pStyle w:val="Heading3"/>
      </w:pPr>
      <w:r>
        <w:t>声音与字幕</w:t>
      </w:r>
    </w:p>
    <w:p>
      <w:r>
        <w:t>归档页仅显示：“服务门闭合异常 / 提交人：叶蓁 / 待复核。”</w:t>
      </w:r>
    </w:p>
    <w:p>
      <w:pPr>
        <w:pStyle w:val="Heading3"/>
      </w:pPr>
      <w:r>
        <w:t>信息变化</w:t>
      </w:r>
    </w:p>
    <w:p>
      <w:r>
        <w:t>叶蓁的副秘密被正式留档，继续撒谎的动机被切断；她转为有条件盟友。</w:t>
      </w:r>
    </w:p>
    <w:p>
      <w:pPr>
        <w:pStyle w:val="Heading2"/>
      </w:pPr>
      <w:r>
        <w:t>场 3</w:t>
      </w:r>
    </w:p>
    <w:p>
      <w:pPr>
        <w:numPr>
          <w:ilvl w:val="0"/>
          <w:numId w:val="98"/>
        </w:numPr>
      </w:pPr>
      <w:r>
        <w:t>内/外景：内景</w:t>
      </w:r>
    </w:p>
    <w:p>
      <w:pPr>
        <w:numPr>
          <w:ilvl w:val="0"/>
          <w:numId w:val="98"/>
        </w:numPr>
      </w:pPr>
      <w:r>
        <w:t>地点：知微空间工作室·财务查阅台</w:t>
      </w:r>
    </w:p>
    <w:p>
      <w:pPr>
        <w:numPr>
          <w:ilvl w:val="0"/>
          <w:numId w:val="98"/>
        </w:numPr>
      </w:pPr>
      <w:r>
        <w:t>时间：D2 12:55，日</w:t>
      </w:r>
    </w:p>
    <w:p>
      <w:pPr>
        <w:numPr>
          <w:ilvl w:val="0"/>
          <w:numId w:val="98"/>
        </w:numPr>
      </w:pPr>
      <w:r>
        <w:t>出场人物：沈知微、叶蓁</w:t>
      </w:r>
    </w:p>
    <w:p>
      <w:pPr>
        <w:numPr>
          <w:ilvl w:val="0"/>
          <w:numId w:val="98"/>
        </w:numPr>
      </w:pPr>
      <w:r>
        <w:t>关键道具：项目款流水、维护付款记录、债务代偿记录</w:t>
      </w:r>
    </w:p>
    <w:p>
      <w:pPr>
        <w:pStyle w:val="Heading3"/>
      </w:pPr>
      <w:r>
        <w:t>动作</w:t>
      </w:r>
    </w:p>
    <w:p>
      <w:r>
        <w:t>叶蓁用项目总监只读权限调出服务区维护付款。沈知微按付款账户排序：同一个项目备用账户，在案发前还有一笔“沈念债务代偿”，经办人是顾承泽。</w:t>
      </w:r>
    </w:p>
    <w:p>
      <w:r>
        <w:t>沈知微只记页面来源，不下载私人明细。</w:t>
      </w:r>
    </w:p>
    <w:p>
      <w:pPr>
        <w:pStyle w:val="Heading3"/>
      </w:pPr>
      <w:r>
        <w:t>对白</w:t>
      </w:r>
    </w:p>
    <w:p>
      <w:r>
        <w:t>叶蓁：还有一笔，不是供应商。</w:t>
      </w:r>
    </w:p>
    <w:p>
      <w:r>
        <w:t>沈知微：收款对象？</w:t>
      </w:r>
    </w:p>
    <w:p>
      <w:r>
        <w:t>叶蓁：沈念的债务代偿。她没跟你说？</w:t>
      </w:r>
    </w:p>
    <w:p>
      <w:r>
        <w:t>沈知微：她连欠多少都不肯让我知道。</w:t>
      </w:r>
    </w:p>
    <w:p>
      <w:r>
        <w:t>叶蓁：经办人，顾承泽。</w:t>
      </w:r>
    </w:p>
    <w:p>
      <w:r>
        <w:t>沈知微：留在只读状态。先记来源。</w:t>
      </w:r>
    </w:p>
    <w:p>
      <w:pPr>
        <w:pStyle w:val="Heading3"/>
      </w:pPr>
      <w:r>
        <w:t>声音与字幕</w:t>
      </w:r>
    </w:p>
    <w:p>
      <w:r>
        <w:t>屏幕只显示：“项目备用账户 / 债务代偿 / 关联人：沈念 / 经办：顾承泽。”</w:t>
      </w:r>
    </w:p>
    <w:p>
      <w:pPr>
        <w:pStyle w:val="Heading3"/>
      </w:pPr>
      <w:r>
        <w:t>信息变化</w:t>
      </w:r>
    </w:p>
    <w:p>
      <w:r>
        <w:t>顾承泽在案发前用项目资金替沈念处理债务，丈夫与妹妹之间存在未公开安排。</w:t>
      </w:r>
    </w:p>
    <w:p>
      <w:pPr>
        <w:pStyle w:val="Heading2"/>
      </w:pPr>
      <w:r>
        <w:t>场 4</w:t>
      </w:r>
    </w:p>
    <w:p>
      <w:pPr>
        <w:numPr>
          <w:ilvl w:val="0"/>
          <w:numId w:val="99"/>
        </w:numPr>
      </w:pPr>
      <w:r>
        <w:t>内/外景：内景</w:t>
      </w:r>
    </w:p>
    <w:p>
      <w:pPr>
        <w:numPr>
          <w:ilvl w:val="0"/>
          <w:numId w:val="99"/>
        </w:numPr>
      </w:pPr>
      <w:r>
        <w:t>地点：知微空间工作室·财务查阅台</w:t>
      </w:r>
    </w:p>
    <w:p>
      <w:pPr>
        <w:numPr>
          <w:ilvl w:val="0"/>
          <w:numId w:val="99"/>
        </w:numPr>
      </w:pPr>
      <w:r>
        <w:t>时间：D2 13:10，日</w:t>
      </w:r>
    </w:p>
    <w:p>
      <w:pPr>
        <w:numPr>
          <w:ilvl w:val="0"/>
          <w:numId w:val="99"/>
        </w:numPr>
      </w:pPr>
      <w:r>
        <w:t>出场人物：沈知微、顾承泽、叶蓁</w:t>
      </w:r>
    </w:p>
    <w:p>
      <w:pPr>
        <w:numPr>
          <w:ilvl w:val="0"/>
          <w:numId w:val="99"/>
        </w:numPr>
      </w:pPr>
      <w:r>
        <w:t>关键道具：项目款流水、债务协议索引</w:t>
      </w:r>
    </w:p>
    <w:p>
      <w:pPr>
        <w:pStyle w:val="Heading3"/>
      </w:pPr>
      <w:r>
        <w:t>动作</w:t>
      </w:r>
    </w:p>
    <w:p>
      <w:r>
        <w:t>顾承泽推门合上电脑。沈知微重新掀开屏幕，转向叶蓁，但不展示私人金额。叶蓁放大未显示完整的备注栏。</w:t>
      </w:r>
    </w:p>
    <w:p>
      <w:r>
        <w:t>顾承泽看见备注，第一次失去完整的安抚句。</w:t>
      </w:r>
    </w:p>
    <w:p>
      <w:pPr>
        <w:pStyle w:val="Heading3"/>
      </w:pPr>
      <w:r>
        <w:t>对白</w:t>
      </w:r>
    </w:p>
    <w:p>
      <w:r>
        <w:t>顾承泽：我替她处理麻烦，也是为了这个家。</w:t>
      </w:r>
    </w:p>
    <w:p>
      <w:r>
        <w:t>沈知微：用项目备用账户，替她处理从没告诉我的债？</w:t>
      </w:r>
    </w:p>
    <w:p>
      <w:r>
        <w:t>顾承泽：钱我会补回去。现在最重要的是找到她。</w:t>
      </w:r>
    </w:p>
    <w:p>
      <w:r>
        <w:t>沈知微：你在案发前就知道她的债，也知道隐藏机位朝服务门。</w:t>
      </w:r>
    </w:p>
    <w:p>
      <w:r>
        <w:t>叶蓁：这不是普通借款。备注是——协议第一期。</w:t>
      </w:r>
    </w:p>
    <w:p>
      <w:r>
        <w:t>顾承泽：关掉。</w:t>
      </w:r>
    </w:p>
    <w:p>
      <w:r>
        <w:t>沈知微：第一期之后，你还要她付什么？</w:t>
      </w:r>
    </w:p>
    <w:p>
      <w:pPr>
        <w:pStyle w:val="Heading3"/>
      </w:pPr>
      <w:r>
        <w:t>声音与字幕</w:t>
      </w:r>
    </w:p>
    <w:p>
      <w:r>
        <w:t>特写只保留四个字：“协议第一期。”随后屏幕熄灭。</w:t>
      </w:r>
    </w:p>
    <w:p>
      <w:pPr>
        <w:pStyle w:val="Heading3"/>
      </w:pPr>
      <w:r>
        <w:t>信息变化</w:t>
      </w:r>
    </w:p>
    <w:p>
      <w:r>
        <w:t>资金代偿不是临时善意，而是顾承泽与沈念事先协议的一部分；坠落开始呈现共谋结构。</w:t>
      </w:r>
    </w:p>
    <w:p>
      <w:pPr>
        <w:pStyle w:val="DramaHook"/>
      </w:pPr>
      <w:r>
        <w:t>集尾钩子</w:t>
      </w:r>
    </w:p>
    <w:p>
      <w:r>
        <w:t>顾承泽在案发前替沈念偿债，项目流水备注写着：“协议第一期”。</w:t>
      </w:r>
    </w:p>
    <w:p>
      <w:pPr>
        <w:pStyle w:val="Heading2"/>
      </w:pPr>
      <w:r>
        <w:t>连续性更新</w:t>
      </w:r>
    </w:p>
    <w:p>
      <w:pPr>
        <w:numPr>
          <w:ilvl w:val="0"/>
          <w:numId w:val="100"/>
        </w:numPr>
      </w:pPr>
      <w:r>
        <w:t>人物位置：CHAR_ZHIWEI=LOC_STUDIO；CHAR_CHENGZE=LOC_STUDIO；CHAR_YEZHEN=LOC_STUDIO；CHAR_SHENNIAN=位置未知</w:t>
      </w:r>
    </w:p>
    <w:p>
      <w:pPr>
        <w:numPr>
          <w:ilvl w:val="0"/>
          <w:numId w:val="100"/>
        </w:numPr>
      </w:pPr>
      <w:r>
        <w:t>人物知识：沈知微与叶蓁知道工程隐瞒真相、服务区推车声、债务代偿及“协议第一期”；顾承泽知道资金线已被发现</w:t>
      </w:r>
    </w:p>
    <w:p>
      <w:pPr>
        <w:numPr>
          <w:ilvl w:val="0"/>
          <w:numId w:val="100"/>
        </w:numPr>
      </w:pPr>
      <w:r>
        <w:t>道具状态：PROP_ACCESS_CARD=active；PROP_PROJECT_LEDGER=active/只读来源已记录；PROP_DEBT_AGREEMENT=active/仅发现索引；PROP_ENGINEERING_NUT=active/副秘密已解释</w:t>
      </w:r>
    </w:p>
    <w:p>
      <w:pPr>
        <w:numPr>
          <w:ilvl w:val="0"/>
          <w:numId w:val="100"/>
        </w:numPr>
      </w:pPr>
      <w:r>
        <w:t>时间线：D2-09:32 至 D2-13:10</w:t>
      </w:r>
    </w:p>
    <w:p>
      <w:pPr>
        <w:numPr>
          <w:ilvl w:val="0"/>
          <w:numId w:val="100"/>
        </w:numPr>
      </w:pPr>
      <w:r>
        <w:t>伏笔：CLUE04=closed；CLUE05=opened；叶蓁=有条件盟友；服务区推车声=seeded</w:t>
      </w:r>
    </w:p>
    <w:p>
      <w:pPr>
        <w:pStyle w:val="DramaMeta"/>
      </w:pPr>
      <w:r>
        <w:t>来源文件：episodes/EP005.md</w:t>
      </w:r>
    </w:p>
    <w:p>
      <w:r>
        <w:br w:type="page"/>
      </w:r>
    </w:p>
    <w:p>
      <w:pPr>
        <w:pStyle w:val="Subtitle"/>
      </w:pPr>
      <w:r>
        <w:t>PRODUCTION MEMO / SHOOTING DRAFT</w:t>
      </w:r>
    </w:p>
    <w:p>
      <w:pPr>
        <w:pStyle w:val="Heading1"/>
        <w:spacing w:before="40"/>
      </w:pPr>
      <w:r>
        <w:t>《全家都说我推了妹妹》 · EP006</w:t>
      </w:r>
    </w:p>
    <w:p>
      <w:pPr>
        <w:spacing w:after="240"/>
      </w:pPr>
      <w:r>
        <w:rPr>
          <w:rFonts w:ascii="Microsoft YaHei" w:hAnsi="Microsoft YaHei" w:eastAsia="Microsoft YaHei"/>
          <w:b/>
          <w:color w:val="1F2937"/>
          <w:sz w:val="28"/>
        </w:rPr>
        <w:t>活着的共谋</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101"/>
        </w:numPr>
      </w:pPr>
      <w:r>
        <w:t>修订号：1.0.0</w:t>
      </w:r>
    </w:p>
    <w:p>
      <w:pPr>
        <w:numPr>
          <w:ilvl w:val="0"/>
          <w:numId w:val="101"/>
        </w:numPr>
      </w:pPr>
      <w:r>
        <w:t>状态：locked</w:t>
      </w:r>
    </w:p>
    <w:p>
      <w:pPr>
        <w:numPr>
          <w:ilvl w:val="0"/>
          <w:numId w:val="101"/>
        </w:numPr>
      </w:pPr>
      <w:r>
        <w:t>目标时长：240 秒</w:t>
      </w:r>
    </w:p>
    <w:p>
      <w:pPr>
        <w:numPr>
          <w:ilvl w:val="0"/>
          <w:numId w:val="101"/>
        </w:numPr>
      </w:pPr>
      <w:r>
        <w:t>本集目标：沈知微要在服务区影像被覆盖前找到“坠落”后的独立画面，并接受妹妹可能参与构陷的事实。</w:t>
      </w:r>
    </w:p>
    <w:p>
      <w:pPr>
        <w:pStyle w:val="Heading2"/>
      </w:pPr>
      <w:r>
        <w:t>场 1</w:t>
      </w:r>
    </w:p>
    <w:p>
      <w:pPr>
        <w:numPr>
          <w:ilvl w:val="0"/>
          <w:numId w:val="102"/>
        </w:numPr>
      </w:pPr>
      <w:r>
        <w:t>内/外景：内景</w:t>
      </w:r>
    </w:p>
    <w:p>
      <w:pPr>
        <w:numPr>
          <w:ilvl w:val="0"/>
          <w:numId w:val="102"/>
        </w:numPr>
      </w:pPr>
      <w:r>
        <w:t>地点：样板屋服务通道·停车设备柜</w:t>
      </w:r>
    </w:p>
    <w:p>
      <w:pPr>
        <w:numPr>
          <w:ilvl w:val="0"/>
          <w:numId w:val="102"/>
        </w:numPr>
      </w:pPr>
      <w:r>
        <w:t>时间：D2 19:40，夜</w:t>
      </w:r>
    </w:p>
    <w:p>
      <w:pPr>
        <w:numPr>
          <w:ilvl w:val="0"/>
          <w:numId w:val="102"/>
        </w:numPr>
      </w:pPr>
      <w:r>
        <w:t>出场人物：沈知微、叶蓁、陈默</w:t>
      </w:r>
    </w:p>
    <w:p>
      <w:pPr>
        <w:numPr>
          <w:ilvl w:val="0"/>
          <w:numId w:val="102"/>
        </w:numPr>
      </w:pPr>
      <w:r>
        <w:t>关键道具：停车设备本地循环片段、维护编号、日志导出件</w:t>
      </w:r>
    </w:p>
    <w:p>
      <w:pPr>
        <w:pStyle w:val="Heading3"/>
      </w:pPr>
      <w:r>
        <w:t>动作</w:t>
      </w:r>
    </w:p>
    <w:p>
      <w:r>
        <w:t>设备柜弹出“即将循环覆盖”的提示。陈默按叶蓁提供的维护编号找到三个碎片：推车轮、运动鞋和一截带血外套，没有完整人脸。</w:t>
      </w:r>
    </w:p>
    <w:p>
      <w:r>
        <w:t>沈知微阻止直接播放，先让陈默生成原始副本，分别交叶蓁和陈默保管，她自己只看工作副本。</w:t>
      </w:r>
    </w:p>
    <w:p>
      <w:pPr>
        <w:pStyle w:val="Heading3"/>
      </w:pPr>
      <w:r>
        <w:t>对白</w:t>
      </w:r>
    </w:p>
    <w:p>
      <w:r>
        <w:t>陈默：再过二十分钟，这段会被新画面覆盖。</w:t>
      </w:r>
    </w:p>
    <w:p>
      <w:r>
        <w:t>叶蓁：先看，来不及了。</w:t>
      </w:r>
    </w:p>
    <w:p>
      <w:r>
        <w:t>沈知微：先保存。我要是看见不想看的，也不能让它消失。</w:t>
      </w:r>
    </w:p>
    <w:p>
      <w:r>
        <w:t>陈默：三份来源记录，谁都不能单独改口。</w:t>
      </w:r>
    </w:p>
    <w:p>
      <w:pPr>
        <w:pStyle w:val="Heading3"/>
      </w:pPr>
      <w:r>
        <w:t>声音与字幕</w:t>
      </w:r>
    </w:p>
    <w:p>
      <w:r>
        <w:t>界面仅显示：“原始片段已保存 / 工作副本 / 剩余覆盖时间 19:42”，不展示操作路径。</w:t>
      </w:r>
    </w:p>
    <w:p>
      <w:pPr>
        <w:pStyle w:val="Heading3"/>
      </w:pPr>
      <w:r>
        <w:t>信息变化</w:t>
      </w:r>
    </w:p>
    <w:p>
      <w:r>
        <w:t>停车区影像获得独立保存链；沈知微主动放弃删去不利事实的机会。</w:t>
      </w:r>
    </w:p>
    <w:p>
      <w:pPr>
        <w:pStyle w:val="Heading2"/>
      </w:pPr>
      <w:r>
        <w:t>场 2</w:t>
      </w:r>
    </w:p>
    <w:p>
      <w:pPr>
        <w:numPr>
          <w:ilvl w:val="0"/>
          <w:numId w:val="103"/>
        </w:numPr>
      </w:pPr>
      <w:r>
        <w:t>内/外景：内景</w:t>
      </w:r>
    </w:p>
    <w:p>
      <w:pPr>
        <w:numPr>
          <w:ilvl w:val="0"/>
          <w:numId w:val="103"/>
        </w:numPr>
      </w:pPr>
      <w:r>
        <w:t>地点：样板屋服务通道·停车设备柜</w:t>
      </w:r>
    </w:p>
    <w:p>
      <w:pPr>
        <w:numPr>
          <w:ilvl w:val="0"/>
          <w:numId w:val="103"/>
        </w:numPr>
      </w:pPr>
      <w:r>
        <w:t>时间：D2 19:48，夜</w:t>
      </w:r>
    </w:p>
    <w:p>
      <w:pPr>
        <w:numPr>
          <w:ilvl w:val="0"/>
          <w:numId w:val="103"/>
        </w:numPr>
      </w:pPr>
      <w:r>
        <w:t>出场人物：沈知微、叶蓁、陈默</w:t>
      </w:r>
    </w:p>
    <w:p>
      <w:pPr>
        <w:numPr>
          <w:ilvl w:val="0"/>
          <w:numId w:val="103"/>
        </w:numPr>
      </w:pPr>
      <w:r>
        <w:t>关键道具：停车影像、露台血迹照片、推车</w:t>
      </w:r>
    </w:p>
    <w:p>
      <w:pPr>
        <w:pStyle w:val="Heading3"/>
      </w:pPr>
      <w:r>
        <w:t>动作</w:t>
      </w:r>
    </w:p>
    <w:p>
      <w:r>
        <w:t>工作副本中，一个戴帽的人推车经过，只露出鞋和外套下摆。沈知微把外套血迹位置与 EP001 的栏杆高度叠在透明定位图上。</w:t>
      </w:r>
    </w:p>
    <w:p>
      <w:r>
        <w:t>叶蓁想快进到人脸，沈知微按住键盘，坚持看完整时间段。</w:t>
      </w:r>
    </w:p>
    <w:p>
      <w:pPr>
        <w:pStyle w:val="Heading3"/>
      </w:pPr>
      <w:r>
        <w:t>对白</w:t>
      </w:r>
    </w:p>
    <w:p>
      <w:r>
        <w:t>叶蓁：这身形可能是顾承泽。</w:t>
      </w:r>
    </w:p>
    <w:p>
      <w:r>
        <w:t>沈知微：血在右侧下摆。现场血手印在栏杆内侧，这件外套是贴过栏杆，不是抱过人。</w:t>
      </w:r>
    </w:p>
    <w:p>
      <w:r>
        <w:t>陈默：鞋码也小。</w:t>
      </w:r>
    </w:p>
    <w:p>
      <w:r>
        <w:t>叶蓁：那就快进。</w:t>
      </w:r>
    </w:p>
    <w:p>
      <w:r>
        <w:t>沈知微：不。跳过的地方最容易替人说谎。</w:t>
      </w:r>
    </w:p>
    <w:p>
      <w:pPr>
        <w:pStyle w:val="Heading3"/>
      </w:pPr>
      <w:r>
        <w:t>声音与字幕</w:t>
      </w:r>
    </w:p>
    <w:p>
      <w:r>
        <w:t>时间码连续前进：“21:13:40—21:15:02”。轮子声与 EP005 叶蓁描述一致。</w:t>
      </w:r>
    </w:p>
    <w:p>
      <w:pPr>
        <w:pStyle w:val="Heading3"/>
      </w:pPr>
      <w:r>
        <w:t>信息变化</w:t>
      </w:r>
    </w:p>
    <w:p>
      <w:r>
        <w:t>穿带血外套的人更接近沈念身形；推车与服务门日志形成连续动线。</w:t>
      </w:r>
    </w:p>
    <w:p>
      <w:pPr>
        <w:pStyle w:val="Heading2"/>
      </w:pPr>
      <w:r>
        <w:t>场 3</w:t>
      </w:r>
    </w:p>
    <w:p>
      <w:pPr>
        <w:numPr>
          <w:ilvl w:val="0"/>
          <w:numId w:val="104"/>
        </w:numPr>
      </w:pPr>
      <w:r>
        <w:t>内/外景：内景</w:t>
      </w:r>
    </w:p>
    <w:p>
      <w:pPr>
        <w:numPr>
          <w:ilvl w:val="0"/>
          <w:numId w:val="104"/>
        </w:numPr>
      </w:pPr>
      <w:r>
        <w:t>地点：样板屋服务通道·停车设备柜</w:t>
      </w:r>
    </w:p>
    <w:p>
      <w:pPr>
        <w:numPr>
          <w:ilvl w:val="0"/>
          <w:numId w:val="104"/>
        </w:numPr>
      </w:pPr>
      <w:r>
        <w:t>时间：D2 19:53，夜</w:t>
      </w:r>
    </w:p>
    <w:p>
      <w:pPr>
        <w:numPr>
          <w:ilvl w:val="0"/>
          <w:numId w:val="104"/>
        </w:numPr>
      </w:pPr>
      <w:r>
        <w:t>出场人物：沈知微、沈念（影像）、叶蓁、陈默</w:t>
      </w:r>
    </w:p>
    <w:p>
      <w:pPr>
        <w:numPr>
          <w:ilvl w:val="0"/>
          <w:numId w:val="104"/>
        </w:numPr>
      </w:pPr>
      <w:r>
        <w:t>关键道具：停车影像、带血外套、帽子</w:t>
      </w:r>
    </w:p>
    <w:p>
      <w:pPr>
        <w:pStyle w:val="Heading3"/>
      </w:pPr>
      <w:r>
        <w:t>动作</w:t>
      </w:r>
    </w:p>
    <w:p>
      <w:r>
        <w:t>画面里的人停在柱后，摘下帽子——是沈念。她自己脱下带血外套，换上推车里的浅色夹克，动作熟练。</w:t>
      </w:r>
    </w:p>
    <w:p>
      <w:r>
        <w:t>临走前，沈念回头，准确看向隐藏机位方向，随后避开正面镜头走向停车区另一端。</w:t>
      </w:r>
    </w:p>
    <w:p>
      <w:r>
        <w:t>沈知微把画面停在妹妹睁着的眼睛上，手没有离开播放键。</w:t>
      </w:r>
    </w:p>
    <w:p>
      <w:pPr>
        <w:pStyle w:val="Heading3"/>
      </w:pPr>
      <w:r>
        <w:t>对白</w:t>
      </w:r>
    </w:p>
    <w:p>
      <w:r>
        <w:t>叶蓁：至少她活着。</w:t>
      </w:r>
    </w:p>
    <w:p>
      <w:r>
        <w:t>沈知微：她知道镜头在哪。</w:t>
      </w:r>
    </w:p>
    <w:p>
      <w:r>
        <w:t>陈默：也知道怎么不留下正脸。</w:t>
      </w:r>
    </w:p>
    <w:p>
      <w:r>
        <w:t>沈知微：继续保存。她活着，不等于她没有参与。</w:t>
      </w:r>
    </w:p>
    <w:p>
      <w:pPr>
        <w:pStyle w:val="Heading3"/>
      </w:pPr>
      <w:r>
        <w:t>声音与字幕</w:t>
      </w:r>
    </w:p>
    <w:p>
      <w:r>
        <w:t>无配乐。只保留拉链、衣料和远处车辆启动声。字幕：“21:14:36”。</w:t>
      </w:r>
    </w:p>
    <w:p>
      <w:pPr>
        <w:pStyle w:val="Heading3"/>
      </w:pPr>
      <w:r>
        <w:t>信息变化</w:t>
      </w:r>
    </w:p>
    <w:p>
      <w:r>
        <w:t>沈念确认存活，并主动参与换衣、避镜头与制造坠落假象；全季案件模型发生中段改写。</w:t>
      </w:r>
    </w:p>
    <w:p>
      <w:pPr>
        <w:pStyle w:val="Heading2"/>
      </w:pPr>
      <w:r>
        <w:t>场 4</w:t>
      </w:r>
    </w:p>
    <w:p>
      <w:pPr>
        <w:numPr>
          <w:ilvl w:val="0"/>
          <w:numId w:val="105"/>
        </w:numPr>
      </w:pPr>
      <w:r>
        <w:t>内/外景：内景</w:t>
      </w:r>
    </w:p>
    <w:p>
      <w:pPr>
        <w:numPr>
          <w:ilvl w:val="0"/>
          <w:numId w:val="105"/>
        </w:numPr>
      </w:pPr>
      <w:r>
        <w:t>地点：知微空间工作室·夜间资料区</w:t>
      </w:r>
    </w:p>
    <w:p>
      <w:pPr>
        <w:numPr>
          <w:ilvl w:val="0"/>
          <w:numId w:val="105"/>
        </w:numPr>
      </w:pPr>
      <w:r>
        <w:t>时间：D2 20:10，夜</w:t>
      </w:r>
    </w:p>
    <w:p>
      <w:pPr>
        <w:numPr>
          <w:ilvl w:val="0"/>
          <w:numId w:val="105"/>
        </w:numPr>
      </w:pPr>
      <w:r>
        <w:t>出场人物：沈知微、顾承泽（电话）、叶蓁、陈默</w:t>
      </w:r>
    </w:p>
    <w:p>
      <w:pPr>
        <w:numPr>
          <w:ilvl w:val="0"/>
          <w:numId w:val="105"/>
        </w:numPr>
      </w:pPr>
      <w:r>
        <w:t>关键道具：停车影像副本、手机、债务协议索引</w:t>
      </w:r>
    </w:p>
    <w:p>
      <w:pPr>
        <w:pStyle w:val="Heading3"/>
      </w:pPr>
      <w:r>
        <w:t>动作</w:t>
      </w:r>
    </w:p>
    <w:p>
      <w:r>
        <w:t>三人分别签下片段来源记录。沈知微把“妹妹失踪”从白板上划掉，改成“24小时？谁改了计划”。</w:t>
      </w:r>
    </w:p>
    <w:p>
      <w:r>
        <w:t>顾承泽来电。沈知微打开免提，却不透露看见了什么。</w:t>
      </w:r>
    </w:p>
    <w:p>
      <w:pPr>
        <w:pStyle w:val="Heading3"/>
      </w:pPr>
      <w:r>
        <w:t>对白</w:t>
      </w:r>
    </w:p>
    <w:p>
      <w:r>
        <w:t>顾承泽（电话）：找到你想找的人了吗？</w:t>
      </w:r>
    </w:p>
    <w:p>
      <w:r>
        <w:t>沈知微：你希望我找到谁？</w:t>
      </w:r>
    </w:p>
    <w:p>
      <w:r>
        <w:t>顾承泽：我希望你先回家。我们一起解决。</w:t>
      </w:r>
    </w:p>
    <w:p>
      <w:r>
        <w:t>沈知微：从现在起，没有“我们”。只有谁做了什么。</w:t>
      </w:r>
    </w:p>
    <w:p>
      <w:r>
        <w:t>顾承泽：知微，你会后悔看下去。</w:t>
      </w:r>
    </w:p>
    <w:p>
      <w:r>
        <w:t>沈知微：那也是我自己看。</w:t>
      </w:r>
    </w:p>
    <w:p>
      <w:pPr>
        <w:pStyle w:val="Heading3"/>
      </w:pPr>
      <w:r>
        <w:t>声音与字幕</w:t>
      </w:r>
    </w:p>
    <w:p>
      <w:r>
        <w:t>电话挂断。白板留下三个词：“原计划 / 升级 / 谁获利”。</w:t>
      </w:r>
    </w:p>
    <w:p>
      <w:pPr>
        <w:pStyle w:val="Heading3"/>
      </w:pPr>
      <w:r>
        <w:t>信息变化</w:t>
      </w:r>
    </w:p>
    <w:p>
      <w:r>
        <w:t>沈知微洗脱“把妹妹推下露台”的核心事实，却必须调查妹妹为何参与以及顾承泽如何升级计划。</w:t>
      </w:r>
    </w:p>
    <w:p>
      <w:pPr>
        <w:pStyle w:val="DramaHook"/>
      </w:pPr>
      <w:r>
        <w:t>集尾钩子</w:t>
      </w:r>
    </w:p>
    <w:p>
      <w:r>
        <w:t>停车影像里，沈念在所谓坠落后亲手换掉带血外套，并回头确认隐藏机位。</w:t>
      </w:r>
    </w:p>
    <w:p>
      <w:pPr>
        <w:pStyle w:val="Heading2"/>
      </w:pPr>
      <w:r>
        <w:t>连续性更新</w:t>
      </w:r>
    </w:p>
    <w:p>
      <w:pPr>
        <w:numPr>
          <w:ilvl w:val="0"/>
          <w:numId w:val="106"/>
        </w:numPr>
      </w:pPr>
      <w:r>
        <w:t>人物位置：CHAR_ZHIWEI=LOC_STUDIO；CHAR_YEZHEN=LOC_STUDIO；CHAR_CHENMO=LOC_STUDIO；CHAR_SHENNIAN=位置未知/确认存活；CHAR_CHENGZE=位置未公开</w:t>
      </w:r>
    </w:p>
    <w:p>
      <w:pPr>
        <w:numPr>
          <w:ilvl w:val="0"/>
          <w:numId w:val="106"/>
        </w:numPr>
      </w:pPr>
      <w:r>
        <w:t>人物知识：沈知微、叶蓁、陈默确认沈念参与假失踪；顾承泽知道他们找到“人”，不确定片段内容</w:t>
      </w:r>
    </w:p>
    <w:p>
      <w:pPr>
        <w:numPr>
          <w:ilvl w:val="0"/>
          <w:numId w:val="106"/>
        </w:numPr>
      </w:pPr>
      <w:r>
        <w:t>道具状态：PROP_EDITED_VIDEO=active；PROP_LOG_EXPORT=active；PROP_DEBT_AGREEMENT=active/仅有索引；停车影像=active/三方来源记录</w:t>
      </w:r>
    </w:p>
    <w:p>
      <w:pPr>
        <w:numPr>
          <w:ilvl w:val="0"/>
          <w:numId w:val="106"/>
        </w:numPr>
      </w:pPr>
      <w:r>
        <w:t>时间线：D2-19:40 至 D2-20:10</w:t>
      </w:r>
    </w:p>
    <w:p>
      <w:pPr>
        <w:numPr>
          <w:ilvl w:val="0"/>
          <w:numId w:val="106"/>
        </w:numPr>
      </w:pPr>
      <w:r>
        <w:t>伏笔：CLUE06=opened；全季中段改写=paid_off；顾承泽计划升级=opened</w:t>
      </w:r>
    </w:p>
    <w:p>
      <w:pPr>
        <w:pStyle w:val="DramaMeta"/>
      </w:pPr>
      <w:r>
        <w:t>来源文件：episodes/EP006.md</w:t>
      </w:r>
    </w:p>
    <w:p>
      <w:r>
        <w:br w:type="page"/>
      </w:r>
    </w:p>
    <w:p>
      <w:pPr>
        <w:pStyle w:val="Subtitle"/>
      </w:pPr>
      <w:r>
        <w:t>PRODUCTION MEMO / SHOOTING DRAFT</w:t>
      </w:r>
    </w:p>
    <w:p>
      <w:pPr>
        <w:pStyle w:val="Heading1"/>
        <w:spacing w:before="40"/>
      </w:pPr>
      <w:r>
        <w:t>《全家都说我推了妹妹》 · EP007</w:t>
      </w:r>
    </w:p>
    <w:p>
      <w:pPr>
        <w:spacing w:after="240"/>
      </w:pPr>
      <w:r>
        <w:rPr>
          <w:rFonts w:ascii="Microsoft YaHei" w:hAnsi="Microsoft YaHei" w:eastAsia="Microsoft YaHei"/>
          <w:b/>
          <w:color w:val="1F2937"/>
          <w:sz w:val="28"/>
        </w:rPr>
        <w:t>协议背面的警告</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107"/>
        </w:numPr>
      </w:pPr>
      <w:r>
        <w:t>修订号：1.0.0</w:t>
      </w:r>
    </w:p>
    <w:p>
      <w:pPr>
        <w:numPr>
          <w:ilvl w:val="0"/>
          <w:numId w:val="107"/>
        </w:numPr>
      </w:pPr>
      <w:r>
        <w:t>状态：locked</w:t>
      </w:r>
    </w:p>
    <w:p>
      <w:pPr>
        <w:numPr>
          <w:ilvl w:val="0"/>
          <w:numId w:val="107"/>
        </w:numPr>
      </w:pPr>
      <w:r>
        <w:t>目标时长：240 秒</w:t>
      </w:r>
    </w:p>
    <w:p>
      <w:pPr>
        <w:numPr>
          <w:ilvl w:val="0"/>
          <w:numId w:val="107"/>
        </w:numPr>
      </w:pPr>
      <w:r>
        <w:t>本集目标：沈知微要找到假失踪协议，确认妹妹为何共谋，以及原计划何时被顾承泽改变。</w:t>
      </w:r>
    </w:p>
    <w:p>
      <w:pPr>
        <w:pStyle w:val="Heading2"/>
      </w:pPr>
      <w:r>
        <w:t>场 1</w:t>
      </w:r>
    </w:p>
    <w:p>
      <w:pPr>
        <w:numPr>
          <w:ilvl w:val="0"/>
          <w:numId w:val="108"/>
        </w:numPr>
      </w:pPr>
      <w:r>
        <w:t>内/外景：内景</w:t>
      </w:r>
    </w:p>
    <w:p>
      <w:pPr>
        <w:numPr>
          <w:ilvl w:val="0"/>
          <w:numId w:val="108"/>
        </w:numPr>
      </w:pPr>
      <w:r>
        <w:t>地点：林曼华住所·客厅</w:t>
      </w:r>
    </w:p>
    <w:p>
      <w:pPr>
        <w:numPr>
          <w:ilvl w:val="0"/>
          <w:numId w:val="108"/>
        </w:numPr>
      </w:pPr>
      <w:r>
        <w:t>时间：D2 21:10，夜</w:t>
      </w:r>
    </w:p>
    <w:p>
      <w:pPr>
        <w:numPr>
          <w:ilvl w:val="0"/>
          <w:numId w:val="108"/>
        </w:numPr>
      </w:pPr>
      <w:r>
        <w:t>出场人物：沈知微、林曼华、沈念（影像）</w:t>
      </w:r>
    </w:p>
    <w:p>
      <w:pPr>
        <w:numPr>
          <w:ilvl w:val="0"/>
          <w:numId w:val="108"/>
        </w:numPr>
      </w:pPr>
      <w:r>
        <w:t>关键道具：停车影像、手机</w:t>
      </w:r>
    </w:p>
    <w:p>
      <w:pPr>
        <w:pStyle w:val="Heading3"/>
      </w:pPr>
      <w:r>
        <w:t>动作</w:t>
      </w:r>
    </w:p>
    <w:p>
      <w:r>
        <w:t>林曼华抢过手机，看见沈念在影像里换下外套。她的第一反应不是追问共谋，而是按熄屏幕。</w:t>
      </w:r>
    </w:p>
    <w:p>
      <w:r>
        <w:t>沈知微重新点亮屏幕，把进度条停在沈念回看镜头的一帧。</w:t>
      </w:r>
    </w:p>
    <w:p>
      <w:pPr>
        <w:pStyle w:val="Heading3"/>
      </w:pPr>
      <w:r>
        <w:t>对白</w:t>
      </w:r>
    </w:p>
    <w:p>
      <w:r>
        <w:t>林曼华：她活着就好。先别声张，别把她也毁了。</w:t>
      </w:r>
    </w:p>
    <w:p>
      <w:r>
        <w:t>沈知微：她参与构陷我，这不是一句“活着就好”。</w:t>
      </w:r>
    </w:p>
    <w:p>
      <w:r>
        <w:t>林曼华：你是姐姐，你多担一点。</w:t>
      </w:r>
    </w:p>
    <w:p>
      <w:r>
        <w:t>沈知微：我替她担过账号、债和失败。结果她只能用消失证明自己。</w:t>
      </w:r>
    </w:p>
    <w:p>
      <w:r>
        <w:t>林曼华：都是一家人。</w:t>
      </w:r>
    </w:p>
    <w:p>
      <w:r>
        <w:t>沈知微：一家人也要把谁做了什么说清楚。</w:t>
      </w:r>
    </w:p>
    <w:p>
      <w:pPr>
        <w:pStyle w:val="Heading3"/>
      </w:pPr>
      <w:r>
        <w:t>声音与字幕</w:t>
      </w:r>
    </w:p>
    <w:p>
      <w:r>
        <w:t>手机定格：“沈念 / 21:14:36 / 停车区本地片段”。</w:t>
      </w:r>
    </w:p>
    <w:p>
      <w:pPr>
        <w:pStyle w:val="Heading3"/>
      </w:pPr>
      <w:r>
        <w:t>信息变化</w:t>
      </w:r>
    </w:p>
    <w:p>
      <w:r>
        <w:t>沈知微拒绝再次替妹妹隐瞒；母女关系因“姐姐应多承担”的旧规则公开破裂。</w:t>
      </w:r>
    </w:p>
    <w:p>
      <w:pPr>
        <w:pStyle w:val="Heading2"/>
      </w:pPr>
      <w:r>
        <w:t>场 2</w:t>
      </w:r>
    </w:p>
    <w:p>
      <w:pPr>
        <w:numPr>
          <w:ilvl w:val="0"/>
          <w:numId w:val="109"/>
        </w:numPr>
      </w:pPr>
      <w:r>
        <w:t>内/外景：内景</w:t>
      </w:r>
    </w:p>
    <w:p>
      <w:pPr>
        <w:numPr>
          <w:ilvl w:val="0"/>
          <w:numId w:val="109"/>
        </w:numPr>
      </w:pPr>
      <w:r>
        <w:t>地点：知微空间工作室·项目档案区</w:t>
      </w:r>
    </w:p>
    <w:p>
      <w:pPr>
        <w:numPr>
          <w:ilvl w:val="0"/>
          <w:numId w:val="109"/>
        </w:numPr>
      </w:pPr>
      <w:r>
        <w:t>时间：D2 21:45，夜</w:t>
      </w:r>
    </w:p>
    <w:p>
      <w:pPr>
        <w:numPr>
          <w:ilvl w:val="0"/>
          <w:numId w:val="109"/>
        </w:numPr>
      </w:pPr>
      <w:r>
        <w:t>出场人物：沈知微、叶蓁</w:t>
      </w:r>
    </w:p>
    <w:p>
      <w:pPr>
        <w:numPr>
          <w:ilvl w:val="0"/>
          <w:numId w:val="109"/>
        </w:numPr>
      </w:pPr>
      <w:r>
        <w:t>关键道具：项目流水、虚假供应商附件、债务代偿协议</w:t>
      </w:r>
    </w:p>
    <w:p>
      <w:pPr>
        <w:pStyle w:val="Heading3"/>
      </w:pPr>
      <w:r>
        <w:t>动作</w:t>
      </w:r>
    </w:p>
    <w:p>
      <w:r>
        <w:t>叶蓁按“协议第一期”的付款编号反查附件。一个名为“布景耗材补充”的文件夹里，夹着沈念签名的债务代偿与假失踪协议复写件。</w:t>
      </w:r>
    </w:p>
    <w:p>
      <w:r>
        <w:t>沈知微先拍归档路径和文件页码，再打开正文。协议写明：制造家庭冲突后失联二十四小时，顾承泽代偿债务。</w:t>
      </w:r>
    </w:p>
    <w:p>
      <w:pPr>
        <w:pStyle w:val="Heading3"/>
      </w:pPr>
      <w:r>
        <w:t>对白</w:t>
      </w:r>
    </w:p>
    <w:p>
      <w:r>
        <w:t>叶蓁：供应商是空壳名字，附件却是真签名。</w:t>
      </w:r>
    </w:p>
    <w:p>
      <w:r>
        <w:t>沈知微：约定多久？</w:t>
      </w:r>
    </w:p>
    <w:p>
      <w:r>
        <w:t>叶蓁：二十四小时。没有监控剪辑，没有长期藏匿，也没有让我背推人嫌疑。</w:t>
      </w:r>
    </w:p>
    <w:p>
      <w:r>
        <w:t>沈知微：所以沈念签了局，顾承泽换了结局。</w:t>
      </w:r>
    </w:p>
    <w:p>
      <w:pPr>
        <w:pStyle w:val="Heading3"/>
      </w:pPr>
      <w:r>
        <w:t>声音与字幕</w:t>
      </w:r>
    </w:p>
    <w:p>
      <w:r>
        <w:t>协议只显示必要条款：“失联时长：24小时 / 债务代偿 / 签署人：沈念、顾承泽”。</w:t>
      </w:r>
    </w:p>
    <w:p>
      <w:pPr>
        <w:pStyle w:val="Heading3"/>
      </w:pPr>
      <w:r>
        <w:t>信息变化</w:t>
      </w:r>
    </w:p>
    <w:p>
      <w:r>
        <w:t>沈念确实同意假失踪，但书面原计划只有二十四小时；构陷与长期控制并非她签署的内容。</w:t>
      </w:r>
    </w:p>
    <w:p>
      <w:pPr>
        <w:pStyle w:val="Heading2"/>
      </w:pPr>
      <w:r>
        <w:t>场 3</w:t>
      </w:r>
    </w:p>
    <w:p>
      <w:pPr>
        <w:numPr>
          <w:ilvl w:val="0"/>
          <w:numId w:val="110"/>
        </w:numPr>
      </w:pPr>
      <w:r>
        <w:t>内/外景：内景</w:t>
      </w:r>
    </w:p>
    <w:p>
      <w:pPr>
        <w:numPr>
          <w:ilvl w:val="0"/>
          <w:numId w:val="110"/>
        </w:numPr>
      </w:pPr>
      <w:r>
        <w:t>地点：知微空间工作室·项目档案区</w:t>
      </w:r>
    </w:p>
    <w:p>
      <w:pPr>
        <w:numPr>
          <w:ilvl w:val="0"/>
          <w:numId w:val="110"/>
        </w:numPr>
      </w:pPr>
      <w:r>
        <w:t>时间：D2 22:05，夜</w:t>
      </w:r>
    </w:p>
    <w:p>
      <w:pPr>
        <w:numPr>
          <w:ilvl w:val="0"/>
          <w:numId w:val="110"/>
        </w:numPr>
      </w:pPr>
      <w:r>
        <w:t>出场人物：沈知微、顾承泽（电话）、叶蓁</w:t>
      </w:r>
    </w:p>
    <w:p>
      <w:pPr>
        <w:numPr>
          <w:ilvl w:val="0"/>
          <w:numId w:val="110"/>
        </w:numPr>
      </w:pPr>
      <w:r>
        <w:t>关键道具：债务协议、项目款流水、审计节点表</w:t>
      </w:r>
    </w:p>
    <w:p>
      <w:pPr>
        <w:pStyle w:val="Heading3"/>
      </w:pPr>
      <w:r>
        <w:t>动作</w:t>
      </w:r>
    </w:p>
    <w:p>
      <w:r>
        <w:t>沈知微把协议签署日、项目款异常支出和三天后的审计节点排成一列。协议签完后，资金缺口仍持续扩大。</w:t>
      </w:r>
    </w:p>
    <w:p>
      <w:r>
        <w:t>顾承泽发来语音：“别让你妈看那些不完整的东西。”沈知微没有回复，只把语音来源记录在时间线上。</w:t>
      </w:r>
    </w:p>
    <w:p>
      <w:pPr>
        <w:pStyle w:val="Heading3"/>
      </w:pPr>
      <w:r>
        <w:t>对白</w:t>
      </w:r>
    </w:p>
    <w:p>
      <w:r>
        <w:t>叶蓁：如果他只想帮沈念逼你放手，二十四小时后人就该回来。</w:t>
      </w:r>
    </w:p>
    <w:p>
      <w:r>
        <w:t>沈知微：但审计三天后进场。他需要我失去签字权，也需要沈念一直不可信。</w:t>
      </w:r>
    </w:p>
    <w:p>
      <w:r>
        <w:t>叶蓁：你现在公开协议，也会把妹妹推到共谋位置。</w:t>
      </w:r>
    </w:p>
    <w:p>
      <w:r>
        <w:t>沈知微：事实不因对我有利才算证据。</w:t>
      </w:r>
    </w:p>
    <w:p>
      <w:pPr>
        <w:pStyle w:val="Heading3"/>
      </w:pPr>
      <w:r>
        <w:t>声音与字幕</w:t>
      </w:r>
    </w:p>
    <w:p>
      <w:r>
        <w:t>时间线字幕：“协议签署 → 资金缺口扩大 → 纪念夜 → 审计倒计时”。</w:t>
      </w:r>
    </w:p>
    <w:p>
      <w:pPr>
        <w:pStyle w:val="Heading3"/>
      </w:pPr>
      <w:r>
        <w:t>信息变化</w:t>
      </w:r>
    </w:p>
    <w:p>
      <w:r>
        <w:t>顾承泽升级计划的资金动机明确；沈知微选择保留同时不利于姐妹双方的事实。</w:t>
      </w:r>
    </w:p>
    <w:p>
      <w:pPr>
        <w:pStyle w:val="Heading2"/>
      </w:pPr>
      <w:r>
        <w:t>场 4</w:t>
      </w:r>
    </w:p>
    <w:p>
      <w:pPr>
        <w:numPr>
          <w:ilvl w:val="0"/>
          <w:numId w:val="111"/>
        </w:numPr>
      </w:pPr>
      <w:r>
        <w:t>内/外景：内景</w:t>
      </w:r>
    </w:p>
    <w:p>
      <w:pPr>
        <w:numPr>
          <w:ilvl w:val="0"/>
          <w:numId w:val="111"/>
        </w:numPr>
      </w:pPr>
      <w:r>
        <w:t>地点：知微空间工作室·模型灯台</w:t>
      </w:r>
    </w:p>
    <w:p>
      <w:pPr>
        <w:numPr>
          <w:ilvl w:val="0"/>
          <w:numId w:val="111"/>
        </w:numPr>
      </w:pPr>
      <w:r>
        <w:t>时间：D2 22:30，夜</w:t>
      </w:r>
    </w:p>
    <w:p>
      <w:pPr>
        <w:numPr>
          <w:ilvl w:val="0"/>
          <w:numId w:val="111"/>
        </w:numPr>
      </w:pPr>
      <w:r>
        <w:t>出场人物：沈知微、叶蓁</w:t>
      </w:r>
    </w:p>
    <w:p>
      <w:pPr>
        <w:numPr>
          <w:ilvl w:val="0"/>
          <w:numId w:val="111"/>
        </w:numPr>
      </w:pPr>
      <w:r>
        <w:t>关键道具：债务协议复写件、模型灯、警告压痕</w:t>
      </w:r>
    </w:p>
    <w:p>
      <w:pPr>
        <w:pStyle w:val="Heading3"/>
      </w:pPr>
      <w:r>
        <w:t>动作</w:t>
      </w:r>
    </w:p>
    <w:p>
      <w:r>
        <w:t>沈知微发现协议背页有不规则压痕。她没有涂抹或加热，只把复写件放到模型灯侧面，让斜光扫过纸面。</w:t>
      </w:r>
    </w:p>
    <w:p>
      <w:r>
        <w:t>四个凹下的字逐渐可辨。叶蓁拿来固定架，避免手继续接触纸面。</w:t>
      </w:r>
    </w:p>
    <w:p>
      <w:pPr>
        <w:pStyle w:val="Heading3"/>
      </w:pPr>
      <w:r>
        <w:t>对白</w:t>
      </w:r>
    </w:p>
    <w:p>
      <w:r>
        <w:t>叶蓁：像是上面一页写字压下来的。</w:t>
      </w:r>
    </w:p>
    <w:p>
      <w:r>
        <w:t>沈知微：沈念熟悉复写纸，她知道正面会被拿走。</w:t>
      </w:r>
    </w:p>
    <w:p>
      <w:r>
        <w:t>叶蓁：写的什么？</w:t>
      </w:r>
    </w:p>
    <w:p>
      <w:r>
        <w:t>沈知微（逐字）：别、相、信、他。</w:t>
      </w:r>
    </w:p>
    <w:p>
      <w:pPr>
        <w:pStyle w:val="Heading3"/>
      </w:pPr>
      <w:r>
        <w:t>声音与字幕</w:t>
      </w:r>
    </w:p>
    <w:p>
      <w:r>
        <w:t>斜光掠过压痕，字幕同步出现：“别相信他”。不表现任何伪造或显字教程。</w:t>
      </w:r>
    </w:p>
    <w:p>
      <w:pPr>
        <w:pStyle w:val="Heading3"/>
      </w:pPr>
      <w:r>
        <w:t>信息变化</w:t>
      </w:r>
    </w:p>
    <w:p>
      <w:r>
        <w:t>沈念在参与原计划的同时留下警告，证明她已察觉顾承泽会单方面升级。</w:t>
      </w:r>
    </w:p>
    <w:p>
      <w:pPr>
        <w:pStyle w:val="DramaHook"/>
      </w:pPr>
      <w:r>
        <w:t>集尾钩子</w:t>
      </w:r>
    </w:p>
    <w:p>
      <w:r>
        <w:t>协议背面的压痕写着四个字：别相信他。</w:t>
      </w:r>
    </w:p>
    <w:p>
      <w:pPr>
        <w:pStyle w:val="Heading2"/>
      </w:pPr>
      <w:r>
        <w:t>连续性更新</w:t>
      </w:r>
    </w:p>
    <w:p>
      <w:pPr>
        <w:numPr>
          <w:ilvl w:val="0"/>
          <w:numId w:val="112"/>
        </w:numPr>
      </w:pPr>
      <w:r>
        <w:t>人物位置：CHAR_ZHIWEI=LOC_STUDIO；CHAR_YEZHEN=LOC_STUDIO；CHAR_MANHUA=LOC_MOTHER_HOME；CHAR_SHENNIAN=位置未知；CHAR_CHENGZE=位置未公开</w:t>
      </w:r>
    </w:p>
    <w:p>
      <w:pPr>
        <w:numPr>
          <w:ilvl w:val="0"/>
          <w:numId w:val="112"/>
        </w:numPr>
      </w:pPr>
      <w:r>
        <w:t>人物知识：沈知微、叶蓁确认原计划仅 24 小时、顾承泽另有资金动机、沈念留下警告；林曼华知道沈念存活与共谋</w:t>
      </w:r>
    </w:p>
    <w:p>
      <w:pPr>
        <w:numPr>
          <w:ilvl w:val="0"/>
          <w:numId w:val="112"/>
        </w:numPr>
      </w:pPr>
      <w:r>
        <w:t>道具状态：PROP_DEBT_AGREEMENT=active/来源已记录；PROP_WARNING_NOTE=active/斜光可见；PROP_PROJECT_LEDGER=active</w:t>
      </w:r>
    </w:p>
    <w:p>
      <w:pPr>
        <w:numPr>
          <w:ilvl w:val="0"/>
          <w:numId w:val="112"/>
        </w:numPr>
      </w:pPr>
      <w:r>
        <w:t>时间线：D2-21:10 至 D2-22:30</w:t>
      </w:r>
    </w:p>
    <w:p>
      <w:pPr>
        <w:numPr>
          <w:ilvl w:val="0"/>
          <w:numId w:val="112"/>
        </w:numPr>
      </w:pPr>
      <w:r>
        <w:t>伏笔：CLUE05=verified；CLUE07=opened；母女旧规则=opened</w:t>
      </w:r>
    </w:p>
    <w:p>
      <w:pPr>
        <w:pStyle w:val="DramaMeta"/>
      </w:pPr>
      <w:r>
        <w:t>来源文件：episodes/EP007.md</w:t>
      </w:r>
    </w:p>
    <w:p>
      <w:r>
        <w:br w:type="page"/>
      </w:r>
    </w:p>
    <w:p>
      <w:pPr>
        <w:pStyle w:val="Subtitle"/>
      </w:pPr>
      <w:r>
        <w:t>PRODUCTION MEMO / SHOOTING DRAFT</w:t>
      </w:r>
    </w:p>
    <w:p>
      <w:pPr>
        <w:pStyle w:val="Heading1"/>
        <w:spacing w:before="40"/>
      </w:pPr>
      <w:r>
        <w:t>《全家都说我推了妹妹》 · EP008</w:t>
      </w:r>
    </w:p>
    <w:p>
      <w:pPr>
        <w:spacing w:after="240"/>
      </w:pPr>
      <w:r>
        <w:rPr>
          <w:rFonts w:ascii="Microsoft YaHei" w:hAnsi="Microsoft YaHei" w:eastAsia="Microsoft YaHei"/>
          <w:b/>
          <w:color w:val="1F2937"/>
          <w:sz w:val="28"/>
        </w:rPr>
        <w:t>签字换人</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113"/>
        </w:numPr>
      </w:pPr>
      <w:r>
        <w:t>修订号：1.0.0</w:t>
      </w:r>
    </w:p>
    <w:p>
      <w:pPr>
        <w:numPr>
          <w:ilvl w:val="0"/>
          <w:numId w:val="113"/>
        </w:numPr>
      </w:pPr>
      <w:r>
        <w:t>状态：locked</w:t>
      </w:r>
    </w:p>
    <w:p>
      <w:pPr>
        <w:numPr>
          <w:ilvl w:val="0"/>
          <w:numId w:val="113"/>
        </w:numPr>
      </w:pPr>
      <w:r>
        <w:t>目标时长：240 秒</w:t>
      </w:r>
    </w:p>
    <w:p>
      <w:pPr>
        <w:numPr>
          <w:ilvl w:val="0"/>
          <w:numId w:val="113"/>
        </w:numPr>
      </w:pPr>
      <w:r>
        <w:t>本集目标：沈知微要用真实的工作室控制权代价，验证顾承泽是否知道沈念下落，并迫使他暴露下一目标。</w:t>
      </w:r>
    </w:p>
    <w:p>
      <w:pPr>
        <w:pStyle w:val="Heading2"/>
      </w:pPr>
      <w:r>
        <w:t>场 1</w:t>
      </w:r>
    </w:p>
    <w:p>
      <w:pPr>
        <w:numPr>
          <w:ilvl w:val="0"/>
          <w:numId w:val="114"/>
        </w:numPr>
      </w:pPr>
      <w:r>
        <w:t>内/外景：内景</w:t>
      </w:r>
    </w:p>
    <w:p>
      <w:pPr>
        <w:numPr>
          <w:ilvl w:val="0"/>
          <w:numId w:val="114"/>
        </w:numPr>
      </w:pPr>
      <w:r>
        <w:t>地点：林曼华住所·餐桌</w:t>
      </w:r>
    </w:p>
    <w:p>
      <w:pPr>
        <w:numPr>
          <w:ilvl w:val="0"/>
          <w:numId w:val="114"/>
        </w:numPr>
      </w:pPr>
      <w:r>
        <w:t>时间：D3 07:30，日</w:t>
      </w:r>
    </w:p>
    <w:p>
      <w:pPr>
        <w:numPr>
          <w:ilvl w:val="0"/>
          <w:numId w:val="114"/>
        </w:numPr>
      </w:pPr>
      <w:r>
        <w:t>出场人物：沈知微、林曼华、顾承泽（语音）</w:t>
      </w:r>
    </w:p>
    <w:p>
      <w:pPr>
        <w:numPr>
          <w:ilvl w:val="0"/>
          <w:numId w:val="114"/>
        </w:numPr>
      </w:pPr>
      <w:r>
        <w:t>关键道具：控制权转让文件、环境声语音、债务协议</w:t>
      </w:r>
    </w:p>
    <w:p>
      <w:pPr>
        <w:pStyle w:val="Heading3"/>
      </w:pPr>
      <w:r>
        <w:t>动作</w:t>
      </w:r>
    </w:p>
    <w:p>
      <w:r>
        <w:t>顾承泽发来一段十秒环境声：空旷回声、老式卷帘门和远处金属牌碰撞。他附上控制权转让文件，要求上午前签字，才给沈念位置。</w:t>
      </w:r>
    </w:p>
    <w:p>
      <w:r>
        <w:t>林曼华把笔推到沈知微面前。</w:t>
      </w:r>
    </w:p>
    <w:p>
      <w:pPr>
        <w:pStyle w:val="Heading3"/>
      </w:pPr>
      <w:r>
        <w:t>对白</w:t>
      </w:r>
    </w:p>
    <w:p>
      <w:r>
        <w:t>林曼华：公司可以再挣，先把念念换回来。</w:t>
      </w:r>
    </w:p>
    <w:p>
      <w:r>
        <w:t>沈知微：人要救，谁做的选择也要记下来。</w:t>
      </w:r>
    </w:p>
    <w:p>
      <w:r>
        <w:t>林曼华：你还在算责任？</w:t>
      </w:r>
    </w:p>
    <w:p>
      <w:r>
        <w:t>沈知微：我在算他为什么拿到公司后还不肯放人。</w:t>
      </w:r>
    </w:p>
    <w:p>
      <w:r>
        <w:t>顾承泽（语音）：签完，我们就能把家恢复原样。</w:t>
      </w:r>
    </w:p>
    <w:p>
      <w:r>
        <w:t>沈知微：原样就是他替所有人决定。</w:t>
      </w:r>
    </w:p>
    <w:p>
      <w:pPr>
        <w:pStyle w:val="Heading3"/>
      </w:pPr>
      <w:r>
        <w:t>声音与字幕</w:t>
      </w:r>
    </w:p>
    <w:p>
      <w:r>
        <w:t>环境声只作为旧仓范围提示，不做自动精准定位。文件标题：“控制权转让确认”。</w:t>
      </w:r>
    </w:p>
    <w:p>
      <w:pPr>
        <w:pStyle w:val="Heading3"/>
      </w:pPr>
      <w:r>
        <w:t>信息变化</w:t>
      </w:r>
    </w:p>
    <w:p>
      <w:r>
        <w:t>顾承泽以沈念位置交换工作室控制权；沈知微必须承担真实事业损失。</w:t>
      </w:r>
    </w:p>
    <w:p>
      <w:pPr>
        <w:pStyle w:val="Heading2"/>
      </w:pPr>
      <w:r>
        <w:t>场 2</w:t>
      </w:r>
    </w:p>
    <w:p>
      <w:pPr>
        <w:numPr>
          <w:ilvl w:val="0"/>
          <w:numId w:val="115"/>
        </w:numPr>
      </w:pPr>
      <w:r>
        <w:t>内/外景：内景</w:t>
      </w:r>
    </w:p>
    <w:p>
      <w:pPr>
        <w:numPr>
          <w:ilvl w:val="0"/>
          <w:numId w:val="115"/>
        </w:numPr>
      </w:pPr>
      <w:r>
        <w:t>地点：知微空间工作室·小会议室</w:t>
      </w:r>
    </w:p>
    <w:p>
      <w:pPr>
        <w:numPr>
          <w:ilvl w:val="0"/>
          <w:numId w:val="115"/>
        </w:numPr>
      </w:pPr>
      <w:r>
        <w:t>时间：D3 08:00，日</w:t>
      </w:r>
    </w:p>
    <w:p>
      <w:pPr>
        <w:numPr>
          <w:ilvl w:val="0"/>
          <w:numId w:val="115"/>
        </w:numPr>
      </w:pPr>
      <w:r>
        <w:t>出场人物：沈知微、叶蓁、办案人员</w:t>
      </w:r>
    </w:p>
    <w:p>
      <w:pPr>
        <w:numPr>
          <w:ilvl w:val="0"/>
          <w:numId w:val="115"/>
        </w:numPr>
      </w:pPr>
      <w:r>
        <w:t>关键道具：控制权转让文件、材料留存清单、项目流水</w:t>
      </w:r>
    </w:p>
    <w:p>
      <w:pPr>
        <w:pStyle w:val="Heading3"/>
      </w:pPr>
      <w:r>
        <w:t>动作</w:t>
      </w:r>
    </w:p>
    <w:p>
      <w:r>
        <w:t>叶蓁逐页拍下文件现状和交接时间。办案人员只确认已接收相关材料，不对文件效力作承诺。</w:t>
      </w:r>
    </w:p>
    <w:p>
      <w:r>
        <w:t>沈知微在签名处停了两秒，随后签下自己的名字，没有准备“其实无效”的后门。</w:t>
      </w:r>
    </w:p>
    <w:p>
      <w:pPr>
        <w:pStyle w:val="Heading3"/>
      </w:pPr>
      <w:r>
        <w:t>对白</w:t>
      </w:r>
    </w:p>
    <w:p>
      <w:r>
        <w:t>叶蓁：你一签，他今天就能接管账户和场地。</w:t>
      </w:r>
    </w:p>
    <w:p>
      <w:r>
        <w:t>办案人员：我们可以记录材料和时间，不能在这里承诺文件无效。</w:t>
      </w:r>
    </w:p>
    <w:p>
      <w:r>
        <w:t>沈知微：明白。损失是我的决定，不算你们的保证。</w:t>
      </w:r>
    </w:p>
    <w:p>
      <w:r>
        <w:t>叶蓁：值得吗？</w:t>
      </w:r>
    </w:p>
    <w:p>
      <w:r>
        <w:t>沈知微：他以为拿到控制权就会停。我要看他下一步去清什么。</w:t>
      </w:r>
    </w:p>
    <w:p>
      <w:pPr>
        <w:pStyle w:val="Heading3"/>
      </w:pPr>
      <w:r>
        <w:t>声音与字幕</w:t>
      </w:r>
    </w:p>
    <w:p>
      <w:r>
        <w:t>留存清单显示：“文件页数 / 交接时间 / 在场人”，不使用“已判无效”等表述。</w:t>
      </w:r>
    </w:p>
    <w:p>
      <w:pPr>
        <w:pStyle w:val="Heading3"/>
      </w:pPr>
      <w:r>
        <w:t>信息变化</w:t>
      </w:r>
    </w:p>
    <w:p>
      <w:r>
        <w:t>沈知微主动支付真实事业代价，换取观察顾承泽下一行动的窗口。</w:t>
      </w:r>
    </w:p>
    <w:p>
      <w:pPr>
        <w:pStyle w:val="Heading2"/>
      </w:pPr>
      <w:r>
        <w:t>场 3</w:t>
      </w:r>
    </w:p>
    <w:p>
      <w:pPr>
        <w:numPr>
          <w:ilvl w:val="0"/>
          <w:numId w:val="116"/>
        </w:numPr>
      </w:pPr>
      <w:r>
        <w:t>内/外景：内景</w:t>
      </w:r>
    </w:p>
    <w:p>
      <w:pPr>
        <w:numPr>
          <w:ilvl w:val="0"/>
          <w:numId w:val="116"/>
        </w:numPr>
      </w:pPr>
      <w:r>
        <w:t>地点：知微空间工作室·会议区</w:t>
      </w:r>
    </w:p>
    <w:p>
      <w:pPr>
        <w:numPr>
          <w:ilvl w:val="0"/>
          <w:numId w:val="116"/>
        </w:numPr>
      </w:pPr>
      <w:r>
        <w:t>时间：D3 08:20，日</w:t>
      </w:r>
    </w:p>
    <w:p>
      <w:pPr>
        <w:numPr>
          <w:ilvl w:val="0"/>
          <w:numId w:val="116"/>
        </w:numPr>
      </w:pPr>
      <w:r>
        <w:t>出场人物：沈知微、顾承泽、叶蓁、林曼华</w:t>
      </w:r>
    </w:p>
    <w:p>
      <w:pPr>
        <w:numPr>
          <w:ilvl w:val="0"/>
          <w:numId w:val="116"/>
        </w:numPr>
      </w:pPr>
      <w:r>
        <w:t>关键道具：已签文件、环境声语音、协议附件</w:t>
      </w:r>
    </w:p>
    <w:p>
      <w:pPr>
        <w:pStyle w:val="Heading3"/>
      </w:pPr>
      <w:r>
        <w:t>动作</w:t>
      </w:r>
    </w:p>
    <w:p>
      <w:r>
        <w:t>顾承泽逐页检查签名，立即收进自己的文件袋。沈知微伸手要位置，他只发来一个旧项目编号，没有地址。</w:t>
      </w:r>
    </w:p>
    <w:p>
      <w:r>
        <w:t>林曼华冲上去抓住顾承泽衣袖。顾承泽轻轻拨开，第一次不再用“我们”。</w:t>
      </w:r>
    </w:p>
    <w:p>
      <w:pPr>
        <w:pStyle w:val="Heading3"/>
      </w:pPr>
      <w:r>
        <w:t>对白</w:t>
      </w:r>
    </w:p>
    <w:p>
      <w:r>
        <w:t>沈知微：文件给你。位置。</w:t>
      </w:r>
    </w:p>
    <w:p>
      <w:r>
        <w:t>顾承泽：旧项目编号已经够你找。她不愿意见你，我不能逼她。</w:t>
      </w:r>
    </w:p>
    <w:p>
      <w:r>
        <w:t>林曼华：你说签完就把人还回来！</w:t>
      </w:r>
    </w:p>
    <w:p>
      <w:r>
        <w:t>顾承泽：我说的是帮你们找到她。</w:t>
      </w:r>
    </w:p>
    <w:p>
      <w:r>
        <w:t>沈知微：你拿到想要的，还在改句子。</w:t>
      </w:r>
    </w:p>
    <w:p>
      <w:r>
        <w:t>顾承泽：因为你还没学会停。</w:t>
      </w:r>
    </w:p>
    <w:p>
      <w:pPr>
        <w:pStyle w:val="Heading3"/>
      </w:pPr>
      <w:r>
        <w:t>声音与字幕</w:t>
      </w:r>
    </w:p>
    <w:p>
      <w:r>
        <w:t>手机收到：“旧项目：M-17”。与环境声共同缩小范围，但不直接生成地图坐标。</w:t>
      </w:r>
    </w:p>
    <w:p>
      <w:pPr>
        <w:pStyle w:val="Heading3"/>
      </w:pPr>
      <w:r>
        <w:t>信息变化</w:t>
      </w:r>
    </w:p>
    <w:p>
      <w:r>
        <w:t>顾承泽拿到控制权后仍拒绝交出完整位置，证明工作室不是他的唯一目标。</w:t>
      </w:r>
    </w:p>
    <w:p>
      <w:pPr>
        <w:pStyle w:val="Heading2"/>
      </w:pPr>
      <w:r>
        <w:t>场 4</w:t>
      </w:r>
    </w:p>
    <w:p>
      <w:pPr>
        <w:numPr>
          <w:ilvl w:val="0"/>
          <w:numId w:val="117"/>
        </w:numPr>
      </w:pPr>
      <w:r>
        <w:t>内/外景：内景</w:t>
      </w:r>
    </w:p>
    <w:p>
      <w:pPr>
        <w:numPr>
          <w:ilvl w:val="0"/>
          <w:numId w:val="117"/>
        </w:numPr>
      </w:pPr>
      <w:r>
        <w:t>地点：知微空间工作室·设备工位</w:t>
      </w:r>
    </w:p>
    <w:p>
      <w:pPr>
        <w:numPr>
          <w:ilvl w:val="0"/>
          <w:numId w:val="117"/>
        </w:numPr>
      </w:pPr>
      <w:r>
        <w:t>时间：D3 08:35，日</w:t>
      </w:r>
    </w:p>
    <w:p>
      <w:pPr>
        <w:numPr>
          <w:ilvl w:val="0"/>
          <w:numId w:val="117"/>
        </w:numPr>
      </w:pPr>
      <w:r>
        <w:t>出场人物：沈知微、陈默（电话）、顾承泽、叶蓁</w:t>
      </w:r>
    </w:p>
    <w:p>
      <w:pPr>
        <w:numPr>
          <w:ilvl w:val="0"/>
          <w:numId w:val="117"/>
        </w:numPr>
      </w:pPr>
      <w:r>
        <w:t>关键道具：清理指令、日志导出件、控制权文件</w:t>
      </w:r>
    </w:p>
    <w:p>
      <w:pPr>
        <w:pStyle w:val="Heading3"/>
      </w:pPr>
      <w:r>
        <w:t>动作</w:t>
      </w:r>
    </w:p>
    <w:p>
      <w:r>
        <w:t>陈默把一条刚收到的清理指令转发给沈知微：立即清空服务通道记录并拆除本地控制器。顾承泽的签字时间在指令之前一分钟。</w:t>
      </w:r>
    </w:p>
    <w:p>
      <w:r>
        <w:t>沈知微当着顾承泽的面拨回去，陈默开免提拒绝执行。</w:t>
      </w:r>
    </w:p>
    <w:p>
      <w:pPr>
        <w:pStyle w:val="Heading3"/>
      </w:pPr>
      <w:r>
        <w:t>对白</w:t>
      </w:r>
    </w:p>
    <w:p>
      <w:r>
        <w:t>陈默（电话）：我不会再删。要动原机，请留书面理由和在场人。</w:t>
      </w:r>
    </w:p>
    <w:p>
      <w:r>
        <w:t>顾承泽：现在我有签字权。</w:t>
      </w:r>
    </w:p>
    <w:p>
      <w:r>
        <w:t>沈知微：所以这条指令第一次真正属于你。</w:t>
      </w:r>
    </w:p>
    <w:p>
      <w:r>
        <w:t>叶蓁：你已经拿到工作室，还清什么？</w:t>
      </w:r>
    </w:p>
    <w:p>
      <w:r>
        <w:t>陈默：他要清的不是现场，是沈念走过的路。</w:t>
      </w:r>
    </w:p>
    <w:p>
      <w:pPr>
        <w:pStyle w:val="Heading3"/>
      </w:pPr>
      <w:r>
        <w:t>声音与字幕</w:t>
      </w:r>
    </w:p>
    <w:p>
      <w:r>
        <w:t>指令摘要：“服务通道记录清理 / 本地控制器拆除 / 经办：顾承泽”。</w:t>
      </w:r>
    </w:p>
    <w:p>
      <w:pPr>
        <w:pStyle w:val="Heading3"/>
      </w:pPr>
      <w:r>
        <w:t>信息变化</w:t>
      </w:r>
    </w:p>
    <w:p>
      <w:r>
        <w:t>顾承泽在取得控制权后仍追索沈念动线和物理证据；陈默完成从服从到拒绝的立场转折。</w:t>
      </w:r>
    </w:p>
    <w:p>
      <w:pPr>
        <w:pStyle w:val="DramaHook"/>
      </w:pPr>
      <w:r>
        <w:t>集尾钩子</w:t>
      </w:r>
    </w:p>
    <w:p>
      <w:r>
        <w:t>签字后，顾承泽仍下令清空服务通道与本地控制器。</w:t>
      </w:r>
    </w:p>
    <w:p>
      <w:pPr>
        <w:pStyle w:val="Heading2"/>
      </w:pPr>
      <w:r>
        <w:t>连续性更新</w:t>
      </w:r>
    </w:p>
    <w:p>
      <w:pPr>
        <w:numPr>
          <w:ilvl w:val="0"/>
          <w:numId w:val="118"/>
        </w:numPr>
      </w:pPr>
      <w:r>
        <w:t>人物位置：CHAR_ZHIWEI=LOC_STUDIO；CHAR_CHENGZE=LOC_STUDIO；CHAR_MANHUA=LOC_STUDIO；CHAR_YEZHEN=LOC_STUDIO；CHAR_OFFICER=LOC_STUDIO；CHAR_SHENNIAN=位置未知</w:t>
      </w:r>
    </w:p>
    <w:p>
      <w:pPr>
        <w:numPr>
          <w:ilvl w:val="0"/>
          <w:numId w:val="118"/>
        </w:numPr>
      </w:pPr>
      <w:r>
        <w:t>人物知识：沈知微确认顾承泽拿到控制权后仍要灭除动线；顾承泽知道文件已签，不知道日志导出件的保管位置</w:t>
      </w:r>
    </w:p>
    <w:p>
      <w:pPr>
        <w:numPr>
          <w:ilvl w:val="0"/>
          <w:numId w:val="118"/>
        </w:numPr>
      </w:pPr>
      <w:r>
        <w:t>道具状态：PROP_EQUITY_TRANSFER=active/顾承泽持有；PROP_PROJECT_LEDGER=active；PROP_WARNING_NOTE=active；PROP_LOG_EXPORT=active/未暴露</w:t>
      </w:r>
    </w:p>
    <w:p>
      <w:pPr>
        <w:numPr>
          <w:ilvl w:val="0"/>
          <w:numId w:val="118"/>
        </w:numPr>
      </w:pPr>
      <w:r>
        <w:t>时间线：D3-07:30 至 D3-08:35</w:t>
      </w:r>
    </w:p>
    <w:p>
      <w:pPr>
        <w:numPr>
          <w:ilvl w:val="0"/>
          <w:numId w:val="118"/>
        </w:numPr>
      </w:pPr>
      <w:r>
        <w:t>伏笔：CLUE08=opened；陈默立场转折=paid_off；旧项目编号 M-17=opened</w:t>
      </w:r>
    </w:p>
    <w:p>
      <w:pPr>
        <w:pStyle w:val="DramaMeta"/>
      </w:pPr>
      <w:r>
        <w:t>来源文件：episodes/EP008.md</w:t>
      </w:r>
    </w:p>
    <w:p>
      <w:r>
        <w:br w:type="page"/>
      </w:r>
    </w:p>
    <w:p>
      <w:pPr>
        <w:pStyle w:val="Subtitle"/>
      </w:pPr>
      <w:r>
        <w:t>PRODUCTION MEMO / SHOOTING DRAFT</w:t>
      </w:r>
    </w:p>
    <w:p>
      <w:pPr>
        <w:pStyle w:val="Heading1"/>
        <w:spacing w:before="40"/>
      </w:pPr>
      <w:r>
        <w:t>《全家都说我推了妹妹》 · EP009</w:t>
      </w:r>
    </w:p>
    <w:p>
      <w:pPr>
        <w:spacing w:after="240"/>
      </w:pPr>
      <w:r>
        <w:rPr>
          <w:rFonts w:ascii="Microsoft YaHei" w:hAnsi="Microsoft YaHei" w:eastAsia="Microsoft YaHei"/>
          <w:b/>
          <w:color w:val="1F2937"/>
          <w:sz w:val="28"/>
        </w:rPr>
        <w:t>找到她，却带不走她</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119"/>
        </w:numPr>
      </w:pPr>
      <w:r>
        <w:t>修订号：1.0.0</w:t>
      </w:r>
    </w:p>
    <w:p>
      <w:pPr>
        <w:numPr>
          <w:ilvl w:val="0"/>
          <w:numId w:val="119"/>
        </w:numPr>
      </w:pPr>
      <w:r>
        <w:t>状态：locked</w:t>
      </w:r>
    </w:p>
    <w:p>
      <w:pPr>
        <w:numPr>
          <w:ilvl w:val="0"/>
          <w:numId w:val="119"/>
        </w:numPr>
      </w:pPr>
      <w:r>
        <w:t>目标时长：240 秒</w:t>
      </w:r>
    </w:p>
    <w:p>
      <w:pPr>
        <w:numPr>
          <w:ilvl w:val="0"/>
          <w:numId w:val="119"/>
        </w:numPr>
      </w:pPr>
      <w:r>
        <w:t>本集目标：沈知微要在顾承泽之前找到沈念，并让妹妹自己选择是否合作，而不是再次替她决定。</w:t>
      </w:r>
    </w:p>
    <w:p>
      <w:pPr>
        <w:pStyle w:val="Heading2"/>
      </w:pPr>
      <w:r>
        <w:t>场 1</w:t>
      </w:r>
    </w:p>
    <w:p>
      <w:pPr>
        <w:numPr>
          <w:ilvl w:val="0"/>
          <w:numId w:val="120"/>
        </w:numPr>
      </w:pPr>
      <w:r>
        <w:t>内/外景：内景</w:t>
      </w:r>
    </w:p>
    <w:p>
      <w:pPr>
        <w:numPr>
          <w:ilvl w:val="0"/>
          <w:numId w:val="120"/>
        </w:numPr>
      </w:pPr>
      <w:r>
        <w:t>地点：旧布景仓·入口与藏身间</w:t>
      </w:r>
    </w:p>
    <w:p>
      <w:pPr>
        <w:numPr>
          <w:ilvl w:val="0"/>
          <w:numId w:val="120"/>
        </w:numPr>
      </w:pPr>
      <w:r>
        <w:t>时间：D3 14:40，日</w:t>
      </w:r>
    </w:p>
    <w:p>
      <w:pPr>
        <w:numPr>
          <w:ilvl w:val="0"/>
          <w:numId w:val="120"/>
        </w:numPr>
      </w:pPr>
      <w:r>
        <w:t>出场人物：沈知微、沈念</w:t>
      </w:r>
    </w:p>
    <w:p>
      <w:pPr>
        <w:numPr>
          <w:ilvl w:val="0"/>
          <w:numId w:val="120"/>
        </w:numPr>
      </w:pPr>
      <w:r>
        <w:t>关键道具：旧项目编号、管理员门禁、债务协议</w:t>
      </w:r>
    </w:p>
    <w:p>
      <w:pPr>
        <w:pStyle w:val="Heading3"/>
      </w:pPr>
      <w:r>
        <w:t>动作</w:t>
      </w:r>
    </w:p>
    <w:p>
      <w:r>
        <w:t>沈知微用旧项目编号 M-17 对上卷帘门回声和金属标牌，找到布景仓。门禁仍保留她当年替沈念设置的管理员权限。</w:t>
      </w:r>
    </w:p>
    <w:p>
      <w:r>
        <w:t>她刷开门。沈念从半成品墙后走出，手里握着自己的门卡，没有拥抱。</w:t>
      </w:r>
    </w:p>
    <w:p>
      <w:pPr>
        <w:pStyle w:val="Heading3"/>
      </w:pPr>
      <w:r>
        <w:t>对白</w:t>
      </w:r>
    </w:p>
    <w:p>
      <w:r>
        <w:t>沈念：你看，你还是用你的钥匙进来了。</w:t>
      </w:r>
    </w:p>
    <w:p>
      <w:r>
        <w:t>沈知微：我先确认你活着。</w:t>
      </w:r>
    </w:p>
    <w:p>
      <w:r>
        <w:t>沈念：然后呢？把我交回你安排好的生活？</w:t>
      </w:r>
    </w:p>
    <w:p>
      <w:r>
        <w:t>沈知微：然后听你把自己做过的事说完。</w:t>
      </w:r>
    </w:p>
    <w:p>
      <w:pPr>
        <w:pStyle w:val="Heading3"/>
      </w:pPr>
      <w:r>
        <w:t>声音与字幕</w:t>
      </w:r>
    </w:p>
    <w:p>
      <w:r>
        <w:t>门禁提示：“管理员沈知微 / 开门成功。”空仓回声与顾承泽语音一致。</w:t>
      </w:r>
    </w:p>
    <w:p>
      <w:pPr>
        <w:pStyle w:val="Heading3"/>
      </w:pPr>
      <w:r>
        <w:t>信息变化</w:t>
      </w:r>
    </w:p>
    <w:p>
      <w:r>
        <w:t>沈知微找到沈念；门禁权限本身成为姐妹控制关系的可见证据。</w:t>
      </w:r>
    </w:p>
    <w:p>
      <w:pPr>
        <w:pStyle w:val="Heading2"/>
      </w:pPr>
      <w:r>
        <w:t>场 2</w:t>
      </w:r>
    </w:p>
    <w:p>
      <w:pPr>
        <w:numPr>
          <w:ilvl w:val="0"/>
          <w:numId w:val="121"/>
        </w:numPr>
      </w:pPr>
      <w:r>
        <w:t>内/外景：内景</w:t>
      </w:r>
    </w:p>
    <w:p>
      <w:pPr>
        <w:numPr>
          <w:ilvl w:val="0"/>
          <w:numId w:val="121"/>
        </w:numPr>
      </w:pPr>
      <w:r>
        <w:t>地点：旧布景仓·藏身间</w:t>
      </w:r>
    </w:p>
    <w:p>
      <w:pPr>
        <w:numPr>
          <w:ilvl w:val="0"/>
          <w:numId w:val="121"/>
        </w:numPr>
      </w:pPr>
      <w:r>
        <w:t>时间：D3 14:50，日</w:t>
      </w:r>
    </w:p>
    <w:p>
      <w:pPr>
        <w:numPr>
          <w:ilvl w:val="0"/>
          <w:numId w:val="121"/>
        </w:numPr>
      </w:pPr>
      <w:r>
        <w:t>出场人物：沈知微、沈念</w:t>
      </w:r>
    </w:p>
    <w:p>
      <w:pPr>
        <w:numPr>
          <w:ilvl w:val="0"/>
          <w:numId w:val="121"/>
        </w:numPr>
      </w:pPr>
      <w:r>
        <w:t>关键道具：债务协议、带血外套、警告压痕照片</w:t>
      </w:r>
    </w:p>
    <w:p>
      <w:pPr>
        <w:pStyle w:val="Heading3"/>
      </w:pPr>
      <w:r>
        <w:t>动作</w:t>
      </w:r>
    </w:p>
    <w:p>
      <w:r>
        <w:t>沈知微把停车影像与协议放在桌上。沈念不否认签名：她想用二十四小时失踪逼姐姐放手，血迹和尖叫都是她同意的。</w:t>
      </w:r>
    </w:p>
    <w:p>
      <w:r>
        <w:t>看到“别相信他”的压痕照片，沈念终于抬眼。她说明顾承泽临时加入监控剪辑，并在事后扣住她的证件和门卡副本。</w:t>
      </w:r>
    </w:p>
    <w:p>
      <w:pPr>
        <w:pStyle w:val="Heading3"/>
      </w:pPr>
      <w:r>
        <w:t>对白</w:t>
      </w:r>
    </w:p>
    <w:p>
      <w:r>
        <w:t>沈念：我想让你尝一次找不到我的感觉。</w:t>
      </w:r>
    </w:p>
    <w:p>
      <w:r>
        <w:t>沈知微：所以你让我背一段血迹？</w:t>
      </w:r>
    </w:p>
    <w:p>
      <w:r>
        <w:t>沈念：原计划没有推人视频！二十四小时后我就回来。</w:t>
      </w:r>
    </w:p>
    <w:p>
      <w:r>
        <w:t>沈知微：你发现他改计划，为什么不来找我？</w:t>
      </w:r>
    </w:p>
    <w:p>
      <w:r>
        <w:t>沈念：因为你救人的方式，就是把人重新关回你的答案里。</w:t>
      </w:r>
    </w:p>
    <w:p>
      <w:pPr>
        <w:pStyle w:val="Heading3"/>
      </w:pPr>
      <w:r>
        <w:t>声音与字幕</w:t>
      </w:r>
    </w:p>
    <w:p>
      <w:r>
        <w:t>不插叙重拍坠落，只用协议、旧外套和两人的反应回收前情。</w:t>
      </w:r>
    </w:p>
    <w:p>
      <w:pPr>
        <w:pStyle w:val="Heading3"/>
      </w:pPr>
      <w:r>
        <w:t>信息变化</w:t>
      </w:r>
    </w:p>
    <w:p>
      <w:r>
        <w:t>沈念承认共谋动机，并说明顾承泽单方面升级、长期控制她；妹妹反悔原因明确。</w:t>
      </w:r>
    </w:p>
    <w:p>
      <w:pPr>
        <w:pStyle w:val="Heading2"/>
      </w:pPr>
      <w:r>
        <w:t>场 3</w:t>
      </w:r>
    </w:p>
    <w:p>
      <w:pPr>
        <w:numPr>
          <w:ilvl w:val="0"/>
          <w:numId w:val="122"/>
        </w:numPr>
      </w:pPr>
      <w:r>
        <w:t>内/外景：内景</w:t>
      </w:r>
    </w:p>
    <w:p>
      <w:pPr>
        <w:numPr>
          <w:ilvl w:val="0"/>
          <w:numId w:val="122"/>
        </w:numPr>
      </w:pPr>
      <w:r>
        <w:t>地点：旧布景仓·藏身间门口</w:t>
      </w:r>
    </w:p>
    <w:p>
      <w:pPr>
        <w:numPr>
          <w:ilvl w:val="0"/>
          <w:numId w:val="122"/>
        </w:numPr>
      </w:pPr>
      <w:r>
        <w:t>时间：D3 15:00，日</w:t>
      </w:r>
    </w:p>
    <w:p>
      <w:pPr>
        <w:numPr>
          <w:ilvl w:val="0"/>
          <w:numId w:val="122"/>
        </w:numPr>
      </w:pPr>
      <w:r>
        <w:t>出场人物：沈知微、沈念、林曼华（电话）</w:t>
      </w:r>
    </w:p>
    <w:p>
      <w:pPr>
        <w:numPr>
          <w:ilvl w:val="0"/>
          <w:numId w:val="122"/>
        </w:numPr>
      </w:pPr>
      <w:r>
        <w:t>关键道具：管理员权限页、沈念门卡、手机</w:t>
      </w:r>
    </w:p>
    <w:p>
      <w:pPr>
        <w:pStyle w:val="Heading3"/>
      </w:pPr>
      <w:r>
        <w:t>动作</w:t>
      </w:r>
    </w:p>
    <w:p>
      <w:r>
        <w:t>沈知微伸手要沈念证词，沈念立即把门卡攥紧。沈知微停下，打开权限页，当着妹妹的面删除自己的管理员身份，把门卡放回她掌心。</w:t>
      </w:r>
    </w:p>
    <w:p>
      <w:r>
        <w:t>林曼华来电，承认她刚问顾承泽“旧仓是不是安全”，可能泄露方向。</w:t>
      </w:r>
    </w:p>
    <w:p>
      <w:pPr>
        <w:pStyle w:val="Heading3"/>
      </w:pPr>
      <w:r>
        <w:t>对白</w:t>
      </w:r>
    </w:p>
    <w:p>
      <w:r>
        <w:t>沈知微：我关过你的项目、账号和门。我以为我判断对，就有权替你决定。</w:t>
      </w:r>
    </w:p>
    <w:p>
      <w:r>
        <w:t>沈念：现在说这些，是为了让我作证？</w:t>
      </w:r>
    </w:p>
    <w:p>
      <w:r>
        <w:t>沈知微：不是交换。权限先还你。之后你决定走不走、说不说，也承担结果。</w:t>
      </w:r>
    </w:p>
    <w:p>
      <w:r>
        <w:t>林曼华（电话）：我只是想确认承泽知不知道旧仓——</w:t>
      </w:r>
    </w:p>
    <w:p>
      <w:r>
        <w:t>沈知微：妈，你又替她问了不该问的人。</w:t>
      </w:r>
    </w:p>
    <w:p>
      <w:pPr>
        <w:pStyle w:val="Heading3"/>
      </w:pPr>
      <w:r>
        <w:t>声音与字幕</w:t>
      </w:r>
    </w:p>
    <w:p>
      <w:r>
        <w:t>权限页显示：“管理员沈知微：已移除 / 用户沈念：保留。”</w:t>
      </w:r>
    </w:p>
    <w:p>
      <w:pPr>
        <w:pStyle w:val="Heading3"/>
      </w:pPr>
      <w:r>
        <w:t>信息变化</w:t>
      </w:r>
    </w:p>
    <w:p>
      <w:r>
        <w:t>沈知微先放弃对妹妹的实际控制权；林曼华无意中把旧仓方向暴露给顾承泽。</w:t>
      </w:r>
    </w:p>
    <w:p>
      <w:pPr>
        <w:pStyle w:val="Heading2"/>
      </w:pPr>
      <w:r>
        <w:t>场 4</w:t>
      </w:r>
    </w:p>
    <w:p>
      <w:pPr>
        <w:numPr>
          <w:ilvl w:val="0"/>
          <w:numId w:val="123"/>
        </w:numPr>
      </w:pPr>
      <w:r>
        <w:t>内/外景：内景</w:t>
      </w:r>
    </w:p>
    <w:p>
      <w:pPr>
        <w:numPr>
          <w:ilvl w:val="0"/>
          <w:numId w:val="123"/>
        </w:numPr>
      </w:pPr>
      <w:r>
        <w:t>地点：旧布景仓·藏身间与走廊</w:t>
      </w:r>
    </w:p>
    <w:p>
      <w:pPr>
        <w:numPr>
          <w:ilvl w:val="0"/>
          <w:numId w:val="123"/>
        </w:numPr>
      </w:pPr>
      <w:r>
        <w:t>时间：D3 15:08，日</w:t>
      </w:r>
    </w:p>
    <w:p>
      <w:pPr>
        <w:numPr>
          <w:ilvl w:val="0"/>
          <w:numId w:val="123"/>
        </w:numPr>
      </w:pPr>
      <w:r>
        <w:t>出场人物：沈知微、沈念、顾承泽（走廊外）</w:t>
      </w:r>
    </w:p>
    <w:p>
      <w:pPr>
        <w:numPr>
          <w:ilvl w:val="0"/>
          <w:numId w:val="123"/>
        </w:numPr>
      </w:pPr>
      <w:r>
        <w:t>关键道具：门卡、本地控制器照片、感应灯</w:t>
      </w:r>
    </w:p>
    <w:p>
      <w:pPr>
        <w:pStyle w:val="Heading3"/>
      </w:pPr>
      <w:r>
        <w:t>动作</w:t>
      </w:r>
    </w:p>
    <w:p>
      <w:r>
        <w:t>沈念用自己的门卡打开侧门，选择与姐姐合作。她指着控制器照片：顾承泽以为原机是唯一能推翻监控的东西，不知道 EP003 已有导出件。</w:t>
      </w:r>
    </w:p>
    <w:p>
      <w:r>
        <w:t>走廊感应灯从最远端开始，一盏接一盏向藏身间亮起。脚步声停在门外。</w:t>
      </w:r>
    </w:p>
    <w:p>
      <w:pPr>
        <w:pStyle w:val="Heading3"/>
      </w:pPr>
      <w:r>
        <w:t>对白</w:t>
      </w:r>
    </w:p>
    <w:p>
      <w:r>
        <w:t>沈念：我作证，但你不能替我删掉我参与的部分。</w:t>
      </w:r>
    </w:p>
    <w:p>
      <w:r>
        <w:t>沈知微：你说全部。我也说我的全部。</w:t>
      </w:r>
    </w:p>
    <w:p>
      <w:r>
        <w:t>沈念：顾承泽以为控制器一毁，监控就只剩他的版本。</w:t>
      </w:r>
    </w:p>
    <w:p>
      <w:r>
        <w:t>顾承泽（门外）：念念，开门。你姐姐又在替你做决定。</w:t>
      </w:r>
    </w:p>
    <w:p>
      <w:r>
        <w:t>沈念（握住门卡）：这次门在我手里。</w:t>
      </w:r>
    </w:p>
    <w:p>
      <w:pPr>
        <w:pStyle w:val="Heading3"/>
      </w:pPr>
      <w:r>
        <w:t>声音与字幕</w:t>
      </w:r>
    </w:p>
    <w:p>
      <w:r>
        <w:t>感应灯继电器声逐级逼近，不拍追逐或冲撞。</w:t>
      </w:r>
    </w:p>
    <w:p>
      <w:pPr>
        <w:pStyle w:val="Heading3"/>
      </w:pPr>
      <w:r>
        <w:t>信息变化</w:t>
      </w:r>
    </w:p>
    <w:p>
      <w:r>
        <w:t>姐妹建立有限联盟，并掌握顾承泽对控制器的错误认知；顾承泽已抵达旧仓。</w:t>
      </w:r>
    </w:p>
    <w:p>
      <w:pPr>
        <w:pStyle w:val="DramaHook"/>
      </w:pPr>
      <w:r>
        <w:t>集尾钩子</w:t>
      </w:r>
    </w:p>
    <w:p>
      <w:r>
        <w:t>藏身间外的感应灯逐级亮起，顾承泽正在逼近。</w:t>
      </w:r>
    </w:p>
    <w:p>
      <w:pPr>
        <w:pStyle w:val="Heading2"/>
      </w:pPr>
      <w:r>
        <w:t>连续性更新</w:t>
      </w:r>
    </w:p>
    <w:p>
      <w:pPr>
        <w:numPr>
          <w:ilvl w:val="0"/>
          <w:numId w:val="124"/>
        </w:numPr>
      </w:pPr>
      <w:r>
        <w:t>人物位置：CHAR_ZHIWEI=LOC_HIDEOUT；CHAR_SHENNIAN=LOC_HIDEOUT；CHAR_CHENGZE=LOC_HIDEOUT/走廊；CHAR_MANHUA=LOC_MOTHER_HOME</w:t>
      </w:r>
    </w:p>
    <w:p>
      <w:pPr>
        <w:numPr>
          <w:ilvl w:val="0"/>
          <w:numId w:val="124"/>
        </w:numPr>
      </w:pPr>
      <w:r>
        <w:t>人物知识：姐妹互相确认原计划、升级与各自责任；沈念知道控制器并非唯一证据；顾承泽知道姐妹已会合</w:t>
      </w:r>
    </w:p>
    <w:p>
      <w:pPr>
        <w:numPr>
          <w:ilvl w:val="0"/>
          <w:numId w:val="124"/>
        </w:numPr>
      </w:pPr>
      <w:r>
        <w:t>道具状态：PROP_DEBT_AGREEMENT=active；PROP_WARNING_NOTE=active；PROP_DOOR_PERMISSION=active/沈知微管理员已移除、沈念持卡</w:t>
      </w:r>
    </w:p>
    <w:p>
      <w:pPr>
        <w:numPr>
          <w:ilvl w:val="0"/>
          <w:numId w:val="124"/>
        </w:numPr>
      </w:pPr>
      <w:r>
        <w:t>时间线：D3-14:40 至 D3-15:08</w:t>
      </w:r>
    </w:p>
    <w:p>
      <w:pPr>
        <w:numPr>
          <w:ilvl w:val="0"/>
          <w:numId w:val="124"/>
        </w:numPr>
      </w:pPr>
      <w:r>
        <w:t>伏笔：CLUE07=verified；CLUE09=opened；姐妹有限联盟=opened</w:t>
      </w:r>
    </w:p>
    <w:p>
      <w:pPr>
        <w:pStyle w:val="DramaMeta"/>
      </w:pPr>
      <w:r>
        <w:t>来源文件：episodes/EP009.md</w:t>
      </w:r>
    </w:p>
    <w:p>
      <w:r>
        <w:br w:type="page"/>
      </w:r>
    </w:p>
    <w:p>
      <w:pPr>
        <w:pStyle w:val="Subtitle"/>
      </w:pPr>
      <w:r>
        <w:t>PRODUCTION MEMO / SHOOTING DRAFT</w:t>
      </w:r>
    </w:p>
    <w:p>
      <w:pPr>
        <w:pStyle w:val="Heading1"/>
        <w:spacing w:before="40"/>
      </w:pPr>
      <w:r>
        <w:t>《全家都说我推了妹妹》 · EP010</w:t>
      </w:r>
    </w:p>
    <w:p>
      <w:pPr>
        <w:spacing w:after="240"/>
      </w:pPr>
      <w:r>
        <w:rPr>
          <w:rFonts w:ascii="Microsoft YaHei" w:hAnsi="Microsoft YaHei" w:eastAsia="Microsoft YaHei"/>
          <w:b/>
          <w:color w:val="1F2937"/>
          <w:sz w:val="28"/>
        </w:rPr>
        <w:t>反向样板屋</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125"/>
        </w:numPr>
      </w:pPr>
      <w:r>
        <w:t>修订号：1.0.0</w:t>
      </w:r>
    </w:p>
    <w:p>
      <w:pPr>
        <w:numPr>
          <w:ilvl w:val="0"/>
          <w:numId w:val="125"/>
        </w:numPr>
      </w:pPr>
      <w:r>
        <w:t>状态：locked</w:t>
      </w:r>
    </w:p>
    <w:p>
      <w:pPr>
        <w:numPr>
          <w:ilvl w:val="0"/>
          <w:numId w:val="125"/>
        </w:numPr>
      </w:pPr>
      <w:r>
        <w:t>目标时长：240 秒</w:t>
      </w:r>
    </w:p>
    <w:p>
      <w:pPr>
        <w:numPr>
          <w:ilvl w:val="0"/>
          <w:numId w:val="125"/>
        </w:numPr>
      </w:pPr>
      <w:r>
        <w:t>本集目标：姐妹要在不制造假证据的前提下，让顾承泽主动暴露他对现场和控制器的真实目的。</w:t>
      </w:r>
    </w:p>
    <w:p>
      <w:pPr>
        <w:pStyle w:val="Heading2"/>
      </w:pPr>
      <w:r>
        <w:t>场 1</w:t>
      </w:r>
    </w:p>
    <w:p>
      <w:pPr>
        <w:numPr>
          <w:ilvl w:val="0"/>
          <w:numId w:val="126"/>
        </w:numPr>
      </w:pPr>
      <w:r>
        <w:t>内/外景：内景</w:t>
      </w:r>
    </w:p>
    <w:p>
      <w:pPr>
        <w:numPr>
          <w:ilvl w:val="0"/>
          <w:numId w:val="126"/>
        </w:numPr>
      </w:pPr>
      <w:r>
        <w:t>地点：旧布景仓·侧门</w:t>
      </w:r>
    </w:p>
    <w:p>
      <w:pPr>
        <w:numPr>
          <w:ilvl w:val="0"/>
          <w:numId w:val="126"/>
        </w:numPr>
      </w:pPr>
      <w:r>
        <w:t>时间：D3 15:10，日</w:t>
      </w:r>
    </w:p>
    <w:p>
      <w:pPr>
        <w:numPr>
          <w:ilvl w:val="0"/>
          <w:numId w:val="126"/>
        </w:numPr>
      </w:pPr>
      <w:r>
        <w:t>出场人物：沈知微、沈念、顾承泽（门外）</w:t>
      </w:r>
    </w:p>
    <w:p>
      <w:pPr>
        <w:numPr>
          <w:ilvl w:val="0"/>
          <w:numId w:val="126"/>
        </w:numPr>
      </w:pPr>
      <w:r>
        <w:t>关键道具：门卡、控制器照片、手机</w:t>
      </w:r>
    </w:p>
    <w:p>
      <w:pPr>
        <w:pStyle w:val="Heading3"/>
      </w:pPr>
      <w:r>
        <w:t>动作</w:t>
      </w:r>
    </w:p>
    <w:p>
      <w:r>
        <w:t>沈念用自己的门卡打开侧门，姐妹分开撤离，不与顾承泽正面冲突。沈知微边走边给顾承泽发语音，只说“原始记录还在样板屋”。</w:t>
      </w:r>
    </w:p>
    <w:p>
      <w:r>
        <w:t>她没有声称控制器是唯一证据，也没有承诺里面存在顾承泽口供。</w:t>
      </w:r>
    </w:p>
    <w:p>
      <w:pPr>
        <w:pStyle w:val="Heading3"/>
      </w:pPr>
      <w:r>
        <w:t>对白</w:t>
      </w:r>
    </w:p>
    <w:p>
      <w:r>
        <w:t>沈念：他会去砸控制器。</w:t>
      </w:r>
    </w:p>
    <w:p>
      <w:r>
        <w:t>沈知微：那是他的选择，不是我们替他写的动作。</w:t>
      </w:r>
    </w:p>
    <w:p>
      <w:r>
        <w:t>顾承泽（门外）：知微，别把她带进更大的麻烦。</w:t>
      </w:r>
    </w:p>
    <w:p>
      <w:r>
        <w:t>沈知微（发送语音）：原始记录还在样板屋。你比谁都清楚它记了什么。</w:t>
      </w:r>
    </w:p>
    <w:p>
      <w:pPr>
        <w:pStyle w:val="Heading3"/>
      </w:pPr>
      <w:r>
        <w:t>声音与字幕</w:t>
      </w:r>
    </w:p>
    <w:p>
      <w:r>
        <w:t>语音发送成功。侧门关闭，门外脚步转向另一端。</w:t>
      </w:r>
    </w:p>
    <w:p>
      <w:pPr>
        <w:pStyle w:val="Heading3"/>
      </w:pPr>
      <w:r>
        <w:t>信息变化</w:t>
      </w:r>
    </w:p>
    <w:p>
      <w:r>
        <w:t>沈知微只陈述真实存在的原机记录，利用顾承泽的错误认知引导其自行选择，而不制造虚假证据。</w:t>
      </w:r>
    </w:p>
    <w:p>
      <w:pPr>
        <w:pStyle w:val="Heading2"/>
      </w:pPr>
      <w:r>
        <w:t>场 2</w:t>
      </w:r>
    </w:p>
    <w:p>
      <w:pPr>
        <w:numPr>
          <w:ilvl w:val="0"/>
          <w:numId w:val="127"/>
        </w:numPr>
      </w:pPr>
      <w:r>
        <w:t>内/外景：内景</w:t>
      </w:r>
    </w:p>
    <w:p>
      <w:pPr>
        <w:numPr>
          <w:ilvl w:val="0"/>
          <w:numId w:val="127"/>
        </w:numPr>
      </w:pPr>
      <w:r>
        <w:t>地点：知微空间工作室·资料柜 / 云栖样板屋·设备间</w:t>
      </w:r>
    </w:p>
    <w:p>
      <w:pPr>
        <w:numPr>
          <w:ilvl w:val="0"/>
          <w:numId w:val="127"/>
        </w:numPr>
      </w:pPr>
      <w:r>
        <w:t>时间：D3 20:20，夜</w:t>
      </w:r>
    </w:p>
    <w:p>
      <w:pPr>
        <w:numPr>
          <w:ilvl w:val="0"/>
          <w:numId w:val="127"/>
        </w:numPr>
      </w:pPr>
      <w:r>
        <w:t>出场人物：叶蓁、陈默、顾承泽</w:t>
      </w:r>
    </w:p>
    <w:p>
      <w:pPr>
        <w:numPr>
          <w:ilvl w:val="0"/>
          <w:numId w:val="127"/>
        </w:numPr>
      </w:pPr>
      <w:r>
        <w:t>关键道具：日志导出件、项目流水、本地控制器、清理指令</w:t>
      </w:r>
    </w:p>
    <w:p>
      <w:pPr>
        <w:pStyle w:val="Heading3"/>
      </w:pPr>
      <w:r>
        <w:t>动作</w:t>
      </w:r>
    </w:p>
    <w:p>
      <w:r>
        <w:t>叶蓁把日志导出件与项目流水分别封存进资料柜，拍下封签编号。另一边，陈默拒绝顾承泽的删除指令，却因顾承泽持有场地权限，只能陪同进入设备间并全程开着工作记录。</w:t>
      </w:r>
    </w:p>
    <w:p>
      <w:pPr>
        <w:pStyle w:val="Heading3"/>
      </w:pPr>
      <w:r>
        <w:t>对白</w:t>
      </w:r>
    </w:p>
    <w:p>
      <w:r>
        <w:t>叶蓁（电话给沈知微）：导出件在我这里，原机怎么变都不覆盖它。</w:t>
      </w:r>
    </w:p>
    <w:p>
      <w:r>
        <w:t>陈默：你可以检查设备，不能让我关闭记录。</w:t>
      </w:r>
    </w:p>
    <w:p>
      <w:r>
        <w:t>顾承泽：我现在是负责人。</w:t>
      </w:r>
    </w:p>
    <w:p>
      <w:r>
        <w:t>陈默：所以你的指令更应该留下来。</w:t>
      </w:r>
    </w:p>
    <w:p>
      <w:r>
        <w:t>顾承泽：带我去控制器。</w:t>
      </w:r>
    </w:p>
    <w:p>
      <w:pPr>
        <w:pStyle w:val="Heading3"/>
      </w:pPr>
      <w:r>
        <w:t>声音与字幕</w:t>
      </w:r>
    </w:p>
    <w:p>
      <w:r>
        <w:t>分屏只用于后期：左侧封签编号，右侧工作记录开始时间。减少实际换景频次。</w:t>
      </w:r>
    </w:p>
    <w:p>
      <w:pPr>
        <w:pStyle w:val="Heading3"/>
      </w:pPr>
      <w:r>
        <w:t>信息变化</w:t>
      </w:r>
    </w:p>
    <w:p>
      <w:r>
        <w:t>日志导出件继续独立存在；陈默拒绝无记录清理，但无法阻止顾承泽接近原机。</w:t>
      </w:r>
    </w:p>
    <w:p>
      <w:pPr>
        <w:pStyle w:val="Heading2"/>
      </w:pPr>
      <w:r>
        <w:t>场 3</w:t>
      </w:r>
    </w:p>
    <w:p>
      <w:pPr>
        <w:numPr>
          <w:ilvl w:val="0"/>
          <w:numId w:val="128"/>
        </w:numPr>
      </w:pPr>
      <w:r>
        <w:t>内/外景：内景</w:t>
      </w:r>
    </w:p>
    <w:p>
      <w:pPr>
        <w:numPr>
          <w:ilvl w:val="0"/>
          <w:numId w:val="128"/>
        </w:numPr>
      </w:pPr>
      <w:r>
        <w:t>地点：云栖样板屋·设备间</w:t>
      </w:r>
    </w:p>
    <w:p>
      <w:pPr>
        <w:numPr>
          <w:ilvl w:val="0"/>
          <w:numId w:val="128"/>
        </w:numPr>
      </w:pPr>
      <w:r>
        <w:t>时间：D3 21:00，夜</w:t>
      </w:r>
    </w:p>
    <w:p>
      <w:pPr>
        <w:numPr>
          <w:ilvl w:val="0"/>
          <w:numId w:val="128"/>
        </w:numPr>
      </w:pPr>
      <w:r>
        <w:t>出场人物：沈知微、顾承泽、沈念、陈默</w:t>
      </w:r>
    </w:p>
    <w:p>
      <w:pPr>
        <w:numPr>
          <w:ilvl w:val="0"/>
          <w:numId w:val="128"/>
        </w:numPr>
      </w:pPr>
      <w:r>
        <w:t>关键道具：本地控制器、工作记录、门禁权限页</w:t>
      </w:r>
    </w:p>
    <w:p>
      <w:pPr>
        <w:pStyle w:val="Heading3"/>
      </w:pPr>
      <w:r>
        <w:t>动作</w:t>
      </w:r>
    </w:p>
    <w:p>
      <w:r>
        <w:t>沈念从服务门走进设备间，主动站在顾承泽面前。顾承泽先挡住她看向沈知微的视线，再指向控制器。</w:t>
      </w:r>
    </w:p>
    <w:p>
      <w:r>
        <w:t>沈知微站在门框外，不替妹妹回答。陈默让工作记录持续拍摄现场全景。</w:t>
      </w:r>
    </w:p>
    <w:p>
      <w:pPr>
        <w:pStyle w:val="Heading3"/>
      </w:pPr>
      <w:r>
        <w:t>对白</w:t>
      </w:r>
    </w:p>
    <w:p>
      <w:r>
        <w:t>顾承泽：你也参与了。她一公开，你先完。</w:t>
      </w:r>
    </w:p>
    <w:p>
      <w:r>
        <w:t>沈念：我签的是二十四小时，不是让你剪视频、扣住我、构陷她。</w:t>
      </w:r>
    </w:p>
    <w:p>
      <w:r>
        <w:t>顾承泽：没有我替你还债，你什么都不是。</w:t>
      </w:r>
    </w:p>
    <w:p>
      <w:r>
        <w:t>沈念：那笔钱也不是你的，是她的项目款。</w:t>
      </w:r>
    </w:p>
    <w:p>
      <w:r>
        <w:t>顾承泽（指控制器）：把记录交出来，我还能让这件事停在家里。</w:t>
      </w:r>
    </w:p>
    <w:p>
      <w:r>
        <w:t>沈知微：你拿到工作室后，还是只想让事实停下来。</w:t>
      </w:r>
    </w:p>
    <w:p>
      <w:pPr>
        <w:pStyle w:val="Heading3"/>
      </w:pPr>
      <w:r>
        <w:t>声音与字幕</w:t>
      </w:r>
    </w:p>
    <w:p>
      <w:r>
        <w:t>工作记录显示连续时间码，不用隐藏摄影或秘密窃听表达。</w:t>
      </w:r>
    </w:p>
    <w:p>
      <w:pPr>
        <w:pStyle w:val="Heading3"/>
      </w:pPr>
      <w:r>
        <w:t>信息变化</w:t>
      </w:r>
    </w:p>
    <w:p>
      <w:r>
        <w:t>沈念公开拒绝继续配合；顾承泽确认自己认为控制器足以推翻监控版本。</w:t>
      </w:r>
    </w:p>
    <w:p>
      <w:pPr>
        <w:pStyle w:val="Heading2"/>
      </w:pPr>
      <w:r>
        <w:t>场 4</w:t>
      </w:r>
    </w:p>
    <w:p>
      <w:pPr>
        <w:numPr>
          <w:ilvl w:val="0"/>
          <w:numId w:val="129"/>
        </w:numPr>
      </w:pPr>
      <w:r>
        <w:t>内/外景：内景</w:t>
      </w:r>
    </w:p>
    <w:p>
      <w:pPr>
        <w:numPr>
          <w:ilvl w:val="0"/>
          <w:numId w:val="129"/>
        </w:numPr>
      </w:pPr>
      <w:r>
        <w:t>地点：云栖样板屋·设备间</w:t>
      </w:r>
    </w:p>
    <w:p>
      <w:pPr>
        <w:numPr>
          <w:ilvl w:val="0"/>
          <w:numId w:val="129"/>
        </w:numPr>
      </w:pPr>
      <w:r>
        <w:t>时间：D3 21:10，夜</w:t>
      </w:r>
    </w:p>
    <w:p>
      <w:pPr>
        <w:numPr>
          <w:ilvl w:val="0"/>
          <w:numId w:val="129"/>
        </w:numPr>
      </w:pPr>
      <w:r>
        <w:t>出场人物：沈知微、顾承泽、沈念、陈默、叶蓁（电话）</w:t>
      </w:r>
    </w:p>
    <w:p>
      <w:pPr>
        <w:numPr>
          <w:ilvl w:val="0"/>
          <w:numId w:val="129"/>
        </w:numPr>
      </w:pPr>
      <w:r>
        <w:t>关键道具：本地控制器、日志导出件、预切外壳、工作记录</w:t>
      </w:r>
    </w:p>
    <w:p>
      <w:pPr>
        <w:pStyle w:val="Heading3"/>
      </w:pPr>
      <w:r>
        <w:t>动作</w:t>
      </w:r>
    </w:p>
    <w:p>
      <w:r>
        <w:t>顾承泽拔下控制器，用桌面镇纸砸向预切外壳。外壳裂开，内部预置碎件落入软垫箱，没有飞溅。陈默没有靠近，只让工作记录拍下全过程。</w:t>
      </w:r>
    </w:p>
    <w:p>
      <w:r>
        <w:t>沈知微看一眼碎片，拨通叶蓁免提。叶蓁报出 EP003 导出件封签编号。</w:t>
      </w:r>
    </w:p>
    <w:p>
      <w:pPr>
        <w:pStyle w:val="Heading3"/>
      </w:pPr>
      <w:r>
        <w:t>对白</w:t>
      </w:r>
    </w:p>
    <w:p>
      <w:r>
        <w:t>沈念：原计划只有二十四小时。你现在毁的是你自己的解释。</w:t>
      </w:r>
    </w:p>
    <w:p>
      <w:r>
        <w:t>顾承泽：没有原机，谁能证明那份日志没被改？</w:t>
      </w:r>
    </w:p>
    <w:p>
      <w:r>
        <w:t>叶蓁（电话）：导出时间、序列号、校验值和陈默记录都在。</w:t>
      </w:r>
    </w:p>
    <w:p>
      <w:r>
        <w:t>沈知微：你毁掉的，是我让你看见的那一份。</w:t>
      </w:r>
    </w:p>
    <w:p>
      <w:r>
        <w:t>顾承泽：你算计我？</w:t>
      </w:r>
    </w:p>
    <w:p>
      <w:r>
        <w:t>沈知微：我只保留了事实。砸下去的是你。</w:t>
      </w:r>
    </w:p>
    <w:p>
      <w:pPr>
        <w:pStyle w:val="Heading3"/>
      </w:pPr>
      <w:r>
        <w:t>声音与字幕</w:t>
      </w:r>
    </w:p>
    <w:p>
      <w:r>
        <w:t>控制器破裂声后静音半秒。屏幕出现封签编号，与 EP003 完全一致。</w:t>
      </w:r>
    </w:p>
    <w:p>
      <w:pPr>
        <w:pStyle w:val="Heading3"/>
      </w:pPr>
      <w:r>
        <w:t>信息变化</w:t>
      </w:r>
    </w:p>
    <w:p>
      <w:r>
        <w:t>顾承泽亲自实施灭除原机的行为；日志导出件、陈默工作记录与姐妹见证继续独立存在。</w:t>
      </w:r>
    </w:p>
    <w:p>
      <w:pPr>
        <w:pStyle w:val="DramaHook"/>
      </w:pPr>
      <w:r>
        <w:t>集尾钩子</w:t>
      </w:r>
    </w:p>
    <w:p>
      <w:r>
        <w:t>控制器被毁，但 EP003 已导出的日志从未在现场。</w:t>
      </w:r>
    </w:p>
    <w:p>
      <w:pPr>
        <w:pStyle w:val="Heading2"/>
      </w:pPr>
      <w:r>
        <w:t>连续性更新</w:t>
      </w:r>
    </w:p>
    <w:p>
      <w:pPr>
        <w:numPr>
          <w:ilvl w:val="0"/>
          <w:numId w:val="130"/>
        </w:numPr>
      </w:pPr>
      <w:r>
        <w:t>人物位置：CHAR_ZHIWEI=LOC_MODEL_HOME；CHAR_CHENGZE=LOC_MODEL_HOME；CHAR_SHENNIAN=LOC_MODEL_HOME；CHAR_CHENMO=LOC_MODEL_HOME；CHAR_YEZHEN=LOC_STUDIO</w:t>
      </w:r>
    </w:p>
    <w:p>
      <w:pPr>
        <w:numPr>
          <w:ilvl w:val="0"/>
          <w:numId w:val="130"/>
        </w:numPr>
      </w:pPr>
      <w:r>
        <w:t>人物知识：顾承泽得知导出件仍存在；姐妹、陈默见证原机被毁；叶蓁掌握独立封签件</w:t>
      </w:r>
    </w:p>
    <w:p>
      <w:pPr>
        <w:numPr>
          <w:ilvl w:val="0"/>
          <w:numId w:val="130"/>
        </w:numPr>
      </w:pPr>
      <w:r>
        <w:t>道具状态：PROP_LOCAL_CONTROLLER=destroyed；PROP_LOG_EXPORT=active/叶蓁保管；PROP_EQUITY_TRANSFER=active/顾承泽持有；PROP_DOOR_PERMISSION=active</w:t>
      </w:r>
    </w:p>
    <w:p>
      <w:pPr>
        <w:numPr>
          <w:ilvl w:val="0"/>
          <w:numId w:val="130"/>
        </w:numPr>
      </w:pPr>
      <w:r>
        <w:t>时间线：D3-15:10 至 D3-21:10</w:t>
      </w:r>
    </w:p>
    <w:p>
      <w:pPr>
        <w:numPr>
          <w:ilvl w:val="0"/>
          <w:numId w:val="130"/>
        </w:numPr>
      </w:pPr>
      <w:r>
        <w:t>伏笔：CLUE10=opened；CLUE03保存方式=paid_off；姐妹有限联盟=established</w:t>
      </w:r>
    </w:p>
    <w:p>
      <w:pPr>
        <w:pStyle w:val="DramaMeta"/>
      </w:pPr>
      <w:r>
        <w:t>来源文件：episodes/EP010.md</w:t>
      </w:r>
    </w:p>
    <w:p>
      <w:r>
        <w:br w:type="page"/>
      </w:r>
    </w:p>
    <w:p>
      <w:pPr>
        <w:pStyle w:val="Subtitle"/>
      </w:pPr>
      <w:r>
        <w:t>PRODUCTION MEMO / SHOOTING DRAFT</w:t>
      </w:r>
    </w:p>
    <w:p>
      <w:pPr>
        <w:pStyle w:val="Heading1"/>
        <w:spacing w:before="40"/>
      </w:pPr>
      <w:r>
        <w:t>《全家都说我推了妹妹》 · EP011</w:t>
      </w:r>
    </w:p>
    <w:p>
      <w:pPr>
        <w:spacing w:after="240"/>
      </w:pPr>
      <w:r>
        <w:rPr>
          <w:rFonts w:ascii="Microsoft YaHei" w:hAnsi="Microsoft YaHei" w:eastAsia="Microsoft YaHei"/>
          <w:b/>
          <w:color w:val="1F2937"/>
          <w:sz w:val="28"/>
        </w:rPr>
        <w:t>四条证据</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131"/>
        </w:numPr>
      </w:pPr>
      <w:r>
        <w:t>修订号：1.0.0</w:t>
      </w:r>
    </w:p>
    <w:p>
      <w:pPr>
        <w:numPr>
          <w:ilvl w:val="0"/>
          <w:numId w:val="131"/>
        </w:numPr>
      </w:pPr>
      <w:r>
        <w:t>状态：locked</w:t>
      </w:r>
    </w:p>
    <w:p>
      <w:pPr>
        <w:numPr>
          <w:ilvl w:val="0"/>
          <w:numId w:val="131"/>
        </w:numPr>
      </w:pPr>
      <w:r>
        <w:t>目标时长：240 秒</w:t>
      </w:r>
    </w:p>
    <w:p>
      <w:pPr>
        <w:numPr>
          <w:ilvl w:val="0"/>
          <w:numId w:val="131"/>
        </w:numPr>
      </w:pPr>
      <w:r>
        <w:t>本集目标：沈知微必须让空间、设备、资金和人物陈述互相限制解释，使顾承泽无法再逐条拆散事实。</w:t>
      </w:r>
    </w:p>
    <w:p>
      <w:pPr>
        <w:pStyle w:val="Heading2"/>
      </w:pPr>
      <w:r>
        <w:t>场 1</w:t>
      </w:r>
    </w:p>
    <w:p>
      <w:pPr>
        <w:numPr>
          <w:ilvl w:val="0"/>
          <w:numId w:val="132"/>
        </w:numPr>
      </w:pPr>
      <w:r>
        <w:t>内/外景：内景转外景</w:t>
      </w:r>
    </w:p>
    <w:p>
      <w:pPr>
        <w:numPr>
          <w:ilvl w:val="0"/>
          <w:numId w:val="132"/>
        </w:numPr>
      </w:pPr>
      <w:r>
        <w:t>地点：云栖样板屋·露台与下方庭院</w:t>
      </w:r>
    </w:p>
    <w:p>
      <w:pPr>
        <w:numPr>
          <w:ilvl w:val="0"/>
          <w:numId w:val="132"/>
        </w:numPr>
      </w:pPr>
      <w:r>
        <w:t>时间：D4 09:00，日</w:t>
      </w:r>
    </w:p>
    <w:p>
      <w:pPr>
        <w:numPr>
          <w:ilvl w:val="0"/>
          <w:numId w:val="132"/>
        </w:numPr>
      </w:pPr>
      <w:r>
        <w:t>出场人物：沈知微、顾承泽、沈念、叶蓁、陈默、林曼华、办案人员</w:t>
      </w:r>
    </w:p>
    <w:p>
      <w:pPr>
        <w:numPr>
          <w:ilvl w:val="0"/>
          <w:numId w:val="132"/>
        </w:numPr>
      </w:pPr>
      <w:r>
        <w:t>关键道具：血迹留样、镜面装饰、第二机位截图、现场定位图</w:t>
      </w:r>
    </w:p>
    <w:p>
      <w:pPr>
        <w:pStyle w:val="Heading3"/>
      </w:pPr>
      <w:r>
        <w:t>动作</w:t>
      </w:r>
    </w:p>
    <w:p>
      <w:r>
        <w:t>沈知微在露台内侧贴出血迹位置，又把定位线垂直落到庭院完整草叶上。她不说“顾承泽推人”，只让每个人看同一条空间线。</w:t>
      </w:r>
    </w:p>
    <w:p>
      <w:r>
        <w:t>镜面截图显示第二机位早在断电前已对准露台与服务门夹角。沈念把当晚用过的布景血瓶放入材料袋，承认血迹是自己留下的。</w:t>
      </w:r>
    </w:p>
    <w:p>
      <w:pPr>
        <w:pStyle w:val="Heading3"/>
      </w:pPr>
      <w:r>
        <w:t>对白</w:t>
      </w:r>
    </w:p>
    <w:p>
      <w:r>
        <w:t>顾承泽：没有尸体，只能证明人后来被转移。</w:t>
      </w:r>
    </w:p>
    <w:p>
      <w:r>
        <w:t>沈知微：血迹止在栏杆内侧；正下方没有冲击、拖移和折枝。坠落结果从来没出现。</w:t>
      </w:r>
    </w:p>
    <w:p>
      <w:r>
        <w:t>沈念：尖叫、鞋和布景血是我同意的。第二机位的位置，是他临时让我记住的。</w:t>
      </w:r>
    </w:p>
    <w:p>
      <w:r>
        <w:t>顾承泽：她现在为了自保，什么都能说。</w:t>
      </w:r>
    </w:p>
    <w:p>
      <w:r>
        <w:t>办案人员：先陈述可确认事实，不在现场争结论。</w:t>
      </w:r>
    </w:p>
    <w:p>
      <w:pPr>
        <w:pStyle w:val="Heading3"/>
      </w:pPr>
      <w:r>
        <w:t>声音与字幕</w:t>
      </w:r>
    </w:p>
    <w:p>
      <w:r>
        <w:t>空间图只显示：“栏杆内侧血迹 / 垂直投影 / 下方无对应结果 / 第二机位视角”。</w:t>
      </w:r>
    </w:p>
    <w:p>
      <w:pPr>
        <w:pStyle w:val="Heading3"/>
      </w:pPr>
      <w:r>
        <w:t>信息变化</w:t>
      </w:r>
    </w:p>
    <w:p>
      <w:r>
        <w:t>空间线证明坠落是被设计的表象；沈念承认自己制造了尖叫、鞋与血迹，但第二机位调整来自顾承泽。</w:t>
      </w:r>
    </w:p>
    <w:p>
      <w:pPr>
        <w:pStyle w:val="Heading2"/>
      </w:pPr>
      <w:r>
        <w:t>场 2</w:t>
      </w:r>
    </w:p>
    <w:p>
      <w:pPr>
        <w:numPr>
          <w:ilvl w:val="0"/>
          <w:numId w:val="133"/>
        </w:numPr>
      </w:pPr>
      <w:r>
        <w:t>内/外景：内景</w:t>
      </w:r>
    </w:p>
    <w:p>
      <w:pPr>
        <w:numPr>
          <w:ilvl w:val="0"/>
          <w:numId w:val="133"/>
        </w:numPr>
      </w:pPr>
      <w:r>
        <w:t>地点：云栖样板屋·设备间</w:t>
      </w:r>
    </w:p>
    <w:p>
      <w:pPr>
        <w:numPr>
          <w:ilvl w:val="0"/>
          <w:numId w:val="133"/>
        </w:numPr>
      </w:pPr>
      <w:r>
        <w:t>时间：D4 09:35，日</w:t>
      </w:r>
    </w:p>
    <w:p>
      <w:pPr>
        <w:numPr>
          <w:ilvl w:val="0"/>
          <w:numId w:val="133"/>
        </w:numPr>
      </w:pPr>
      <w:r>
        <w:t>出场人物：沈知微、顾承泽、沈念、叶蓁、陈默、林曼华、办案人员</w:t>
      </w:r>
    </w:p>
    <w:p>
      <w:pPr>
        <w:numPr>
          <w:ilvl w:val="0"/>
          <w:numId w:val="133"/>
        </w:numPr>
      </w:pPr>
      <w:r>
        <w:t>关键道具：云端清理指令、日志导出件、停车影像、本地控制器碎件</w:t>
      </w:r>
    </w:p>
    <w:p>
      <w:pPr>
        <w:pStyle w:val="Heading3"/>
      </w:pPr>
      <w:r>
        <w:t>动作</w:t>
      </w:r>
    </w:p>
    <w:p>
      <w:r>
        <w:t>陈默把四个时间点排在同一页：21:05 尖叫；21:14 服务门开启；21:14 停车影像出现沈念；D3 21:10 顾承泽毁坏原机。</w:t>
      </w:r>
    </w:p>
    <w:p>
      <w:r>
        <w:t>叶蓁出示 EP003 封签完好的导出件。停车影像接上服务门动线。控制器碎件只作为“原机后来被毁”的状态，不替代导出件。</w:t>
      </w:r>
    </w:p>
    <w:p>
      <w:pPr>
        <w:pStyle w:val="Heading3"/>
      </w:pPr>
      <w:r>
        <w:t>对白</w:t>
      </w:r>
    </w:p>
    <w:p>
      <w:r>
        <w:t>顾承泽：系统会错，停车画面也只是一个穿同样衣服的人。</w:t>
      </w:r>
    </w:p>
    <w:p>
      <w:r>
        <w:t>陈默：所以日志不证明是谁。它证明门实际打开；停车片段再证明出去的是沈念。</w:t>
      </w:r>
    </w:p>
    <w:p>
      <w:r>
        <w:t>沈念：画面里是我。外套是我换的。</w:t>
      </w:r>
    </w:p>
    <w:p>
      <w:r>
        <w:t>沈知微：系统、影像和她的陈述各自有限，接在一起才形成动线。</w:t>
      </w:r>
    </w:p>
    <w:p>
      <w:r>
        <w:t>办案人员：导出来源、封签与后续毁坏记录一并留存，仍需进一步核验。</w:t>
      </w:r>
    </w:p>
    <w:p>
      <w:pPr>
        <w:pStyle w:val="Heading3"/>
      </w:pPr>
      <w:r>
        <w:t>声音与字幕</w:t>
      </w:r>
    </w:p>
    <w:p>
      <w:r>
        <w:t>时间轴连续显示，不使用“系统已判定”“证据百分百真实”等字样。</w:t>
      </w:r>
    </w:p>
    <w:p>
      <w:pPr>
        <w:pStyle w:val="Heading3"/>
      </w:pPr>
      <w:r>
        <w:t>信息变化</w:t>
      </w:r>
    </w:p>
    <w:p>
      <w:r>
        <w:t>设备线把假坠落后的主动离开与原机毁坏连接起来，并明确每项材料的证明边界。</w:t>
      </w:r>
    </w:p>
    <w:p>
      <w:pPr>
        <w:pStyle w:val="Heading2"/>
      </w:pPr>
      <w:r>
        <w:t>场 3</w:t>
      </w:r>
    </w:p>
    <w:p>
      <w:pPr>
        <w:numPr>
          <w:ilvl w:val="0"/>
          <w:numId w:val="134"/>
        </w:numPr>
      </w:pPr>
      <w:r>
        <w:t>内/外景：内景</w:t>
      </w:r>
    </w:p>
    <w:p>
      <w:pPr>
        <w:numPr>
          <w:ilvl w:val="0"/>
          <w:numId w:val="134"/>
        </w:numPr>
      </w:pPr>
      <w:r>
        <w:t>地点：知微空间工作室·会议区</w:t>
      </w:r>
    </w:p>
    <w:p>
      <w:pPr>
        <w:numPr>
          <w:ilvl w:val="0"/>
          <w:numId w:val="134"/>
        </w:numPr>
      </w:pPr>
      <w:r>
        <w:t>时间：D4 10:05，日</w:t>
      </w:r>
    </w:p>
    <w:p>
      <w:pPr>
        <w:numPr>
          <w:ilvl w:val="0"/>
          <w:numId w:val="134"/>
        </w:numPr>
      </w:pPr>
      <w:r>
        <w:t>出场人物：沈知微、顾承泽、沈念、叶蓁、陈默、林曼华、办案人员</w:t>
      </w:r>
    </w:p>
    <w:p>
      <w:pPr>
        <w:numPr>
          <w:ilvl w:val="0"/>
          <w:numId w:val="134"/>
        </w:numPr>
      </w:pPr>
      <w:r>
        <w:t>关键道具：债务协议、项目流水、控制权转让文件、清理指令</w:t>
      </w:r>
    </w:p>
    <w:p>
      <w:pPr>
        <w:pStyle w:val="Heading3"/>
      </w:pPr>
      <w:r>
        <w:t>动作</w:t>
      </w:r>
    </w:p>
    <w:p>
      <w:r>
        <w:t>桌上只摆四页关键材料：项目备用账户付款、二十四小时协议、控制权转让、签字后一分钟发出的清理指令。</w:t>
      </w:r>
    </w:p>
    <w:p>
      <w:r>
        <w:t>沈知微按发生顺序翻页。顾承泽每给一个解释，她只翻下一页，不提高音量。</w:t>
      </w:r>
    </w:p>
    <w:p>
      <w:pPr>
        <w:pStyle w:val="Heading3"/>
      </w:pPr>
      <w:r>
        <w:t>对白</w:t>
      </w:r>
    </w:p>
    <w:p>
      <w:r>
        <w:t>顾承泽：代偿是私人帮助，转让是她自愿签的，清理是正常维护。</w:t>
      </w:r>
    </w:p>
    <w:p>
      <w:r>
        <w:t>沈知微：私人帮助用了项目备用账户；协议签完后资金缺口继续扩大；你拿到转让文件后，没有交人，先下令清服务通道和控制器。</w:t>
      </w:r>
    </w:p>
    <w:p>
      <w:r>
        <w:t>叶蓁：工程问题我会承担。但那份清理指令发生在我已提交问题单之后，不是修门。</w:t>
      </w:r>
    </w:p>
    <w:p>
      <w:r>
        <w:t>顾承泽：你们把几件不相干的事拼成故事。</w:t>
      </w:r>
    </w:p>
    <w:p>
      <w:r>
        <w:t>沈知微：不是故事，是每一步都替下一步创造了条件。</w:t>
      </w:r>
    </w:p>
    <w:p>
      <w:pPr>
        <w:pStyle w:val="Heading3"/>
      </w:pPr>
      <w:r>
        <w:t>声音与字幕</w:t>
      </w:r>
    </w:p>
    <w:p>
      <w:r>
        <w:t>字幕依次出现：“资金缺口 / 24小时协议 / 控制权交换 / 继续清场”。</w:t>
      </w:r>
    </w:p>
    <w:p>
      <w:pPr>
        <w:pStyle w:val="Heading3"/>
      </w:pPr>
      <w:r>
        <w:t>信息变化</w:t>
      </w:r>
    </w:p>
    <w:p>
      <w:r>
        <w:t>资金线说明顾承泽为何需要沈知微失去控制权、沈念长期失去可信度，以及他为何在签字后仍清场。</w:t>
      </w:r>
    </w:p>
    <w:p>
      <w:pPr>
        <w:pStyle w:val="Heading2"/>
      </w:pPr>
      <w:r>
        <w:t>场 4</w:t>
      </w:r>
    </w:p>
    <w:p>
      <w:pPr>
        <w:numPr>
          <w:ilvl w:val="0"/>
          <w:numId w:val="135"/>
        </w:numPr>
      </w:pPr>
      <w:r>
        <w:t>内/外景：内景</w:t>
      </w:r>
    </w:p>
    <w:p>
      <w:pPr>
        <w:numPr>
          <w:ilvl w:val="0"/>
          <w:numId w:val="135"/>
        </w:numPr>
      </w:pPr>
      <w:r>
        <w:t>地点：知微空间工作室·会议区</w:t>
      </w:r>
    </w:p>
    <w:p>
      <w:pPr>
        <w:numPr>
          <w:ilvl w:val="0"/>
          <w:numId w:val="135"/>
        </w:numPr>
      </w:pPr>
      <w:r>
        <w:t>时间：D4 10:25，日</w:t>
      </w:r>
    </w:p>
    <w:p>
      <w:pPr>
        <w:numPr>
          <w:ilvl w:val="0"/>
          <w:numId w:val="135"/>
        </w:numPr>
      </w:pPr>
      <w:r>
        <w:t>出场人物：沈知微、顾承泽、沈念、叶蓁、陈默、林曼华、办案人员</w:t>
      </w:r>
    </w:p>
    <w:p>
      <w:pPr>
        <w:numPr>
          <w:ilvl w:val="0"/>
          <w:numId w:val="135"/>
        </w:numPr>
      </w:pPr>
      <w:r>
        <w:t>关键道具：工程问题单、警告压痕照片、陈默工作记录</w:t>
      </w:r>
    </w:p>
    <w:p>
      <w:pPr>
        <w:pStyle w:val="Heading3"/>
      </w:pPr>
      <w:r>
        <w:t>动作</w:t>
      </w:r>
    </w:p>
    <w:p>
      <w:r>
        <w:t>叶蓁先签下工程失报说明；陈默确认自己曾按顾承泽指令清云端，但 EP003 的导出发生在原机毁坏前；沈念把“别相信他”压痕的写法与位置重新画在空白示意页上，不触碰原件。</w:t>
      </w:r>
    </w:p>
    <w:p>
      <w:r>
        <w:t>沈知微没有替妹妹删掉假失踪部分，也没有要求她把全部责任推给顾承泽。</w:t>
      </w:r>
    </w:p>
    <w:p>
      <w:pPr>
        <w:pStyle w:val="Heading3"/>
      </w:pPr>
      <w:r>
        <w:t>对白</w:t>
      </w:r>
    </w:p>
    <w:p>
      <w:r>
        <w:t>沈念：我想用消失逼姐姐放手，我参与了假现场。后来他剪视频、扣住我，要让我一直不出现。</w:t>
      </w:r>
    </w:p>
    <w:p>
      <w:r>
        <w:t>顾承泽：你自愿的，现在反悔就叫我升级？</w:t>
      </w:r>
    </w:p>
    <w:p>
      <w:r>
        <w:t>沈念：我会承担我签的。你也承担你后来做的。</w:t>
      </w:r>
    </w:p>
    <w:p>
      <w:r>
        <w:t>陈默：原机被毁前，导出过程和序列号都在工作记录里。</w:t>
      </w:r>
    </w:p>
    <w:p>
      <w:r>
        <w:t>沈知微：没有谁的一句话是万能证据。也没有谁能只挑对自己有利的半句。</w:t>
      </w:r>
    </w:p>
    <w:p>
      <w:pPr>
        <w:pStyle w:val="Heading3"/>
      </w:pPr>
      <w:r>
        <w:t>声音与字幕</w:t>
      </w:r>
    </w:p>
    <w:p>
      <w:r>
        <w:t>人物陈述旁对应标注已有材料，不出现“口供决定一切”的表达。</w:t>
      </w:r>
    </w:p>
    <w:p>
      <w:pPr>
        <w:pStyle w:val="Heading3"/>
      </w:pPr>
      <w:r>
        <w:t>信息变化</w:t>
      </w:r>
    </w:p>
    <w:p>
      <w:r>
        <w:t>人物线解释共谋动机、反悔节点、云端清理和原机毁坏过程；每个人都承担自己的部分。</w:t>
      </w:r>
    </w:p>
    <w:p>
      <w:pPr>
        <w:pStyle w:val="Heading2"/>
      </w:pPr>
      <w:r>
        <w:t>场 5</w:t>
      </w:r>
    </w:p>
    <w:p>
      <w:pPr>
        <w:numPr>
          <w:ilvl w:val="0"/>
          <w:numId w:val="136"/>
        </w:numPr>
      </w:pPr>
      <w:r>
        <w:t>内/外景：内景</w:t>
      </w:r>
    </w:p>
    <w:p>
      <w:pPr>
        <w:numPr>
          <w:ilvl w:val="0"/>
          <w:numId w:val="136"/>
        </w:numPr>
      </w:pPr>
      <w:r>
        <w:t>地点：知微空间工作室·门口</w:t>
      </w:r>
    </w:p>
    <w:p>
      <w:pPr>
        <w:numPr>
          <w:ilvl w:val="0"/>
          <w:numId w:val="136"/>
        </w:numPr>
      </w:pPr>
      <w:r>
        <w:t>时间：D4 10:40，日</w:t>
      </w:r>
    </w:p>
    <w:p>
      <w:pPr>
        <w:numPr>
          <w:ilvl w:val="0"/>
          <w:numId w:val="136"/>
        </w:numPr>
      </w:pPr>
      <w:r>
        <w:t>出场人物：沈知微、顾承泽、沈念、叶蓁、陈默、林曼华、办案人员</w:t>
      </w:r>
    </w:p>
    <w:p>
      <w:pPr>
        <w:numPr>
          <w:ilvl w:val="0"/>
          <w:numId w:val="136"/>
        </w:numPr>
      </w:pPr>
      <w:r>
        <w:t>关键道具：材料接收清单、手机</w:t>
      </w:r>
    </w:p>
    <w:p>
      <w:pPr>
        <w:pStyle w:val="Heading3"/>
      </w:pPr>
      <w:r>
        <w:t>动作</w:t>
      </w:r>
    </w:p>
    <w:p>
      <w:r>
        <w:t>办案人员核对接收清单，要求顾承泽配合后续调查，没有宣布定罪。顾承泽经过沈知微身边，仍试图用“为了我们”解释。</w:t>
      </w:r>
    </w:p>
    <w:p>
      <w:r>
        <w:t>沈知微后退半步，不接受他的触碰。沈念突然叫住办案人员。</w:t>
      </w:r>
    </w:p>
    <w:p>
      <w:pPr>
        <w:pStyle w:val="Heading3"/>
      </w:pPr>
      <w:r>
        <w:t>对白</w:t>
      </w:r>
    </w:p>
    <w:p>
      <w:r>
        <w:t>顾承泽：知微，我做这些，是为了保住我们的工作室。</w:t>
      </w:r>
    </w:p>
    <w:p>
      <w:r>
        <w:t>沈知微：你保住的是只有你能解释的版本。</w:t>
      </w:r>
    </w:p>
    <w:p>
      <w:r>
        <w:t>办案人员：相关材料需要继续核验，请各方保持联络并配合后续程序。</w:t>
      </w:r>
    </w:p>
    <w:p>
      <w:r>
        <w:t>沈念：等一下。</w:t>
      </w:r>
    </w:p>
    <w:p>
      <w:r>
        <w:t>办案人员：还有什么需要补充？</w:t>
      </w:r>
    </w:p>
    <w:p>
      <w:r>
        <w:t>沈念：构陷姐姐，我也有份。请把这句一起记下。</w:t>
      </w:r>
    </w:p>
    <w:p>
      <w:pPr>
        <w:pStyle w:val="Heading3"/>
      </w:pPr>
      <w:r>
        <w:t>声音与字幕</w:t>
      </w:r>
    </w:p>
    <w:p>
      <w:r>
        <w:t>接收清单状态：“已接收，待核验。”门在顾承泽身后合上。</w:t>
      </w:r>
    </w:p>
    <w:p>
      <w:pPr>
        <w:pStyle w:val="Heading3"/>
      </w:pPr>
      <w:r>
        <w:t>信息变化</w:t>
      </w:r>
    </w:p>
    <w:p>
      <w:r>
        <w:t>顾承泽失去垄断解释权，但外部责任仍进入专业程序；沈念主动放弃“只做受害者”的退路。</w:t>
      </w:r>
    </w:p>
    <w:p>
      <w:pPr>
        <w:pStyle w:val="DramaHook"/>
      </w:pPr>
      <w:r>
        <w:t>集尾钩子</w:t>
      </w:r>
    </w:p>
    <w:p>
      <w:r>
        <w:t>沈念主动对办案人员补充：“构陷姐姐，我也有份。”</w:t>
      </w:r>
    </w:p>
    <w:p>
      <w:pPr>
        <w:pStyle w:val="Heading2"/>
      </w:pPr>
      <w:r>
        <w:t>连续性更新</w:t>
      </w:r>
    </w:p>
    <w:p>
      <w:pPr>
        <w:numPr>
          <w:ilvl w:val="0"/>
          <w:numId w:val="137"/>
        </w:numPr>
      </w:pPr>
      <w:r>
        <w:t>人物位置：CHAR_ZHIWEI=LOC_STUDIO；CHAR_CHENGZE=LOC_STUDIO/配合后续程序；CHAR_SHENNIAN=LOC_STUDIO；CHAR_YEZHEN=LOC_STUDIO；CHAR_CHENMO=LOC_STUDIO；CHAR_MANHUA=LOC_STUDIO；CHAR_OFFICER=LOC_STUDIO</w:t>
      </w:r>
    </w:p>
    <w:p>
      <w:pPr>
        <w:numPr>
          <w:ilvl w:val="0"/>
          <w:numId w:val="137"/>
        </w:numPr>
      </w:pPr>
      <w:r>
        <w:t>人物知识：所有主要人物与办案人员获得完整空间、设备、资金和人物线；顾承泽不再拥有唯一解释权</w:t>
      </w:r>
    </w:p>
    <w:p>
      <w:pPr>
        <w:numPr>
          <w:ilvl w:val="0"/>
          <w:numId w:val="137"/>
        </w:numPr>
      </w:pPr>
      <w:r>
        <w:t>道具状态：PROP_LOCAL_CONTROLLER=destroyed；PROP_LOG_EXPORT=active/已接收待核验；PROP_DEBT_AGREEMENT=active；PROP_PROJECT_LEDGER=active；PROP_EQUITY_TRANSFER=active；PROP_BLOOD_TRACE=active；PROP_MIRROR_REFLECTION=active；PROP_PARKING_VIDEO=active</w:t>
      </w:r>
    </w:p>
    <w:p>
      <w:pPr>
        <w:numPr>
          <w:ilvl w:val="0"/>
          <w:numId w:val="137"/>
        </w:numPr>
      </w:pPr>
      <w:r>
        <w:t>时间线：D4-09:00 至 D4-10:40</w:t>
      </w:r>
    </w:p>
    <w:p>
      <w:pPr>
        <w:numPr>
          <w:ilvl w:val="0"/>
          <w:numId w:val="137"/>
        </w:numPr>
      </w:pPr>
      <w:r>
        <w:t>伏笔：CLUE01—CLUE10=paid_off；程序后果与关系后果=opened</w:t>
      </w:r>
    </w:p>
    <w:p>
      <w:pPr>
        <w:pStyle w:val="DramaMeta"/>
      </w:pPr>
      <w:r>
        <w:t>来源文件：episodes/EP011.md</w:t>
      </w:r>
    </w:p>
    <w:p>
      <w:r>
        <w:br w:type="page"/>
      </w:r>
    </w:p>
    <w:p>
      <w:pPr>
        <w:pStyle w:val="Subtitle"/>
      </w:pPr>
      <w:r>
        <w:t>PRODUCTION MEMO / SHOOTING DRAFT</w:t>
      </w:r>
    </w:p>
    <w:p>
      <w:pPr>
        <w:pStyle w:val="Heading1"/>
        <w:spacing w:before="40"/>
      </w:pPr>
      <w:r>
        <w:t>《全家都说我推了妹妹》 · EP012</w:t>
      </w:r>
    </w:p>
    <w:p>
      <w:pPr>
        <w:spacing w:after="240"/>
      </w:pPr>
      <w:r>
        <w:rPr>
          <w:rFonts w:ascii="Microsoft YaHei" w:hAnsi="Microsoft YaHei" w:eastAsia="Microsoft YaHei"/>
          <w:b/>
          <w:color w:val="1F2937"/>
          <w:sz w:val="28"/>
        </w:rPr>
        <w:t>把门还给她</w:t>
      </w:r>
    </w:p>
    <w:tbl>
      <w:tblPr>
        <w:tblStyle w:val="TableGrid"/>
        <w:tblW w:type="dxa" w:w="9864"/>
        <w:tblLayout w:type="fixed"/>
        <w:tblLook w:firstColumn="1" w:firstRow="1" w:lastColumn="0" w:lastRow="0" w:noHBand="0" w:noVBand="1" w:val="04A0"/>
        <w:tblInd w:w="120" w:type="dxa"/>
        <w:tblCellMar>
          <w:top w:w="80" w:type="dxa"/>
          <w:start w:w="120" w:type="dxa"/>
          <w:bottom w:w="80" w:type="dxa"/>
          <w:end w:w="120" w:type="dxa"/>
        </w:tblCellMar>
      </w:tblPr>
      <w:tblGrid>
        <w:gridCol w:w="1578"/>
        <w:gridCol w:w="3354"/>
        <w:gridCol w:w="1578"/>
        <w:gridCol w:w="3354"/>
      </w:tblGrid>
      <w:tr>
        <w:tc>
          <w:tcPr>
            <w:tcW w:type="dxa" w:w="1578"/>
            <w:shd w:fill="2E74B5"/>
            <w:vAlign w:val="center"/>
          </w:tcPr>
          <w:p>
            <w:pPr>
              <w:spacing w:after="0"/>
            </w:pPr>
            <w:r>
              <w:rPr>
                <w:b/>
                <w:color w:val="FFFFFF"/>
              </w:rPr>
              <w:t>目标时长</w:t>
            </w:r>
          </w:p>
        </w:tc>
        <w:tc>
          <w:tcPr>
            <w:tcW w:type="dxa" w:w="3354"/>
            <w:vAlign w:val="center"/>
          </w:tcPr>
          <w:p>
            <w:pPr>
              <w:spacing w:after="0"/>
            </w:pPr>
            <w:r>
              <w:rPr>
                <w:b w:val="0"/>
              </w:rPr>
              <w:t>240 秒</w:t>
            </w:r>
          </w:p>
        </w:tc>
        <w:tc>
          <w:tcPr>
            <w:tcW w:type="dxa" w:w="1578"/>
            <w:shd w:fill="2E74B5"/>
            <w:vAlign w:val="center"/>
          </w:tcPr>
          <w:p>
            <w:pPr>
              <w:spacing w:after="0"/>
            </w:pPr>
            <w:r>
              <w:rPr>
                <w:b/>
                <w:color w:val="FFFFFF"/>
              </w:rPr>
              <w:t>状态</w:t>
            </w:r>
          </w:p>
        </w:tc>
        <w:tc>
          <w:tcPr>
            <w:tcW w:type="dxa" w:w="3354"/>
            <w:vAlign w:val="center"/>
          </w:tcPr>
          <w:p>
            <w:pPr>
              <w:spacing w:after="0"/>
            </w:pPr>
            <w:r>
              <w:rPr>
                <w:b w:val="0"/>
              </w:rPr>
              <w:t>locked</w:t>
            </w:r>
          </w:p>
        </w:tc>
      </w:tr>
      <w:tr>
        <w:tc>
          <w:tcPr>
            <w:tcW w:type="dxa" w:w="1578"/>
            <w:shd w:fill="2E74B5"/>
            <w:vAlign w:val="center"/>
          </w:tcPr>
          <w:p>
            <w:pPr>
              <w:spacing w:after="0"/>
            </w:pPr>
            <w:r>
              <w:rPr>
                <w:b/>
                <w:color w:val="FFFFFF"/>
              </w:rPr>
              <w:t>修订</w:t>
            </w:r>
          </w:p>
        </w:tc>
        <w:tc>
          <w:tcPr>
            <w:tcW w:type="dxa" w:w="3354"/>
            <w:vAlign w:val="center"/>
          </w:tcPr>
          <w:p>
            <w:pPr>
              <w:spacing w:after="0"/>
            </w:pPr>
            <w:r>
              <w:rPr>
                <w:b w:val="0"/>
              </w:rPr>
              <w:t>v1.0.0</w:t>
            </w:r>
          </w:p>
        </w:tc>
        <w:tc>
          <w:tcPr>
            <w:tcW w:type="dxa" w:w="1578"/>
            <w:shd w:fill="2E74B5"/>
            <w:vAlign w:val="center"/>
          </w:tcPr>
          <w:p>
            <w:pPr>
              <w:spacing w:after="0"/>
            </w:pPr>
            <w:r>
              <w:rPr>
                <w:b/>
                <w:color w:val="FFFFFF"/>
              </w:rPr>
              <w:t>项目阶段</w:t>
            </w:r>
          </w:p>
        </w:tc>
        <w:tc>
          <w:tcPr>
            <w:tcW w:type="dxa" w:w="3354"/>
            <w:vAlign w:val="center"/>
          </w:tcPr>
          <w:p>
            <w:pPr>
              <w:spacing w:after="0"/>
            </w:pPr>
            <w:r>
              <w:rPr>
                <w:b w:val="0"/>
              </w:rPr>
              <w:t>locked</w:t>
            </w:r>
          </w:p>
        </w:tc>
      </w:tr>
    </w:tbl>
    <w:p>
      <w:pPr>
        <w:spacing w:after="0"/>
      </w:pPr>
    </w:p>
    <w:p>
      <w:pPr>
        <w:numPr>
          <w:ilvl w:val="0"/>
          <w:numId w:val="138"/>
        </w:numPr>
      </w:pPr>
      <w:r>
        <w:t>修订号：1.0.0</w:t>
      </w:r>
    </w:p>
    <w:p>
      <w:pPr>
        <w:numPr>
          <w:ilvl w:val="0"/>
          <w:numId w:val="138"/>
        </w:numPr>
      </w:pPr>
      <w:r>
        <w:t>状态：locked</w:t>
      </w:r>
    </w:p>
    <w:p>
      <w:pPr>
        <w:numPr>
          <w:ilvl w:val="0"/>
          <w:numId w:val="138"/>
        </w:numPr>
      </w:pPr>
      <w:r>
        <w:t>目标时长：240 秒</w:t>
      </w:r>
    </w:p>
    <w:p>
      <w:pPr>
        <w:numPr>
          <w:ilvl w:val="0"/>
          <w:numId w:val="138"/>
        </w:numPr>
      </w:pPr>
      <w:r>
        <w:t>本集目标：沈知微必须处理赢回解释权后的责任边界，并决定是否再次替妹妹安排后果。</w:t>
      </w:r>
    </w:p>
    <w:p>
      <w:pPr>
        <w:pStyle w:val="Heading2"/>
      </w:pPr>
      <w:r>
        <w:t>场 1</w:t>
      </w:r>
    </w:p>
    <w:p>
      <w:pPr>
        <w:numPr>
          <w:ilvl w:val="0"/>
          <w:numId w:val="139"/>
        </w:numPr>
      </w:pPr>
      <w:r>
        <w:t>内/外景：内景</w:t>
      </w:r>
    </w:p>
    <w:p>
      <w:pPr>
        <w:numPr>
          <w:ilvl w:val="0"/>
          <w:numId w:val="139"/>
        </w:numPr>
      </w:pPr>
      <w:r>
        <w:t>地点：知微空间工作室·会议区</w:t>
      </w:r>
    </w:p>
    <w:p>
      <w:pPr>
        <w:numPr>
          <w:ilvl w:val="0"/>
          <w:numId w:val="139"/>
        </w:numPr>
      </w:pPr>
      <w:r>
        <w:t>时间：D4 16:30，日</w:t>
      </w:r>
    </w:p>
    <w:p>
      <w:pPr>
        <w:numPr>
          <w:ilvl w:val="0"/>
          <w:numId w:val="139"/>
        </w:numPr>
      </w:pPr>
      <w:r>
        <w:t>出场人物：沈知微、沈念、叶蓁、办案人员（材料回执）</w:t>
      </w:r>
    </w:p>
    <w:p>
      <w:pPr>
        <w:numPr>
          <w:ilvl w:val="0"/>
          <w:numId w:val="139"/>
        </w:numPr>
      </w:pPr>
      <w:r>
        <w:t>关键道具：项目流水、工程问题单、材料接收回执、控制权转让文件</w:t>
      </w:r>
    </w:p>
    <w:p>
      <w:pPr>
        <w:pStyle w:val="Heading3"/>
      </w:pPr>
      <w:r>
        <w:t>动作</w:t>
      </w:r>
    </w:p>
    <w:p>
      <w:r>
        <w:t>工作室内部会只坐核心人员。叶蓁提交工程失报整改计划；陈默的维护记录由叶蓁代为列入清单。屏幕上显示顾承泽暂停履职、独立审计启动，控制权文件进入专业复核。</w:t>
      </w:r>
    </w:p>
    <w:p>
      <w:r>
        <w:t>团队恢复沈知微的创作负责人权限。她却把财务授权栏留空，交给独立审计流程。</w:t>
      </w:r>
    </w:p>
    <w:p>
      <w:pPr>
        <w:pStyle w:val="Heading3"/>
      </w:pPr>
      <w:r>
        <w:t>对白</w:t>
      </w:r>
    </w:p>
    <w:p>
      <w:r>
        <w:t>叶蓁：工程问题我负责整改，不能再用“保团队”压下记录。</w:t>
      </w:r>
    </w:p>
    <w:p>
      <w:r>
        <w:t>沈知微：创作我接回来。财务不回到任何一个人的个人手里。</w:t>
      </w:r>
    </w:p>
    <w:p>
      <w:r>
        <w:t>沈念：你不怕别人说你连自己的公司都管不住？</w:t>
      </w:r>
    </w:p>
    <w:p>
      <w:r>
        <w:t>沈知微：把权力锁在一个人手里，才叫管不住。</w:t>
      </w:r>
    </w:p>
    <w:p>
      <w:pPr>
        <w:pStyle w:val="Heading3"/>
      </w:pPr>
      <w:r>
        <w:t>声音与字幕</w:t>
      </w:r>
    </w:p>
    <w:p>
      <w:r>
        <w:t>屏幕只显示：“运营负责人暂停履职 / 独立审计启动 / 控制权文件待专业复核”。不宣称最终法律结论。</w:t>
      </w:r>
    </w:p>
    <w:p>
      <w:pPr>
        <w:pStyle w:val="Heading3"/>
      </w:pPr>
      <w:r>
        <w:t>信息变化</w:t>
      </w:r>
    </w:p>
    <w:p>
      <w:r>
        <w:t>工作室进入审计和治理修复；沈知微恢复创作职责，但不把所有控制权重新集中到自己手里。</w:t>
      </w:r>
    </w:p>
    <w:p>
      <w:pPr>
        <w:pStyle w:val="Heading2"/>
      </w:pPr>
      <w:r>
        <w:t>场 2</w:t>
      </w:r>
    </w:p>
    <w:p>
      <w:pPr>
        <w:numPr>
          <w:ilvl w:val="0"/>
          <w:numId w:val="140"/>
        </w:numPr>
      </w:pPr>
      <w:r>
        <w:t>内/外景：内景</w:t>
      </w:r>
    </w:p>
    <w:p>
      <w:pPr>
        <w:numPr>
          <w:ilvl w:val="0"/>
          <w:numId w:val="140"/>
        </w:numPr>
      </w:pPr>
      <w:r>
        <w:t>地点：知微空间工作室·会后走廊</w:t>
      </w:r>
    </w:p>
    <w:p>
      <w:pPr>
        <w:numPr>
          <w:ilvl w:val="0"/>
          <w:numId w:val="140"/>
        </w:numPr>
      </w:pPr>
      <w:r>
        <w:t>时间：D4 16:50，日</w:t>
      </w:r>
    </w:p>
    <w:p>
      <w:pPr>
        <w:numPr>
          <w:ilvl w:val="0"/>
          <w:numId w:val="140"/>
        </w:numPr>
      </w:pPr>
      <w:r>
        <w:t>出场人物：沈知微、沈念、林曼华</w:t>
      </w:r>
    </w:p>
    <w:p>
      <w:pPr>
        <w:numPr>
          <w:ilvl w:val="0"/>
          <w:numId w:val="140"/>
        </w:numPr>
      </w:pPr>
      <w:r>
        <w:t>关键道具：对外事实说明草案、债务协议</w:t>
      </w:r>
    </w:p>
    <w:p>
      <w:pPr>
        <w:pStyle w:val="Heading3"/>
      </w:pPr>
      <w:r>
        <w:t>动作</w:t>
      </w:r>
    </w:p>
    <w:p>
      <w:r>
        <w:t>林曼华把一份“家庭误会说明”塞给姐妹，希望统一口径。沈知微当面划掉“误会”二字，只保留可确认的工作室事实。</w:t>
      </w:r>
    </w:p>
    <w:p>
      <w:r>
        <w:t>她把笔递给沈念，不替妹妹写个人陈述。</w:t>
      </w:r>
    </w:p>
    <w:p>
      <w:pPr>
        <w:pStyle w:val="Heading3"/>
      </w:pPr>
      <w:r>
        <w:t>对白</w:t>
      </w:r>
    </w:p>
    <w:p>
      <w:r>
        <w:t>林曼华：先对外说是一场误会，家里还能回来。</w:t>
      </w:r>
    </w:p>
    <w:p>
      <w:r>
        <w:t>沈知微：误会不会自动生成协议、转账和清理指令。</w:t>
      </w:r>
    </w:p>
    <w:p>
      <w:r>
        <w:t>林曼华：都是一家人，非要让所有人知道谁错多少？</w:t>
      </w:r>
    </w:p>
    <w:p>
      <w:r>
        <w:t>沈念：妈，这次不是姐姐不肯放过我。是我不想再躲在她后面。</w:t>
      </w:r>
    </w:p>
    <w:p>
      <w:r>
        <w:t>沈知微：工作室只说明审计和项目事实。她的部分，她自己决定怎么说。</w:t>
      </w:r>
    </w:p>
    <w:p>
      <w:pPr>
        <w:pStyle w:val="Heading3"/>
      </w:pPr>
      <w:r>
        <w:t>声音与字幕</w:t>
      </w:r>
    </w:p>
    <w:p>
      <w:r>
        <w:t>草案保留：“已启动独立审计与内部整改，其他事项配合后续程序。”</w:t>
      </w:r>
    </w:p>
    <w:p>
      <w:pPr>
        <w:pStyle w:val="Heading3"/>
      </w:pPr>
      <w:r>
        <w:t>信息变化</w:t>
      </w:r>
    </w:p>
    <w:p>
      <w:r>
        <w:t>林曼华失去替全家统一叙述的权力；姐妹开始分别承担各自公开责任。</w:t>
      </w:r>
    </w:p>
    <w:p>
      <w:pPr>
        <w:pStyle w:val="Heading2"/>
      </w:pPr>
      <w:r>
        <w:t>场 3</w:t>
      </w:r>
    </w:p>
    <w:p>
      <w:pPr>
        <w:numPr>
          <w:ilvl w:val="0"/>
          <w:numId w:val="141"/>
        </w:numPr>
      </w:pPr>
      <w:r>
        <w:t>内/外景：内景</w:t>
      </w:r>
    </w:p>
    <w:p>
      <w:pPr>
        <w:numPr>
          <w:ilvl w:val="0"/>
          <w:numId w:val="141"/>
        </w:numPr>
      </w:pPr>
      <w:r>
        <w:t>地点：知微空间工作室·模型区</w:t>
      </w:r>
    </w:p>
    <w:p>
      <w:pPr>
        <w:numPr>
          <w:ilvl w:val="0"/>
          <w:numId w:val="141"/>
        </w:numPr>
      </w:pPr>
      <w:r>
        <w:t>时间：D4 17:10，日</w:t>
      </w:r>
    </w:p>
    <w:p>
      <w:pPr>
        <w:numPr>
          <w:ilvl w:val="0"/>
          <w:numId w:val="141"/>
        </w:numPr>
      </w:pPr>
      <w:r>
        <w:t>出场人物：沈知微、沈念</w:t>
      </w:r>
    </w:p>
    <w:p>
      <w:pPr>
        <w:numPr>
          <w:ilvl w:val="0"/>
          <w:numId w:val="141"/>
        </w:numPr>
      </w:pPr>
      <w:r>
        <w:t>关键道具：债务协议、个人陈述草稿、旧门卡</w:t>
      </w:r>
    </w:p>
    <w:p>
      <w:pPr>
        <w:pStyle w:val="Heading3"/>
      </w:pPr>
      <w:r>
        <w:t>动作</w:t>
      </w:r>
    </w:p>
    <w:p>
      <w:r>
        <w:t>沈念把个人陈述写到“我参与制造假失踪”后停笔，习惯性看向姐姐。沈知微没有接笔，只把旧门卡推回她面前。</w:t>
      </w:r>
    </w:p>
    <w:p>
      <w:r>
        <w:t>两人隔着模型桌站着，没有拥抱。</w:t>
      </w:r>
    </w:p>
    <w:p>
      <w:pPr>
        <w:pStyle w:val="Heading3"/>
      </w:pPr>
      <w:r>
        <w:t>对白</w:t>
      </w:r>
    </w:p>
    <w:p>
      <w:r>
        <w:t>沈念：债我自己处理，参与的部分我也会照实说。你不替我改？</w:t>
      </w:r>
    </w:p>
    <w:p>
      <w:r>
        <w:t>沈知微：你决定。我会说明我关过你的项目、账号和权限。</w:t>
      </w:r>
    </w:p>
    <w:p>
      <w:r>
        <w:t>沈念：你不怕这些话对你不利？</w:t>
      </w:r>
    </w:p>
    <w:p>
      <w:r>
        <w:t>沈知微：对我不利，不等于不是真的。</w:t>
      </w:r>
    </w:p>
    <w:p>
      <w:r>
        <w:t>沈念：以后你想帮我，先问。</w:t>
      </w:r>
    </w:p>
    <w:p>
      <w:r>
        <w:t>沈知微：你想逃，也先告诉我你不需要什么。</w:t>
      </w:r>
    </w:p>
    <w:p>
      <w:pPr>
        <w:pStyle w:val="Heading3"/>
      </w:pPr>
      <w:r>
        <w:t>声音与字幕</w:t>
      </w:r>
    </w:p>
    <w:p>
      <w:r>
        <w:t>纸上保留一句：“我承担我的选择，不要求任何人替我删除。”</w:t>
      </w:r>
    </w:p>
    <w:p>
      <w:pPr>
        <w:pStyle w:val="Heading3"/>
      </w:pPr>
      <w:r>
        <w:t>信息变化</w:t>
      </w:r>
    </w:p>
    <w:p>
      <w:r>
        <w:t>姐妹不以和解姿态抹去责任，而是建立“帮助先询问、选择自担责”的新关系规则。</w:t>
      </w:r>
    </w:p>
    <w:p>
      <w:pPr>
        <w:pStyle w:val="Heading2"/>
      </w:pPr>
      <w:r>
        <w:t>场 4</w:t>
      </w:r>
    </w:p>
    <w:p>
      <w:pPr>
        <w:numPr>
          <w:ilvl w:val="0"/>
          <w:numId w:val="142"/>
        </w:numPr>
      </w:pPr>
      <w:r>
        <w:t>内/外景：内景</w:t>
      </w:r>
    </w:p>
    <w:p>
      <w:pPr>
        <w:numPr>
          <w:ilvl w:val="0"/>
          <w:numId w:val="142"/>
        </w:numPr>
      </w:pPr>
      <w:r>
        <w:t>地点：云栖样板屋·设备与权限台</w:t>
      </w:r>
    </w:p>
    <w:p>
      <w:pPr>
        <w:numPr>
          <w:ilvl w:val="0"/>
          <w:numId w:val="142"/>
        </w:numPr>
      </w:pPr>
      <w:r>
        <w:t>时间：D4 17:45，日</w:t>
      </w:r>
    </w:p>
    <w:p>
      <w:pPr>
        <w:numPr>
          <w:ilvl w:val="0"/>
          <w:numId w:val="142"/>
        </w:numPr>
      </w:pPr>
      <w:r>
        <w:t>出场人物：沈知微、沈念</w:t>
      </w:r>
    </w:p>
    <w:p>
      <w:pPr>
        <w:numPr>
          <w:ilvl w:val="0"/>
          <w:numId w:val="142"/>
        </w:numPr>
      </w:pPr>
      <w:r>
        <w:t>关键道具：家庭门禁权限设置、账号代管页、项目文件权限</w:t>
      </w:r>
    </w:p>
    <w:p>
      <w:pPr>
        <w:pStyle w:val="Heading3"/>
      </w:pPr>
      <w:r>
        <w:t>动作</w:t>
      </w:r>
    </w:p>
    <w:p>
      <w:r>
        <w:t>沈知微逐项撤销自己对沈念账号、门锁和项目文件的代管权限。每撤销一项，系统都要求二次确认。</w:t>
      </w:r>
    </w:p>
    <w:p>
      <w:r>
        <w:t>最后只剩“用户自主确认”。沈知微的手悬在确认键上，沈念没有催她。</w:t>
      </w:r>
    </w:p>
    <w:p>
      <w:pPr>
        <w:pStyle w:val="Heading3"/>
      </w:pPr>
      <w:r>
        <w:t>对白</w:t>
      </w:r>
    </w:p>
    <w:p>
      <w:r>
        <w:t>系统字幕：代管账号已解除。项目文件已归还。门禁管理员待变更。</w:t>
      </w:r>
    </w:p>
    <w:p>
      <w:r>
        <w:t>沈念：你可以按。快一点。</w:t>
      </w:r>
    </w:p>
    <w:p>
      <w:r>
        <w:t>沈知微：快，不等于该由我按。</w:t>
      </w:r>
    </w:p>
    <w:p>
      <w:r>
        <w:t>沈念：你真能忍住？</w:t>
      </w:r>
    </w:p>
    <w:p>
      <w:r>
        <w:t>沈知微：我在学。</w:t>
      </w:r>
    </w:p>
    <w:p>
      <w:pPr>
        <w:pStyle w:val="Heading3"/>
      </w:pPr>
      <w:r>
        <w:t>声音与字幕</w:t>
      </w:r>
    </w:p>
    <w:p>
      <w:r>
        <w:t>三个权限状态依次变更，统一使用同一界面资产，不出现真实品牌。</w:t>
      </w:r>
    </w:p>
    <w:p>
      <w:pPr>
        <w:pStyle w:val="Heading3"/>
      </w:pPr>
      <w:r>
        <w:t>信息变化</w:t>
      </w:r>
    </w:p>
    <w:p>
      <w:r>
        <w:t>沈知微把“承认控制有错”落实为可见、可逆转权力关系的动作。</w:t>
      </w:r>
    </w:p>
    <w:p>
      <w:pPr>
        <w:pStyle w:val="Heading2"/>
      </w:pPr>
      <w:r>
        <w:t>场 5</w:t>
      </w:r>
    </w:p>
    <w:p>
      <w:pPr>
        <w:numPr>
          <w:ilvl w:val="0"/>
          <w:numId w:val="143"/>
        </w:numPr>
      </w:pPr>
      <w:r>
        <w:t>内/外景：内景</w:t>
      </w:r>
    </w:p>
    <w:p>
      <w:pPr>
        <w:numPr>
          <w:ilvl w:val="0"/>
          <w:numId w:val="143"/>
        </w:numPr>
      </w:pPr>
      <w:r>
        <w:t>地点：云栖样板屋·门口</w:t>
      </w:r>
    </w:p>
    <w:p>
      <w:pPr>
        <w:numPr>
          <w:ilvl w:val="0"/>
          <w:numId w:val="143"/>
        </w:numPr>
      </w:pPr>
      <w:r>
        <w:t>时间：D4 18:00，日</w:t>
      </w:r>
    </w:p>
    <w:p>
      <w:pPr>
        <w:numPr>
          <w:ilvl w:val="0"/>
          <w:numId w:val="143"/>
        </w:numPr>
      </w:pPr>
      <w:r>
        <w:t>出场人物：沈知微、沈念</w:t>
      </w:r>
    </w:p>
    <w:p>
      <w:pPr>
        <w:numPr>
          <w:ilvl w:val="0"/>
          <w:numId w:val="143"/>
        </w:numPr>
      </w:pPr>
      <w:r>
        <w:t>关键道具：门禁确认页、沈念门卡</w:t>
      </w:r>
    </w:p>
    <w:p>
      <w:pPr>
        <w:pStyle w:val="Heading3"/>
      </w:pPr>
      <w:r>
        <w:t>动作</w:t>
      </w:r>
    </w:p>
    <w:p>
      <w:r>
        <w:t>系统提示：“用户沈念已获得自主权限。”确认按钮亮起。</w:t>
      </w:r>
    </w:p>
    <w:p>
      <w:r>
        <w:t>沈知微收回手。沈念看她一眼，自己按下确认。门锁发出清脆的一声，门向外打开。</w:t>
      </w:r>
    </w:p>
    <w:p>
      <w:r>
        <w:t>沈念先走出去。沈知微没有替她选方向，只在门内看着。</w:t>
      </w:r>
    </w:p>
    <w:p>
      <w:pPr>
        <w:pStyle w:val="Heading3"/>
      </w:pPr>
      <w:r>
        <w:t>对白</w:t>
      </w:r>
    </w:p>
    <w:p>
      <w:r>
        <w:t>系统字幕：请由用户本人确认。</w:t>
      </w:r>
    </w:p>
    <w:p>
      <w:r>
        <w:t>沈念：这次门真在我手里了。</w:t>
      </w:r>
    </w:p>
    <w:p>
      <w:r>
        <w:t>沈知微：嗯。</w:t>
      </w:r>
    </w:p>
    <w:p>
      <w:r>
        <w:t>沈念：我还没原谅你。</w:t>
      </w:r>
    </w:p>
    <w:p>
      <w:r>
        <w:t>沈知微：我知道。</w:t>
      </w:r>
    </w:p>
    <w:p>
      <w:r>
        <w:t>沈念：但我会自己回来。</w:t>
      </w:r>
    </w:p>
    <w:p>
      <w:pPr>
        <w:pStyle w:val="Heading3"/>
      </w:pPr>
      <w:r>
        <w:t>声音与字幕</w:t>
      </w:r>
    </w:p>
    <w:p>
      <w:r>
        <w:t>确认音后不加煽情旁白。最后字幕：“用户沈念：自主权限已生效。”</w:t>
      </w:r>
    </w:p>
    <w:p>
      <w:pPr>
        <w:pStyle w:val="Heading3"/>
      </w:pPr>
      <w:r>
        <w:t>信息变化</w:t>
      </w:r>
    </w:p>
    <w:p>
      <w:r>
        <w:t>外部责任进入专业程序；姐妹关系从控制与逃避转向有边界、未完成但可继续的平等起点。</w:t>
      </w:r>
    </w:p>
    <w:p>
      <w:pPr>
        <w:pStyle w:val="DramaHook"/>
      </w:pPr>
      <w:r>
        <w:t>集尾钩子</w:t>
      </w:r>
    </w:p>
    <w:p>
      <w:r>
        <w:t>门禁提示沈念已获得自主权限，沈知微第一次没有替她按下确认。</w:t>
      </w:r>
    </w:p>
    <w:p>
      <w:pPr>
        <w:pStyle w:val="Heading2"/>
      </w:pPr>
      <w:r>
        <w:t>连续性更新</w:t>
      </w:r>
    </w:p>
    <w:p>
      <w:pPr>
        <w:numPr>
          <w:ilvl w:val="0"/>
          <w:numId w:val="144"/>
        </w:numPr>
      </w:pPr>
      <w:r>
        <w:t>人物位置：CHAR_ZHIWEI=LOC_MODEL_HOME；CHAR_SHENNIAN=LOC_MODEL_HOME/自主离开；CHAR_YEZHEN=LOC_STUDIO；CHAR_MANHUA=LOC_MOTHER_HOME；CHAR_OFFICER=后续程序</w:t>
      </w:r>
    </w:p>
    <w:p>
      <w:pPr>
        <w:numPr>
          <w:ilvl w:val="0"/>
          <w:numId w:val="144"/>
        </w:numPr>
      </w:pPr>
      <w:r>
        <w:t>人物知识：各方责任进入后续核验；姐妹确认不即时和解、不互相代写后果的新边界</w:t>
      </w:r>
    </w:p>
    <w:p>
      <w:pPr>
        <w:numPr>
          <w:ilvl w:val="0"/>
          <w:numId w:val="144"/>
        </w:numPr>
      </w:pPr>
      <w:r>
        <w:t>道具状态：PROP_DOOR_PERMISSION=active/沈念自主权限生效；PROP_PROJECT_LEDGER=active/进入独立审计；PROP_EQUITY_TRANSFER=active/待专业复核</w:t>
      </w:r>
    </w:p>
    <w:p>
      <w:pPr>
        <w:numPr>
          <w:ilvl w:val="0"/>
          <w:numId w:val="144"/>
        </w:numPr>
      </w:pPr>
      <w:r>
        <w:t>时间线：D4-16:30 至 D4-18:00</w:t>
      </w:r>
    </w:p>
    <w:p>
      <w:pPr>
        <w:numPr>
          <w:ilvl w:val="0"/>
          <w:numId w:val="144"/>
        </w:numPr>
      </w:pPr>
      <w:r>
        <w:t>伏笔：事业后果=paid_off；程序后果=opened/交专业流程；姐妹关系弧=paid_off；母女统一口径=closed</w:t>
      </w:r>
    </w:p>
    <w:p>
      <w:pPr>
        <w:pStyle w:val="DramaMeta"/>
      </w:pPr>
      <w:r>
        <w:t>来源文件：episodes/EP012.md</w:t>
      </w:r>
    </w:p>
    <w:sectPr w:rsidR="00FC693F" w:rsidRPr="0006063C" w:rsidSect="00034616">
      <w:headerReference w:type="default" r:id="rId9"/>
      <w:footerReference w:type="default" r:id="rId10"/>
      <w:pgSz w:w="11906" w:h="16838"/>
      <w:pgMar w:top="1134" w:right="1020" w:bottom="1134" w:left="1020" w:header="709" w:footer="70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Microsoft YaHei" w:hAnsi="Microsoft YaHei" w:eastAsia="Microsoft YaHei"/>
        <w:color w:val="5B6573"/>
        <w:sz w:val="16"/>
      </w:rPr>
      <w:t xml:space="preserve">locked  ·  第 </w:t>
    </w:r>
    <w:r>
      <w:fldChar w:fldCharType="begin"/>
      <w:instrText xml:space="preserve">PAGE</w:instrText>
      <w:fldChar w:fldCharType="end"/>
    </w:r>
    <w:r>
      <w:rPr>
        <w:rFonts w:ascii="Microsoft YaHei" w:hAnsi="Microsoft YaHei" w:eastAsia="Microsoft YaHei"/>
        <w:color w:val="5B6573"/>
        <w:sz w:val="16"/>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Microsoft YaHei" w:hAnsi="Microsoft YaHei" w:eastAsia="Microsoft YaHei"/>
        <w:color w:val="5B6573"/>
        <w:sz w:val="16"/>
      </w:rPr>
      <w:t>《全家都说我推了妹妹》｜全季锁稿｜v1.0.0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lvl w:ilvl="0">
      <w:start w:val="1"/>
      <w:numFmt w:val="decimal"/>
      <w:lvlText w:val="%1."/>
      <w:lvlJc w:val="left"/>
      <w:pPr>
        <w:tabs>
          <w:tab w:val="num" w:pos="540"/>
        </w:tabs>
        <w:ind w:left="540" w:hanging="270"/>
      </w:pPr>
    </w:lvl>
  </w:abstractNum>
  <w:abstractNum w:abstractNumId="10">
    <w:multiLevelType w:val="singleLevel"/>
    <w:lvl w:ilvl="0">
      <w:start w:val="1"/>
      <w:numFmt w:val="bullet"/>
      <w:lvlText w:val="•"/>
      <w:lvlJc w:val="left"/>
      <w:pPr>
        <w:tabs>
          <w:tab w:val="num" w:pos="540"/>
        </w:tabs>
        <w:ind w:left="540" w:hanging="270"/>
      </w:pPr>
    </w:lvl>
  </w:abstractNum>
  <w:abstractNum w:abstractNumId="11">
    <w:multiLevelType w:val="singleLevel"/>
    <w:lvl w:ilvl="0">
      <w:start w:val="1"/>
      <w:numFmt w:val="bullet"/>
      <w:lvlText w:val="•"/>
      <w:lvlJc w:val="left"/>
      <w:pPr>
        <w:tabs>
          <w:tab w:val="num" w:pos="540"/>
        </w:tabs>
        <w:ind w:left="540" w:hanging="270"/>
      </w:pPr>
    </w:lvl>
  </w:abstractNum>
  <w:abstractNum w:abstractNumId="12">
    <w:multiLevelType w:val="singleLevel"/>
    <w:lvl w:ilvl="0">
      <w:start w:val="1"/>
      <w:numFmt w:val="bullet"/>
      <w:lvlText w:val="•"/>
      <w:lvlJc w:val="left"/>
      <w:pPr>
        <w:tabs>
          <w:tab w:val="num" w:pos="540"/>
        </w:tabs>
        <w:ind w:left="540" w:hanging="270"/>
      </w:pPr>
    </w:lvl>
  </w:abstractNum>
  <w:abstractNum w:abstractNumId="13">
    <w:multiLevelType w:val="singleLevel"/>
    <w:lvl w:ilvl="0">
      <w:start w:val="1"/>
      <w:numFmt w:val="bullet"/>
      <w:lvlText w:val="•"/>
      <w:lvlJc w:val="left"/>
      <w:pPr>
        <w:tabs>
          <w:tab w:val="num" w:pos="540"/>
        </w:tabs>
        <w:ind w:left="540" w:hanging="270"/>
      </w:pPr>
    </w:lvl>
  </w:abstractNum>
  <w:abstractNum w:abstractNumId="14">
    <w:multiLevelType w:val="singleLevel"/>
    <w:lvl w:ilvl="0">
      <w:start w:val="1"/>
      <w:numFmt w:val="bullet"/>
      <w:lvlText w:val="•"/>
      <w:lvlJc w:val="left"/>
      <w:pPr>
        <w:tabs>
          <w:tab w:val="num" w:pos="540"/>
        </w:tabs>
        <w:ind w:left="540" w:hanging="270"/>
      </w:pPr>
    </w:lvl>
  </w:abstractNum>
  <w:abstractNum w:abstractNumId="15">
    <w:multiLevelType w:val="singleLevel"/>
    <w:lvl w:ilvl="0">
      <w:start w:val="1"/>
      <w:numFmt w:val="bullet"/>
      <w:lvlText w:val="•"/>
      <w:lvlJc w:val="left"/>
      <w:pPr>
        <w:tabs>
          <w:tab w:val="num" w:pos="540"/>
        </w:tabs>
        <w:ind w:left="540" w:hanging="270"/>
      </w:pPr>
    </w:lvl>
  </w:abstractNum>
  <w:abstractNum w:abstractNumId="16">
    <w:multiLevelType w:val="singleLevel"/>
    <w:lvl w:ilvl="0">
      <w:start w:val="1"/>
      <w:numFmt w:val="decimal"/>
      <w:lvlText w:val="%1."/>
      <w:lvlJc w:val="left"/>
      <w:pPr>
        <w:tabs>
          <w:tab w:val="num" w:pos="540"/>
        </w:tabs>
        <w:ind w:left="540" w:hanging="270"/>
      </w:pPr>
    </w:lvl>
  </w:abstractNum>
  <w:abstractNum w:abstractNumId="17">
    <w:multiLevelType w:val="singleLevel"/>
    <w:lvl w:ilvl="0">
      <w:start w:val="1"/>
      <w:numFmt w:val="bullet"/>
      <w:lvlText w:val="•"/>
      <w:lvlJc w:val="left"/>
      <w:pPr>
        <w:tabs>
          <w:tab w:val="num" w:pos="540"/>
        </w:tabs>
        <w:ind w:left="540" w:hanging="270"/>
      </w:pPr>
    </w:lvl>
  </w:abstractNum>
  <w:abstractNum w:abstractNumId="18">
    <w:multiLevelType w:val="singleLevel"/>
    <w:lvl w:ilvl="0">
      <w:start w:val="1"/>
      <w:numFmt w:val="bullet"/>
      <w:lvlText w:val="•"/>
      <w:lvlJc w:val="left"/>
      <w:pPr>
        <w:tabs>
          <w:tab w:val="num" w:pos="540"/>
        </w:tabs>
        <w:ind w:left="540" w:hanging="270"/>
      </w:pPr>
    </w:lvl>
  </w:abstractNum>
  <w:abstractNum w:abstractNumId="19">
    <w:multiLevelType w:val="singleLevel"/>
    <w:lvl w:ilvl="0">
      <w:start w:val="1"/>
      <w:numFmt w:val="bullet"/>
      <w:lvlText w:val="•"/>
      <w:lvlJc w:val="left"/>
      <w:pPr>
        <w:tabs>
          <w:tab w:val="num" w:pos="540"/>
        </w:tabs>
        <w:ind w:left="540" w:hanging="270"/>
      </w:pPr>
    </w:lvl>
  </w:abstractNum>
  <w:abstractNum w:abstractNumId="20">
    <w:multiLevelType w:val="singleLevel"/>
    <w:lvl w:ilvl="0">
      <w:start w:val="1"/>
      <w:numFmt w:val="bullet"/>
      <w:lvlText w:val="•"/>
      <w:lvlJc w:val="left"/>
      <w:pPr>
        <w:tabs>
          <w:tab w:val="num" w:pos="540"/>
        </w:tabs>
        <w:ind w:left="540" w:hanging="270"/>
      </w:pPr>
    </w:lvl>
  </w:abstractNum>
  <w:abstractNum w:abstractNumId="21">
    <w:multiLevelType w:val="singleLevel"/>
    <w:lvl w:ilvl="0">
      <w:start w:val="1"/>
      <w:numFmt w:val="bullet"/>
      <w:lvlText w:val="•"/>
      <w:lvlJc w:val="left"/>
      <w:pPr>
        <w:tabs>
          <w:tab w:val="num" w:pos="540"/>
        </w:tabs>
        <w:ind w:left="540" w:hanging="270"/>
      </w:pPr>
    </w:lvl>
  </w:abstractNum>
  <w:abstractNum w:abstractNumId="22">
    <w:multiLevelType w:val="singleLevel"/>
    <w:lvl w:ilvl="0">
      <w:start w:val="1"/>
      <w:numFmt w:val="bullet"/>
      <w:lvlText w:val="•"/>
      <w:lvlJc w:val="left"/>
      <w:pPr>
        <w:tabs>
          <w:tab w:val="num" w:pos="540"/>
        </w:tabs>
        <w:ind w:left="540" w:hanging="270"/>
      </w:pPr>
    </w:lvl>
  </w:abstractNum>
  <w:abstractNum w:abstractNumId="23">
    <w:multiLevelType w:val="singleLevel"/>
    <w:lvl w:ilvl="0">
      <w:start w:val="1"/>
      <w:numFmt w:val="bullet"/>
      <w:lvlText w:val="•"/>
      <w:lvlJc w:val="left"/>
      <w:pPr>
        <w:tabs>
          <w:tab w:val="num" w:pos="540"/>
        </w:tabs>
        <w:ind w:left="540" w:hanging="270"/>
      </w:pPr>
    </w:lvl>
  </w:abstractNum>
  <w:abstractNum w:abstractNumId="24">
    <w:multiLevelType w:val="singleLevel"/>
    <w:lvl w:ilvl="0">
      <w:start w:val="1"/>
      <w:numFmt w:val="bullet"/>
      <w:lvlText w:val="•"/>
      <w:lvlJc w:val="left"/>
      <w:pPr>
        <w:tabs>
          <w:tab w:val="num" w:pos="540"/>
        </w:tabs>
        <w:ind w:left="540" w:hanging="270"/>
      </w:pPr>
    </w:lvl>
  </w:abstractNum>
  <w:abstractNum w:abstractNumId="25">
    <w:multiLevelType w:val="singleLevel"/>
    <w:lvl w:ilvl="0">
      <w:start w:val="1"/>
      <w:numFmt w:val="decimal"/>
      <w:lvlText w:val="%1."/>
      <w:lvlJc w:val="left"/>
      <w:pPr>
        <w:tabs>
          <w:tab w:val="num" w:pos="540"/>
        </w:tabs>
        <w:ind w:left="540" w:hanging="270"/>
      </w:pPr>
    </w:lvl>
  </w:abstractNum>
  <w:abstractNum w:abstractNumId="26">
    <w:multiLevelType w:val="singleLevel"/>
    <w:lvl w:ilvl="0">
      <w:start w:val="1"/>
      <w:numFmt w:val="decimal"/>
      <w:lvlText w:val="%1."/>
      <w:lvlJc w:val="left"/>
      <w:pPr>
        <w:tabs>
          <w:tab w:val="num" w:pos="540"/>
        </w:tabs>
        <w:ind w:left="540" w:hanging="270"/>
      </w:pPr>
    </w:lvl>
  </w:abstractNum>
  <w:abstractNum w:abstractNumId="27">
    <w:multiLevelType w:val="singleLevel"/>
    <w:lvl w:ilvl="0">
      <w:start w:val="1"/>
      <w:numFmt w:val="decimal"/>
      <w:lvlText w:val="%1."/>
      <w:lvlJc w:val="left"/>
      <w:pPr>
        <w:tabs>
          <w:tab w:val="num" w:pos="540"/>
        </w:tabs>
        <w:ind w:left="540" w:hanging="270"/>
      </w:pPr>
    </w:lvl>
  </w:abstractNum>
  <w:abstractNum w:abstractNumId="28">
    <w:multiLevelType w:val="singleLevel"/>
    <w:lvl w:ilvl="0">
      <w:start w:val="1"/>
      <w:numFmt w:val="bullet"/>
      <w:lvlText w:val="•"/>
      <w:lvlJc w:val="left"/>
      <w:pPr>
        <w:tabs>
          <w:tab w:val="num" w:pos="540"/>
        </w:tabs>
        <w:ind w:left="540" w:hanging="270"/>
      </w:pPr>
    </w:lvl>
  </w:abstractNum>
  <w:abstractNum w:abstractNumId="29">
    <w:multiLevelType w:val="singleLevel"/>
    <w:lvl w:ilvl="0">
      <w:start w:val="1"/>
      <w:numFmt w:val="bullet"/>
      <w:lvlText w:val="•"/>
      <w:lvlJc w:val="left"/>
      <w:pPr>
        <w:tabs>
          <w:tab w:val="num" w:pos="540"/>
        </w:tabs>
        <w:ind w:left="540" w:hanging="270"/>
      </w:pPr>
    </w:lvl>
  </w:abstractNum>
  <w:abstractNum w:abstractNumId="30">
    <w:multiLevelType w:val="singleLevel"/>
    <w:lvl w:ilvl="0">
      <w:start w:val="1"/>
      <w:numFmt w:val="bullet"/>
      <w:lvlText w:val="•"/>
      <w:lvlJc w:val="left"/>
      <w:pPr>
        <w:tabs>
          <w:tab w:val="num" w:pos="540"/>
        </w:tabs>
        <w:ind w:left="540" w:hanging="270"/>
      </w:pPr>
    </w:lvl>
  </w:abstractNum>
  <w:abstractNum w:abstractNumId="31">
    <w:multiLevelType w:val="singleLevel"/>
    <w:lvl w:ilvl="0">
      <w:start w:val="1"/>
      <w:numFmt w:val="bullet"/>
      <w:lvlText w:val="•"/>
      <w:lvlJc w:val="left"/>
      <w:pPr>
        <w:tabs>
          <w:tab w:val="num" w:pos="540"/>
        </w:tabs>
        <w:ind w:left="540" w:hanging="270"/>
      </w:pPr>
    </w:lvl>
  </w:abstractNum>
  <w:abstractNum w:abstractNumId="32">
    <w:multiLevelType w:val="singleLevel"/>
    <w:lvl w:ilvl="0">
      <w:start w:val="1"/>
      <w:numFmt w:val="bullet"/>
      <w:lvlText w:val="•"/>
      <w:lvlJc w:val="left"/>
      <w:pPr>
        <w:tabs>
          <w:tab w:val="num" w:pos="540"/>
        </w:tabs>
        <w:ind w:left="540" w:hanging="270"/>
      </w:pPr>
    </w:lvl>
  </w:abstractNum>
  <w:abstractNum w:abstractNumId="33">
    <w:multiLevelType w:val="singleLevel"/>
    <w:lvl w:ilvl="0">
      <w:start w:val="1"/>
      <w:numFmt w:val="bullet"/>
      <w:lvlText w:val="•"/>
      <w:lvlJc w:val="left"/>
      <w:pPr>
        <w:tabs>
          <w:tab w:val="num" w:pos="540"/>
        </w:tabs>
        <w:ind w:left="540" w:hanging="270"/>
      </w:pPr>
    </w:lvl>
  </w:abstractNum>
  <w:abstractNum w:abstractNumId="34">
    <w:multiLevelType w:val="singleLevel"/>
    <w:lvl w:ilvl="0">
      <w:start w:val="1"/>
      <w:numFmt w:val="decimal"/>
      <w:lvlText w:val="%1."/>
      <w:lvlJc w:val="left"/>
      <w:pPr>
        <w:tabs>
          <w:tab w:val="num" w:pos="540"/>
        </w:tabs>
        <w:ind w:left="540" w:hanging="270"/>
      </w:pPr>
    </w:lvl>
  </w:abstractNum>
  <w:abstractNum w:abstractNumId="35">
    <w:multiLevelType w:val="singleLevel"/>
    <w:lvl w:ilvl="0">
      <w:start w:val="1"/>
      <w:numFmt w:val="bullet"/>
      <w:lvlText w:val="•"/>
      <w:lvlJc w:val="left"/>
      <w:pPr>
        <w:tabs>
          <w:tab w:val="num" w:pos="540"/>
        </w:tabs>
        <w:ind w:left="540" w:hanging="270"/>
      </w:pPr>
    </w:lvl>
  </w:abstractNum>
  <w:abstractNum w:abstractNumId="36">
    <w:multiLevelType w:val="singleLevel"/>
    <w:lvl w:ilvl="0">
      <w:start w:val="1"/>
      <w:numFmt w:val="bullet"/>
      <w:lvlText w:val="•"/>
      <w:lvlJc w:val="left"/>
      <w:pPr>
        <w:tabs>
          <w:tab w:val="num" w:pos="540"/>
        </w:tabs>
        <w:ind w:left="540" w:hanging="270"/>
      </w:pPr>
    </w:lvl>
  </w:abstractNum>
  <w:abstractNum w:abstractNumId="37">
    <w:multiLevelType w:val="singleLevel"/>
    <w:lvl w:ilvl="0">
      <w:start w:val="1"/>
      <w:numFmt w:val="decimal"/>
      <w:lvlText w:val="%1."/>
      <w:lvlJc w:val="left"/>
      <w:pPr>
        <w:tabs>
          <w:tab w:val="num" w:pos="540"/>
        </w:tabs>
        <w:ind w:left="540" w:hanging="270"/>
      </w:pPr>
    </w:lvl>
  </w:abstractNum>
  <w:abstractNum w:abstractNumId="38">
    <w:multiLevelType w:val="singleLevel"/>
    <w:lvl w:ilvl="0">
      <w:start w:val="1"/>
      <w:numFmt w:val="bullet"/>
      <w:lvlText w:val="•"/>
      <w:lvlJc w:val="left"/>
      <w:pPr>
        <w:tabs>
          <w:tab w:val="num" w:pos="540"/>
        </w:tabs>
        <w:ind w:left="540" w:hanging="270"/>
      </w:pPr>
    </w:lvl>
  </w:abstractNum>
  <w:abstractNum w:abstractNumId="39">
    <w:multiLevelType w:val="singleLevel"/>
    <w:lvl w:ilvl="0">
      <w:start w:val="1"/>
      <w:numFmt w:val="bullet"/>
      <w:lvlText w:val="•"/>
      <w:lvlJc w:val="left"/>
      <w:pPr>
        <w:tabs>
          <w:tab w:val="num" w:pos="540"/>
        </w:tabs>
        <w:ind w:left="540" w:hanging="270"/>
      </w:pPr>
    </w:lvl>
  </w:abstractNum>
  <w:abstractNum w:abstractNumId="40">
    <w:multiLevelType w:val="singleLevel"/>
    <w:lvl w:ilvl="0">
      <w:start w:val="1"/>
      <w:numFmt w:val="decimal"/>
      <w:lvlText w:val="%1."/>
      <w:lvlJc w:val="left"/>
      <w:pPr>
        <w:tabs>
          <w:tab w:val="num" w:pos="540"/>
        </w:tabs>
        <w:ind w:left="540" w:hanging="270"/>
      </w:pPr>
    </w:lvl>
  </w:abstractNum>
  <w:abstractNum w:abstractNumId="41">
    <w:multiLevelType w:val="singleLevel"/>
    <w:lvl w:ilvl="0">
      <w:start w:val="1"/>
      <w:numFmt w:val="bullet"/>
      <w:lvlText w:val="•"/>
      <w:lvlJc w:val="left"/>
      <w:pPr>
        <w:tabs>
          <w:tab w:val="num" w:pos="540"/>
        </w:tabs>
        <w:ind w:left="540" w:hanging="270"/>
      </w:pPr>
    </w:lvl>
  </w:abstractNum>
  <w:abstractNum w:abstractNumId="42">
    <w:multiLevelType w:val="singleLevel"/>
    <w:lvl w:ilvl="0">
      <w:start w:val="1"/>
      <w:numFmt w:val="bullet"/>
      <w:lvlText w:val="•"/>
      <w:lvlJc w:val="left"/>
      <w:pPr>
        <w:tabs>
          <w:tab w:val="num" w:pos="540"/>
        </w:tabs>
        <w:ind w:left="540" w:hanging="270"/>
      </w:pPr>
    </w:lvl>
  </w:abstractNum>
  <w:abstractNum w:abstractNumId="43">
    <w:multiLevelType w:val="singleLevel"/>
    <w:lvl w:ilvl="0">
      <w:start w:val="1"/>
      <w:numFmt w:val="decimal"/>
      <w:lvlText w:val="%1."/>
      <w:lvlJc w:val="left"/>
      <w:pPr>
        <w:tabs>
          <w:tab w:val="num" w:pos="540"/>
        </w:tabs>
        <w:ind w:left="540" w:hanging="270"/>
      </w:pPr>
    </w:lvl>
  </w:abstractNum>
  <w:abstractNum w:abstractNumId="44">
    <w:multiLevelType w:val="singleLevel"/>
    <w:lvl w:ilvl="0">
      <w:start w:val="1"/>
      <w:numFmt w:val="bullet"/>
      <w:lvlText w:val="•"/>
      <w:lvlJc w:val="left"/>
      <w:pPr>
        <w:tabs>
          <w:tab w:val="num" w:pos="540"/>
        </w:tabs>
        <w:ind w:left="540" w:hanging="270"/>
      </w:pPr>
    </w:lvl>
  </w:abstractNum>
  <w:abstractNum w:abstractNumId="45">
    <w:multiLevelType w:val="singleLevel"/>
    <w:lvl w:ilvl="0">
      <w:start w:val="1"/>
      <w:numFmt w:val="bullet"/>
      <w:lvlText w:val="•"/>
      <w:lvlJc w:val="left"/>
      <w:pPr>
        <w:tabs>
          <w:tab w:val="num" w:pos="540"/>
        </w:tabs>
        <w:ind w:left="540" w:hanging="270"/>
      </w:pPr>
    </w:lvl>
  </w:abstractNum>
  <w:abstractNum w:abstractNumId="46">
    <w:multiLevelType w:val="singleLevel"/>
    <w:lvl w:ilvl="0">
      <w:start w:val="1"/>
      <w:numFmt w:val="decimal"/>
      <w:lvlText w:val="%1."/>
      <w:lvlJc w:val="left"/>
      <w:pPr>
        <w:tabs>
          <w:tab w:val="num" w:pos="540"/>
        </w:tabs>
        <w:ind w:left="540" w:hanging="270"/>
      </w:pPr>
    </w:lvl>
  </w:abstractNum>
  <w:abstractNum w:abstractNumId="47">
    <w:multiLevelType w:val="singleLevel"/>
    <w:lvl w:ilvl="0">
      <w:start w:val="1"/>
      <w:numFmt w:val="bullet"/>
      <w:lvlText w:val="•"/>
      <w:lvlJc w:val="left"/>
      <w:pPr>
        <w:tabs>
          <w:tab w:val="num" w:pos="540"/>
        </w:tabs>
        <w:ind w:left="540" w:hanging="270"/>
      </w:pPr>
    </w:lvl>
  </w:abstractNum>
  <w:abstractNum w:abstractNumId="48">
    <w:multiLevelType w:val="singleLevel"/>
    <w:lvl w:ilvl="0">
      <w:start w:val="1"/>
      <w:numFmt w:val="bullet"/>
      <w:lvlText w:val="•"/>
      <w:lvlJc w:val="left"/>
      <w:pPr>
        <w:tabs>
          <w:tab w:val="num" w:pos="540"/>
        </w:tabs>
        <w:ind w:left="540" w:hanging="270"/>
      </w:pPr>
    </w:lvl>
  </w:abstractNum>
  <w:abstractNum w:abstractNumId="49">
    <w:multiLevelType w:val="singleLevel"/>
    <w:lvl w:ilvl="0">
      <w:start w:val="1"/>
      <w:numFmt w:val="decimal"/>
      <w:lvlText w:val="%1."/>
      <w:lvlJc w:val="left"/>
      <w:pPr>
        <w:tabs>
          <w:tab w:val="num" w:pos="540"/>
        </w:tabs>
        <w:ind w:left="540" w:hanging="270"/>
      </w:pPr>
    </w:lvl>
  </w:abstractNum>
  <w:abstractNum w:abstractNumId="50">
    <w:multiLevelType w:val="singleLevel"/>
    <w:lvl w:ilvl="0">
      <w:start w:val="1"/>
      <w:numFmt w:val="bullet"/>
      <w:lvlText w:val="•"/>
      <w:lvlJc w:val="left"/>
      <w:pPr>
        <w:tabs>
          <w:tab w:val="num" w:pos="540"/>
        </w:tabs>
        <w:ind w:left="540" w:hanging="270"/>
      </w:pPr>
    </w:lvl>
  </w:abstractNum>
  <w:abstractNum w:abstractNumId="51">
    <w:multiLevelType w:val="singleLevel"/>
    <w:lvl w:ilvl="0">
      <w:start w:val="1"/>
      <w:numFmt w:val="bullet"/>
      <w:lvlText w:val="•"/>
      <w:lvlJc w:val="left"/>
      <w:pPr>
        <w:tabs>
          <w:tab w:val="num" w:pos="540"/>
        </w:tabs>
        <w:ind w:left="540" w:hanging="270"/>
      </w:pPr>
    </w:lvl>
  </w:abstractNum>
  <w:abstractNum w:abstractNumId="52">
    <w:multiLevelType w:val="singleLevel"/>
    <w:lvl w:ilvl="0">
      <w:start w:val="1"/>
      <w:numFmt w:val="decimal"/>
      <w:lvlText w:val="%1."/>
      <w:lvlJc w:val="left"/>
      <w:pPr>
        <w:tabs>
          <w:tab w:val="num" w:pos="540"/>
        </w:tabs>
        <w:ind w:left="540" w:hanging="270"/>
      </w:pPr>
    </w:lvl>
  </w:abstractNum>
  <w:abstractNum w:abstractNumId="53">
    <w:multiLevelType w:val="singleLevel"/>
    <w:lvl w:ilvl="0">
      <w:start w:val="1"/>
      <w:numFmt w:val="bullet"/>
      <w:lvlText w:val="•"/>
      <w:lvlJc w:val="left"/>
      <w:pPr>
        <w:tabs>
          <w:tab w:val="num" w:pos="540"/>
        </w:tabs>
        <w:ind w:left="540" w:hanging="270"/>
      </w:pPr>
    </w:lvl>
  </w:abstractNum>
  <w:abstractNum w:abstractNumId="54">
    <w:multiLevelType w:val="singleLevel"/>
    <w:lvl w:ilvl="0">
      <w:start w:val="1"/>
      <w:numFmt w:val="bullet"/>
      <w:lvlText w:val="•"/>
      <w:lvlJc w:val="left"/>
      <w:pPr>
        <w:tabs>
          <w:tab w:val="num" w:pos="540"/>
        </w:tabs>
        <w:ind w:left="540" w:hanging="270"/>
      </w:pPr>
    </w:lvl>
  </w:abstractNum>
  <w:abstractNum w:abstractNumId="55">
    <w:multiLevelType w:val="singleLevel"/>
    <w:lvl w:ilvl="0">
      <w:start w:val="1"/>
      <w:numFmt w:val="decimal"/>
      <w:lvlText w:val="%1."/>
      <w:lvlJc w:val="left"/>
      <w:pPr>
        <w:tabs>
          <w:tab w:val="num" w:pos="540"/>
        </w:tabs>
        <w:ind w:left="540" w:hanging="270"/>
      </w:pPr>
    </w:lvl>
  </w:abstractNum>
  <w:abstractNum w:abstractNumId="56">
    <w:multiLevelType w:val="singleLevel"/>
    <w:lvl w:ilvl="0">
      <w:start w:val="1"/>
      <w:numFmt w:val="bullet"/>
      <w:lvlText w:val="•"/>
      <w:lvlJc w:val="left"/>
      <w:pPr>
        <w:tabs>
          <w:tab w:val="num" w:pos="540"/>
        </w:tabs>
        <w:ind w:left="540" w:hanging="270"/>
      </w:pPr>
    </w:lvl>
  </w:abstractNum>
  <w:abstractNum w:abstractNumId="57">
    <w:multiLevelType w:val="singleLevel"/>
    <w:lvl w:ilvl="0">
      <w:start w:val="1"/>
      <w:numFmt w:val="bullet"/>
      <w:lvlText w:val="•"/>
      <w:lvlJc w:val="left"/>
      <w:pPr>
        <w:tabs>
          <w:tab w:val="num" w:pos="540"/>
        </w:tabs>
        <w:ind w:left="540" w:hanging="270"/>
      </w:pPr>
    </w:lvl>
  </w:abstractNum>
  <w:abstractNum w:abstractNumId="58">
    <w:multiLevelType w:val="singleLevel"/>
    <w:lvl w:ilvl="0">
      <w:start w:val="1"/>
      <w:numFmt w:val="decimal"/>
      <w:lvlText w:val="%1."/>
      <w:lvlJc w:val="left"/>
      <w:pPr>
        <w:tabs>
          <w:tab w:val="num" w:pos="540"/>
        </w:tabs>
        <w:ind w:left="540" w:hanging="270"/>
      </w:pPr>
    </w:lvl>
  </w:abstractNum>
  <w:abstractNum w:abstractNumId="59">
    <w:multiLevelType w:val="singleLevel"/>
    <w:lvl w:ilvl="0">
      <w:start w:val="1"/>
      <w:numFmt w:val="bullet"/>
      <w:lvlText w:val="•"/>
      <w:lvlJc w:val="left"/>
      <w:pPr>
        <w:tabs>
          <w:tab w:val="num" w:pos="540"/>
        </w:tabs>
        <w:ind w:left="540" w:hanging="270"/>
      </w:pPr>
    </w:lvl>
  </w:abstractNum>
  <w:abstractNum w:abstractNumId="60">
    <w:multiLevelType w:val="singleLevel"/>
    <w:lvl w:ilvl="0">
      <w:start w:val="1"/>
      <w:numFmt w:val="bullet"/>
      <w:lvlText w:val="•"/>
      <w:lvlJc w:val="left"/>
      <w:pPr>
        <w:tabs>
          <w:tab w:val="num" w:pos="540"/>
        </w:tabs>
        <w:ind w:left="540" w:hanging="270"/>
      </w:pPr>
    </w:lvl>
  </w:abstractNum>
  <w:abstractNum w:abstractNumId="61">
    <w:multiLevelType w:val="singleLevel"/>
    <w:lvl w:ilvl="0">
      <w:start w:val="1"/>
      <w:numFmt w:val="decimal"/>
      <w:lvlText w:val="%1."/>
      <w:lvlJc w:val="left"/>
      <w:pPr>
        <w:tabs>
          <w:tab w:val="num" w:pos="540"/>
        </w:tabs>
        <w:ind w:left="540" w:hanging="270"/>
      </w:pPr>
    </w:lvl>
  </w:abstractNum>
  <w:abstractNum w:abstractNumId="62">
    <w:multiLevelType w:val="singleLevel"/>
    <w:lvl w:ilvl="0">
      <w:start w:val="1"/>
      <w:numFmt w:val="bullet"/>
      <w:lvlText w:val="•"/>
      <w:lvlJc w:val="left"/>
      <w:pPr>
        <w:tabs>
          <w:tab w:val="num" w:pos="540"/>
        </w:tabs>
        <w:ind w:left="540" w:hanging="270"/>
      </w:pPr>
    </w:lvl>
  </w:abstractNum>
  <w:abstractNum w:abstractNumId="63">
    <w:multiLevelType w:val="singleLevel"/>
    <w:lvl w:ilvl="0">
      <w:start w:val="1"/>
      <w:numFmt w:val="bullet"/>
      <w:lvlText w:val="•"/>
      <w:lvlJc w:val="left"/>
      <w:pPr>
        <w:tabs>
          <w:tab w:val="num" w:pos="540"/>
        </w:tabs>
        <w:ind w:left="540" w:hanging="270"/>
      </w:pPr>
    </w:lvl>
  </w:abstractNum>
  <w:abstractNum w:abstractNumId="64">
    <w:multiLevelType w:val="singleLevel"/>
    <w:lvl w:ilvl="0">
      <w:start w:val="1"/>
      <w:numFmt w:val="decimal"/>
      <w:lvlText w:val="%1."/>
      <w:lvlJc w:val="left"/>
      <w:pPr>
        <w:tabs>
          <w:tab w:val="num" w:pos="540"/>
        </w:tabs>
        <w:ind w:left="540" w:hanging="270"/>
      </w:pPr>
    </w:lvl>
  </w:abstractNum>
  <w:abstractNum w:abstractNumId="65">
    <w:multiLevelType w:val="singleLevel"/>
    <w:lvl w:ilvl="0">
      <w:start w:val="1"/>
      <w:numFmt w:val="bullet"/>
      <w:lvlText w:val="•"/>
      <w:lvlJc w:val="left"/>
      <w:pPr>
        <w:tabs>
          <w:tab w:val="num" w:pos="540"/>
        </w:tabs>
        <w:ind w:left="540" w:hanging="270"/>
      </w:pPr>
    </w:lvl>
  </w:abstractNum>
  <w:abstractNum w:abstractNumId="66">
    <w:multiLevelType w:val="singleLevel"/>
    <w:lvl w:ilvl="0">
      <w:start w:val="1"/>
      <w:numFmt w:val="bullet"/>
      <w:lvlText w:val="•"/>
      <w:lvlJc w:val="left"/>
      <w:pPr>
        <w:tabs>
          <w:tab w:val="num" w:pos="540"/>
        </w:tabs>
        <w:ind w:left="540" w:hanging="270"/>
      </w:pPr>
    </w:lvl>
  </w:abstractNum>
  <w:abstractNum w:abstractNumId="67">
    <w:multiLevelType w:val="singleLevel"/>
    <w:lvl w:ilvl="0">
      <w:start w:val="1"/>
      <w:numFmt w:val="decimal"/>
      <w:lvlText w:val="%1."/>
      <w:lvlJc w:val="left"/>
      <w:pPr>
        <w:tabs>
          <w:tab w:val="num" w:pos="540"/>
        </w:tabs>
        <w:ind w:left="540" w:hanging="270"/>
      </w:pPr>
    </w:lvl>
  </w:abstractNum>
  <w:abstractNum w:abstractNumId="68">
    <w:multiLevelType w:val="singleLevel"/>
    <w:lvl w:ilvl="0">
      <w:start w:val="1"/>
      <w:numFmt w:val="bullet"/>
      <w:lvlText w:val="•"/>
      <w:lvlJc w:val="left"/>
      <w:pPr>
        <w:tabs>
          <w:tab w:val="num" w:pos="540"/>
        </w:tabs>
        <w:ind w:left="540" w:hanging="270"/>
      </w:pPr>
    </w:lvl>
  </w:abstractNum>
  <w:abstractNum w:abstractNumId="69">
    <w:multiLevelType w:val="singleLevel"/>
    <w:lvl w:ilvl="0">
      <w:start w:val="1"/>
      <w:numFmt w:val="bullet"/>
      <w:lvlText w:val="•"/>
      <w:lvlJc w:val="left"/>
      <w:pPr>
        <w:tabs>
          <w:tab w:val="num" w:pos="540"/>
        </w:tabs>
        <w:ind w:left="540" w:hanging="270"/>
      </w:pPr>
    </w:lvl>
  </w:abstractNum>
  <w:abstractNum w:abstractNumId="70">
    <w:multiLevelType w:val="singleLevel"/>
    <w:lvl w:ilvl="0">
      <w:start w:val="1"/>
      <w:numFmt w:val="bullet"/>
      <w:lvlText w:val="•"/>
      <w:lvlJc w:val="left"/>
      <w:pPr>
        <w:tabs>
          <w:tab w:val="num" w:pos="540"/>
        </w:tabs>
        <w:ind w:left="540" w:hanging="270"/>
      </w:pPr>
    </w:lvl>
  </w:abstractNum>
  <w:abstractNum w:abstractNumId="71">
    <w:multiLevelType w:val="singleLevel"/>
    <w:lvl w:ilvl="0">
      <w:start w:val="1"/>
      <w:numFmt w:val="bullet"/>
      <w:lvlText w:val="•"/>
      <w:lvlJc w:val="left"/>
      <w:pPr>
        <w:tabs>
          <w:tab w:val="num" w:pos="540"/>
        </w:tabs>
        <w:ind w:left="540" w:hanging="270"/>
      </w:pPr>
    </w:lvl>
  </w:abstractNum>
  <w:abstractNum w:abstractNumId="72">
    <w:multiLevelType w:val="singleLevel"/>
    <w:lvl w:ilvl="0">
      <w:start w:val="1"/>
      <w:numFmt w:val="bullet"/>
      <w:lvlText w:val="•"/>
      <w:lvlJc w:val="left"/>
      <w:pPr>
        <w:tabs>
          <w:tab w:val="num" w:pos="540"/>
        </w:tabs>
        <w:ind w:left="540" w:hanging="270"/>
      </w:pPr>
    </w:lvl>
  </w:abstractNum>
  <w:abstractNum w:abstractNumId="73">
    <w:multiLevelType w:val="singleLevel"/>
    <w:lvl w:ilvl="0">
      <w:start w:val="1"/>
      <w:numFmt w:val="bullet"/>
      <w:lvlText w:val="•"/>
      <w:lvlJc w:val="left"/>
      <w:pPr>
        <w:tabs>
          <w:tab w:val="num" w:pos="540"/>
        </w:tabs>
        <w:ind w:left="540" w:hanging="270"/>
      </w:pPr>
    </w:lvl>
  </w:abstractNum>
  <w:abstractNum w:abstractNumId="74">
    <w:multiLevelType w:val="singleLevel"/>
    <w:lvl w:ilvl="0">
      <w:start w:val="1"/>
      <w:numFmt w:val="bullet"/>
      <w:lvlText w:val="•"/>
      <w:lvlJc w:val="left"/>
      <w:pPr>
        <w:tabs>
          <w:tab w:val="num" w:pos="540"/>
        </w:tabs>
        <w:ind w:left="540" w:hanging="270"/>
      </w:pPr>
    </w:lvl>
  </w:abstractNum>
  <w:abstractNum w:abstractNumId="75">
    <w:multiLevelType w:val="singleLevel"/>
    <w:lvl w:ilvl="0">
      <w:start w:val="1"/>
      <w:numFmt w:val="bullet"/>
      <w:lvlText w:val="•"/>
      <w:lvlJc w:val="left"/>
      <w:pPr>
        <w:tabs>
          <w:tab w:val="num" w:pos="540"/>
        </w:tabs>
        <w:ind w:left="540" w:hanging="270"/>
      </w:pPr>
    </w:lvl>
  </w:abstractNum>
  <w:abstractNum w:abstractNumId="76">
    <w:multiLevelType w:val="singleLevel"/>
    <w:lvl w:ilvl="0">
      <w:start w:val="1"/>
      <w:numFmt w:val="bullet"/>
      <w:lvlText w:val="•"/>
      <w:lvlJc w:val="left"/>
      <w:pPr>
        <w:tabs>
          <w:tab w:val="num" w:pos="540"/>
        </w:tabs>
        <w:ind w:left="540" w:hanging="270"/>
      </w:pPr>
    </w:lvl>
  </w:abstractNum>
  <w:abstractNum w:abstractNumId="77">
    <w:multiLevelType w:val="singleLevel"/>
    <w:lvl w:ilvl="0">
      <w:start w:val="1"/>
      <w:numFmt w:val="bullet"/>
      <w:lvlText w:val="•"/>
      <w:lvlJc w:val="left"/>
      <w:pPr>
        <w:tabs>
          <w:tab w:val="num" w:pos="540"/>
        </w:tabs>
        <w:ind w:left="540" w:hanging="270"/>
      </w:pPr>
    </w:lvl>
  </w:abstractNum>
  <w:abstractNum w:abstractNumId="78">
    <w:multiLevelType w:val="singleLevel"/>
    <w:lvl w:ilvl="0">
      <w:start w:val="1"/>
      <w:numFmt w:val="bullet"/>
      <w:lvlText w:val="•"/>
      <w:lvlJc w:val="left"/>
      <w:pPr>
        <w:tabs>
          <w:tab w:val="num" w:pos="540"/>
        </w:tabs>
        <w:ind w:left="540" w:hanging="270"/>
      </w:pPr>
    </w:lvl>
  </w:abstractNum>
  <w:abstractNum w:abstractNumId="79">
    <w:multiLevelType w:val="singleLevel"/>
    <w:lvl w:ilvl="0">
      <w:start w:val="1"/>
      <w:numFmt w:val="bullet"/>
      <w:lvlText w:val="•"/>
      <w:lvlJc w:val="left"/>
      <w:pPr>
        <w:tabs>
          <w:tab w:val="num" w:pos="540"/>
        </w:tabs>
        <w:ind w:left="540" w:hanging="270"/>
      </w:pPr>
    </w:lvl>
  </w:abstractNum>
  <w:abstractNum w:abstractNumId="80">
    <w:multiLevelType w:val="singleLevel"/>
    <w:lvl w:ilvl="0">
      <w:start w:val="1"/>
      <w:numFmt w:val="bullet"/>
      <w:lvlText w:val="•"/>
      <w:lvlJc w:val="left"/>
      <w:pPr>
        <w:tabs>
          <w:tab w:val="num" w:pos="540"/>
        </w:tabs>
        <w:ind w:left="540" w:hanging="270"/>
      </w:pPr>
    </w:lvl>
  </w:abstractNum>
  <w:abstractNum w:abstractNumId="81">
    <w:multiLevelType w:val="singleLevel"/>
    <w:lvl w:ilvl="0">
      <w:start w:val="1"/>
      <w:numFmt w:val="bullet"/>
      <w:lvlText w:val="•"/>
      <w:lvlJc w:val="left"/>
      <w:pPr>
        <w:tabs>
          <w:tab w:val="num" w:pos="540"/>
        </w:tabs>
        <w:ind w:left="540" w:hanging="270"/>
      </w:pPr>
    </w:lvl>
  </w:abstractNum>
  <w:abstractNum w:abstractNumId="82">
    <w:multiLevelType w:val="singleLevel"/>
    <w:lvl w:ilvl="0">
      <w:start w:val="1"/>
      <w:numFmt w:val="bullet"/>
      <w:lvlText w:val="•"/>
      <w:lvlJc w:val="left"/>
      <w:pPr>
        <w:tabs>
          <w:tab w:val="num" w:pos="540"/>
        </w:tabs>
        <w:ind w:left="540" w:hanging="270"/>
      </w:pPr>
    </w:lvl>
  </w:abstractNum>
  <w:abstractNum w:abstractNumId="83">
    <w:multiLevelType w:val="singleLevel"/>
    <w:lvl w:ilvl="0">
      <w:start w:val="1"/>
      <w:numFmt w:val="bullet"/>
      <w:lvlText w:val="•"/>
      <w:lvlJc w:val="left"/>
      <w:pPr>
        <w:tabs>
          <w:tab w:val="num" w:pos="540"/>
        </w:tabs>
        <w:ind w:left="540" w:hanging="270"/>
      </w:pPr>
    </w:lvl>
  </w:abstractNum>
  <w:abstractNum w:abstractNumId="84">
    <w:multiLevelType w:val="singleLevel"/>
    <w:lvl w:ilvl="0">
      <w:start w:val="1"/>
      <w:numFmt w:val="bullet"/>
      <w:lvlText w:val="•"/>
      <w:lvlJc w:val="left"/>
      <w:pPr>
        <w:tabs>
          <w:tab w:val="num" w:pos="540"/>
        </w:tabs>
        <w:ind w:left="540" w:hanging="270"/>
      </w:pPr>
    </w:lvl>
  </w:abstractNum>
  <w:abstractNum w:abstractNumId="85">
    <w:multiLevelType w:val="singleLevel"/>
    <w:lvl w:ilvl="0">
      <w:start w:val="1"/>
      <w:numFmt w:val="bullet"/>
      <w:lvlText w:val="•"/>
      <w:lvlJc w:val="left"/>
      <w:pPr>
        <w:tabs>
          <w:tab w:val="num" w:pos="540"/>
        </w:tabs>
        <w:ind w:left="540" w:hanging="270"/>
      </w:pPr>
    </w:lvl>
  </w:abstractNum>
  <w:abstractNum w:abstractNumId="86">
    <w:multiLevelType w:val="singleLevel"/>
    <w:lvl w:ilvl="0">
      <w:start w:val="1"/>
      <w:numFmt w:val="bullet"/>
      <w:lvlText w:val="•"/>
      <w:lvlJc w:val="left"/>
      <w:pPr>
        <w:tabs>
          <w:tab w:val="num" w:pos="540"/>
        </w:tabs>
        <w:ind w:left="540" w:hanging="270"/>
      </w:pPr>
    </w:lvl>
  </w:abstractNum>
  <w:abstractNum w:abstractNumId="87">
    <w:multiLevelType w:val="singleLevel"/>
    <w:lvl w:ilvl="0">
      <w:start w:val="1"/>
      <w:numFmt w:val="bullet"/>
      <w:lvlText w:val="•"/>
      <w:lvlJc w:val="left"/>
      <w:pPr>
        <w:tabs>
          <w:tab w:val="num" w:pos="540"/>
        </w:tabs>
        <w:ind w:left="540" w:hanging="270"/>
      </w:pPr>
    </w:lvl>
  </w:abstractNum>
  <w:abstractNum w:abstractNumId="88">
    <w:multiLevelType w:val="singleLevel"/>
    <w:lvl w:ilvl="0">
      <w:start w:val="1"/>
      <w:numFmt w:val="bullet"/>
      <w:lvlText w:val="•"/>
      <w:lvlJc w:val="left"/>
      <w:pPr>
        <w:tabs>
          <w:tab w:val="num" w:pos="540"/>
        </w:tabs>
        <w:ind w:left="540" w:hanging="270"/>
      </w:pPr>
    </w:lvl>
  </w:abstractNum>
  <w:abstractNum w:abstractNumId="89">
    <w:multiLevelType w:val="singleLevel"/>
    <w:lvl w:ilvl="0">
      <w:start w:val="1"/>
      <w:numFmt w:val="bullet"/>
      <w:lvlText w:val="•"/>
      <w:lvlJc w:val="left"/>
      <w:pPr>
        <w:tabs>
          <w:tab w:val="num" w:pos="540"/>
        </w:tabs>
        <w:ind w:left="540" w:hanging="270"/>
      </w:pPr>
    </w:lvl>
  </w:abstractNum>
  <w:abstractNum w:abstractNumId="90">
    <w:multiLevelType w:val="singleLevel"/>
    <w:lvl w:ilvl="0">
      <w:start w:val="1"/>
      <w:numFmt w:val="bullet"/>
      <w:lvlText w:val="•"/>
      <w:lvlJc w:val="left"/>
      <w:pPr>
        <w:tabs>
          <w:tab w:val="num" w:pos="540"/>
        </w:tabs>
        <w:ind w:left="540" w:hanging="270"/>
      </w:pPr>
    </w:lvl>
  </w:abstractNum>
  <w:abstractNum w:abstractNumId="91">
    <w:multiLevelType w:val="singleLevel"/>
    <w:lvl w:ilvl="0">
      <w:start w:val="1"/>
      <w:numFmt w:val="bullet"/>
      <w:lvlText w:val="•"/>
      <w:lvlJc w:val="left"/>
      <w:pPr>
        <w:tabs>
          <w:tab w:val="num" w:pos="540"/>
        </w:tabs>
        <w:ind w:left="540" w:hanging="270"/>
      </w:pPr>
    </w:lvl>
  </w:abstractNum>
  <w:abstractNum w:abstractNumId="92">
    <w:multiLevelType w:val="singleLevel"/>
    <w:lvl w:ilvl="0">
      <w:start w:val="1"/>
      <w:numFmt w:val="bullet"/>
      <w:lvlText w:val="•"/>
      <w:lvlJc w:val="left"/>
      <w:pPr>
        <w:tabs>
          <w:tab w:val="num" w:pos="540"/>
        </w:tabs>
        <w:ind w:left="540" w:hanging="270"/>
      </w:pPr>
    </w:lvl>
  </w:abstractNum>
  <w:abstractNum w:abstractNumId="93">
    <w:multiLevelType w:val="singleLevel"/>
    <w:lvl w:ilvl="0">
      <w:start w:val="1"/>
      <w:numFmt w:val="bullet"/>
      <w:lvlText w:val="•"/>
      <w:lvlJc w:val="left"/>
      <w:pPr>
        <w:tabs>
          <w:tab w:val="num" w:pos="540"/>
        </w:tabs>
        <w:ind w:left="540" w:hanging="270"/>
      </w:pPr>
    </w:lvl>
  </w:abstractNum>
  <w:abstractNum w:abstractNumId="94">
    <w:multiLevelType w:val="singleLevel"/>
    <w:lvl w:ilvl="0">
      <w:start w:val="1"/>
      <w:numFmt w:val="bullet"/>
      <w:lvlText w:val="•"/>
      <w:lvlJc w:val="left"/>
      <w:pPr>
        <w:tabs>
          <w:tab w:val="num" w:pos="540"/>
        </w:tabs>
        <w:ind w:left="540" w:hanging="270"/>
      </w:pPr>
    </w:lvl>
  </w:abstractNum>
  <w:abstractNum w:abstractNumId="95">
    <w:multiLevelType w:val="singleLevel"/>
    <w:lvl w:ilvl="0">
      <w:start w:val="1"/>
      <w:numFmt w:val="bullet"/>
      <w:lvlText w:val="•"/>
      <w:lvlJc w:val="left"/>
      <w:pPr>
        <w:tabs>
          <w:tab w:val="num" w:pos="540"/>
        </w:tabs>
        <w:ind w:left="540" w:hanging="270"/>
      </w:pPr>
    </w:lvl>
  </w:abstractNum>
  <w:abstractNum w:abstractNumId="96">
    <w:multiLevelType w:val="singleLevel"/>
    <w:lvl w:ilvl="0">
      <w:start w:val="1"/>
      <w:numFmt w:val="bullet"/>
      <w:lvlText w:val="•"/>
      <w:lvlJc w:val="left"/>
      <w:pPr>
        <w:tabs>
          <w:tab w:val="num" w:pos="540"/>
        </w:tabs>
        <w:ind w:left="540" w:hanging="270"/>
      </w:pPr>
    </w:lvl>
  </w:abstractNum>
  <w:abstractNum w:abstractNumId="97">
    <w:multiLevelType w:val="singleLevel"/>
    <w:lvl w:ilvl="0">
      <w:start w:val="1"/>
      <w:numFmt w:val="bullet"/>
      <w:lvlText w:val="•"/>
      <w:lvlJc w:val="left"/>
      <w:pPr>
        <w:tabs>
          <w:tab w:val="num" w:pos="540"/>
        </w:tabs>
        <w:ind w:left="540" w:hanging="270"/>
      </w:pPr>
    </w:lvl>
  </w:abstractNum>
  <w:abstractNum w:abstractNumId="98">
    <w:multiLevelType w:val="singleLevel"/>
    <w:lvl w:ilvl="0">
      <w:start w:val="1"/>
      <w:numFmt w:val="bullet"/>
      <w:lvlText w:val="•"/>
      <w:lvlJc w:val="left"/>
      <w:pPr>
        <w:tabs>
          <w:tab w:val="num" w:pos="540"/>
        </w:tabs>
        <w:ind w:left="540" w:hanging="270"/>
      </w:pPr>
    </w:lvl>
  </w:abstractNum>
  <w:abstractNum w:abstractNumId="99">
    <w:multiLevelType w:val="singleLevel"/>
    <w:lvl w:ilvl="0">
      <w:start w:val="1"/>
      <w:numFmt w:val="bullet"/>
      <w:lvlText w:val="•"/>
      <w:lvlJc w:val="left"/>
      <w:pPr>
        <w:tabs>
          <w:tab w:val="num" w:pos="540"/>
        </w:tabs>
        <w:ind w:left="540" w:hanging="270"/>
      </w:pPr>
    </w:lvl>
  </w:abstractNum>
  <w:abstractNum w:abstractNumId="100">
    <w:multiLevelType w:val="singleLevel"/>
    <w:lvl w:ilvl="0">
      <w:start w:val="1"/>
      <w:numFmt w:val="bullet"/>
      <w:lvlText w:val="•"/>
      <w:lvlJc w:val="left"/>
      <w:pPr>
        <w:tabs>
          <w:tab w:val="num" w:pos="540"/>
        </w:tabs>
        <w:ind w:left="540" w:hanging="270"/>
      </w:pPr>
    </w:lvl>
  </w:abstractNum>
  <w:abstractNum w:abstractNumId="101">
    <w:multiLevelType w:val="singleLevel"/>
    <w:lvl w:ilvl="0">
      <w:start w:val="1"/>
      <w:numFmt w:val="bullet"/>
      <w:lvlText w:val="•"/>
      <w:lvlJc w:val="left"/>
      <w:pPr>
        <w:tabs>
          <w:tab w:val="num" w:pos="540"/>
        </w:tabs>
        <w:ind w:left="540" w:hanging="270"/>
      </w:pPr>
    </w:lvl>
  </w:abstractNum>
  <w:abstractNum w:abstractNumId="102">
    <w:multiLevelType w:val="singleLevel"/>
    <w:lvl w:ilvl="0">
      <w:start w:val="1"/>
      <w:numFmt w:val="bullet"/>
      <w:lvlText w:val="•"/>
      <w:lvlJc w:val="left"/>
      <w:pPr>
        <w:tabs>
          <w:tab w:val="num" w:pos="540"/>
        </w:tabs>
        <w:ind w:left="540" w:hanging="270"/>
      </w:pPr>
    </w:lvl>
  </w:abstractNum>
  <w:abstractNum w:abstractNumId="103">
    <w:multiLevelType w:val="singleLevel"/>
    <w:lvl w:ilvl="0">
      <w:start w:val="1"/>
      <w:numFmt w:val="bullet"/>
      <w:lvlText w:val="•"/>
      <w:lvlJc w:val="left"/>
      <w:pPr>
        <w:tabs>
          <w:tab w:val="num" w:pos="540"/>
        </w:tabs>
        <w:ind w:left="540" w:hanging="270"/>
      </w:pPr>
    </w:lvl>
  </w:abstractNum>
  <w:abstractNum w:abstractNumId="104">
    <w:multiLevelType w:val="singleLevel"/>
    <w:lvl w:ilvl="0">
      <w:start w:val="1"/>
      <w:numFmt w:val="bullet"/>
      <w:lvlText w:val="•"/>
      <w:lvlJc w:val="left"/>
      <w:pPr>
        <w:tabs>
          <w:tab w:val="num" w:pos="540"/>
        </w:tabs>
        <w:ind w:left="540" w:hanging="270"/>
      </w:pPr>
    </w:lvl>
  </w:abstractNum>
  <w:abstractNum w:abstractNumId="105">
    <w:multiLevelType w:val="singleLevel"/>
    <w:lvl w:ilvl="0">
      <w:start w:val="1"/>
      <w:numFmt w:val="bullet"/>
      <w:lvlText w:val="•"/>
      <w:lvlJc w:val="left"/>
      <w:pPr>
        <w:tabs>
          <w:tab w:val="num" w:pos="540"/>
        </w:tabs>
        <w:ind w:left="540" w:hanging="270"/>
      </w:pPr>
    </w:lvl>
  </w:abstractNum>
  <w:abstractNum w:abstractNumId="106">
    <w:multiLevelType w:val="singleLevel"/>
    <w:lvl w:ilvl="0">
      <w:start w:val="1"/>
      <w:numFmt w:val="bullet"/>
      <w:lvlText w:val="•"/>
      <w:lvlJc w:val="left"/>
      <w:pPr>
        <w:tabs>
          <w:tab w:val="num" w:pos="540"/>
        </w:tabs>
        <w:ind w:left="540" w:hanging="270"/>
      </w:pPr>
    </w:lvl>
  </w:abstractNum>
  <w:abstractNum w:abstractNumId="107">
    <w:multiLevelType w:val="singleLevel"/>
    <w:lvl w:ilvl="0">
      <w:start w:val="1"/>
      <w:numFmt w:val="bullet"/>
      <w:lvlText w:val="•"/>
      <w:lvlJc w:val="left"/>
      <w:pPr>
        <w:tabs>
          <w:tab w:val="num" w:pos="540"/>
        </w:tabs>
        <w:ind w:left="540" w:hanging="270"/>
      </w:pPr>
    </w:lvl>
  </w:abstractNum>
  <w:abstractNum w:abstractNumId="108">
    <w:multiLevelType w:val="singleLevel"/>
    <w:lvl w:ilvl="0">
      <w:start w:val="1"/>
      <w:numFmt w:val="bullet"/>
      <w:lvlText w:val="•"/>
      <w:lvlJc w:val="left"/>
      <w:pPr>
        <w:tabs>
          <w:tab w:val="num" w:pos="540"/>
        </w:tabs>
        <w:ind w:left="540" w:hanging="270"/>
      </w:pPr>
    </w:lvl>
  </w:abstractNum>
  <w:abstractNum w:abstractNumId="109">
    <w:multiLevelType w:val="singleLevel"/>
    <w:lvl w:ilvl="0">
      <w:start w:val="1"/>
      <w:numFmt w:val="bullet"/>
      <w:lvlText w:val="•"/>
      <w:lvlJc w:val="left"/>
      <w:pPr>
        <w:tabs>
          <w:tab w:val="num" w:pos="540"/>
        </w:tabs>
        <w:ind w:left="540" w:hanging="270"/>
      </w:pPr>
    </w:lvl>
  </w:abstractNum>
  <w:abstractNum w:abstractNumId="110">
    <w:multiLevelType w:val="singleLevel"/>
    <w:lvl w:ilvl="0">
      <w:start w:val="1"/>
      <w:numFmt w:val="bullet"/>
      <w:lvlText w:val="•"/>
      <w:lvlJc w:val="left"/>
      <w:pPr>
        <w:tabs>
          <w:tab w:val="num" w:pos="540"/>
        </w:tabs>
        <w:ind w:left="540" w:hanging="270"/>
      </w:pPr>
    </w:lvl>
  </w:abstractNum>
  <w:abstractNum w:abstractNumId="111">
    <w:multiLevelType w:val="singleLevel"/>
    <w:lvl w:ilvl="0">
      <w:start w:val="1"/>
      <w:numFmt w:val="bullet"/>
      <w:lvlText w:val="•"/>
      <w:lvlJc w:val="left"/>
      <w:pPr>
        <w:tabs>
          <w:tab w:val="num" w:pos="540"/>
        </w:tabs>
        <w:ind w:left="540" w:hanging="270"/>
      </w:pPr>
    </w:lvl>
  </w:abstractNum>
  <w:abstractNum w:abstractNumId="112">
    <w:multiLevelType w:val="singleLevel"/>
    <w:lvl w:ilvl="0">
      <w:start w:val="1"/>
      <w:numFmt w:val="bullet"/>
      <w:lvlText w:val="•"/>
      <w:lvlJc w:val="left"/>
      <w:pPr>
        <w:tabs>
          <w:tab w:val="num" w:pos="540"/>
        </w:tabs>
        <w:ind w:left="540" w:hanging="270"/>
      </w:pPr>
    </w:lvl>
  </w:abstractNum>
  <w:abstractNum w:abstractNumId="113">
    <w:multiLevelType w:val="singleLevel"/>
    <w:lvl w:ilvl="0">
      <w:start w:val="1"/>
      <w:numFmt w:val="bullet"/>
      <w:lvlText w:val="•"/>
      <w:lvlJc w:val="left"/>
      <w:pPr>
        <w:tabs>
          <w:tab w:val="num" w:pos="540"/>
        </w:tabs>
        <w:ind w:left="540" w:hanging="270"/>
      </w:pPr>
    </w:lvl>
  </w:abstractNum>
  <w:abstractNum w:abstractNumId="114">
    <w:multiLevelType w:val="singleLevel"/>
    <w:lvl w:ilvl="0">
      <w:start w:val="1"/>
      <w:numFmt w:val="bullet"/>
      <w:lvlText w:val="•"/>
      <w:lvlJc w:val="left"/>
      <w:pPr>
        <w:tabs>
          <w:tab w:val="num" w:pos="540"/>
        </w:tabs>
        <w:ind w:left="540" w:hanging="270"/>
      </w:pPr>
    </w:lvl>
  </w:abstractNum>
  <w:abstractNum w:abstractNumId="115">
    <w:multiLevelType w:val="singleLevel"/>
    <w:lvl w:ilvl="0">
      <w:start w:val="1"/>
      <w:numFmt w:val="bullet"/>
      <w:lvlText w:val="•"/>
      <w:lvlJc w:val="left"/>
      <w:pPr>
        <w:tabs>
          <w:tab w:val="num" w:pos="540"/>
        </w:tabs>
        <w:ind w:left="540" w:hanging="270"/>
      </w:pPr>
    </w:lvl>
  </w:abstractNum>
  <w:abstractNum w:abstractNumId="116">
    <w:multiLevelType w:val="singleLevel"/>
    <w:lvl w:ilvl="0">
      <w:start w:val="1"/>
      <w:numFmt w:val="bullet"/>
      <w:lvlText w:val="•"/>
      <w:lvlJc w:val="left"/>
      <w:pPr>
        <w:tabs>
          <w:tab w:val="num" w:pos="540"/>
        </w:tabs>
        <w:ind w:left="540" w:hanging="270"/>
      </w:pPr>
    </w:lvl>
  </w:abstractNum>
  <w:abstractNum w:abstractNumId="117">
    <w:multiLevelType w:val="singleLevel"/>
    <w:lvl w:ilvl="0">
      <w:start w:val="1"/>
      <w:numFmt w:val="bullet"/>
      <w:lvlText w:val="•"/>
      <w:lvlJc w:val="left"/>
      <w:pPr>
        <w:tabs>
          <w:tab w:val="num" w:pos="540"/>
        </w:tabs>
        <w:ind w:left="540" w:hanging="270"/>
      </w:pPr>
    </w:lvl>
  </w:abstractNum>
  <w:abstractNum w:abstractNumId="118">
    <w:multiLevelType w:val="singleLevel"/>
    <w:lvl w:ilvl="0">
      <w:start w:val="1"/>
      <w:numFmt w:val="bullet"/>
      <w:lvlText w:val="•"/>
      <w:lvlJc w:val="left"/>
      <w:pPr>
        <w:tabs>
          <w:tab w:val="num" w:pos="540"/>
        </w:tabs>
        <w:ind w:left="540" w:hanging="270"/>
      </w:pPr>
    </w:lvl>
  </w:abstractNum>
  <w:abstractNum w:abstractNumId="119">
    <w:multiLevelType w:val="singleLevel"/>
    <w:lvl w:ilvl="0">
      <w:start w:val="1"/>
      <w:numFmt w:val="bullet"/>
      <w:lvlText w:val="•"/>
      <w:lvlJc w:val="left"/>
      <w:pPr>
        <w:tabs>
          <w:tab w:val="num" w:pos="540"/>
        </w:tabs>
        <w:ind w:left="540" w:hanging="270"/>
      </w:pPr>
    </w:lvl>
  </w:abstractNum>
  <w:abstractNum w:abstractNumId="120">
    <w:multiLevelType w:val="singleLevel"/>
    <w:lvl w:ilvl="0">
      <w:start w:val="1"/>
      <w:numFmt w:val="bullet"/>
      <w:lvlText w:val="•"/>
      <w:lvlJc w:val="left"/>
      <w:pPr>
        <w:tabs>
          <w:tab w:val="num" w:pos="540"/>
        </w:tabs>
        <w:ind w:left="540" w:hanging="270"/>
      </w:pPr>
    </w:lvl>
  </w:abstractNum>
  <w:abstractNum w:abstractNumId="121">
    <w:multiLevelType w:val="singleLevel"/>
    <w:lvl w:ilvl="0">
      <w:start w:val="1"/>
      <w:numFmt w:val="bullet"/>
      <w:lvlText w:val="•"/>
      <w:lvlJc w:val="left"/>
      <w:pPr>
        <w:tabs>
          <w:tab w:val="num" w:pos="540"/>
        </w:tabs>
        <w:ind w:left="540" w:hanging="270"/>
      </w:pPr>
    </w:lvl>
  </w:abstractNum>
  <w:abstractNum w:abstractNumId="122">
    <w:multiLevelType w:val="singleLevel"/>
    <w:lvl w:ilvl="0">
      <w:start w:val="1"/>
      <w:numFmt w:val="bullet"/>
      <w:lvlText w:val="•"/>
      <w:lvlJc w:val="left"/>
      <w:pPr>
        <w:tabs>
          <w:tab w:val="num" w:pos="540"/>
        </w:tabs>
        <w:ind w:left="540" w:hanging="270"/>
      </w:pPr>
    </w:lvl>
  </w:abstractNum>
  <w:abstractNum w:abstractNumId="123">
    <w:multiLevelType w:val="singleLevel"/>
    <w:lvl w:ilvl="0">
      <w:start w:val="1"/>
      <w:numFmt w:val="bullet"/>
      <w:lvlText w:val="•"/>
      <w:lvlJc w:val="left"/>
      <w:pPr>
        <w:tabs>
          <w:tab w:val="num" w:pos="540"/>
        </w:tabs>
        <w:ind w:left="540" w:hanging="270"/>
      </w:pPr>
    </w:lvl>
  </w:abstractNum>
  <w:abstractNum w:abstractNumId="124">
    <w:multiLevelType w:val="singleLevel"/>
    <w:lvl w:ilvl="0">
      <w:start w:val="1"/>
      <w:numFmt w:val="bullet"/>
      <w:lvlText w:val="•"/>
      <w:lvlJc w:val="left"/>
      <w:pPr>
        <w:tabs>
          <w:tab w:val="num" w:pos="540"/>
        </w:tabs>
        <w:ind w:left="540" w:hanging="270"/>
      </w:pPr>
    </w:lvl>
  </w:abstractNum>
  <w:abstractNum w:abstractNumId="125">
    <w:multiLevelType w:val="singleLevel"/>
    <w:lvl w:ilvl="0">
      <w:start w:val="1"/>
      <w:numFmt w:val="bullet"/>
      <w:lvlText w:val="•"/>
      <w:lvlJc w:val="left"/>
      <w:pPr>
        <w:tabs>
          <w:tab w:val="num" w:pos="540"/>
        </w:tabs>
        <w:ind w:left="540" w:hanging="270"/>
      </w:pPr>
    </w:lvl>
  </w:abstractNum>
  <w:abstractNum w:abstractNumId="126">
    <w:multiLevelType w:val="singleLevel"/>
    <w:lvl w:ilvl="0">
      <w:start w:val="1"/>
      <w:numFmt w:val="bullet"/>
      <w:lvlText w:val="•"/>
      <w:lvlJc w:val="left"/>
      <w:pPr>
        <w:tabs>
          <w:tab w:val="num" w:pos="540"/>
        </w:tabs>
        <w:ind w:left="540" w:hanging="270"/>
      </w:pPr>
    </w:lvl>
  </w:abstractNum>
  <w:abstractNum w:abstractNumId="127">
    <w:multiLevelType w:val="singleLevel"/>
    <w:lvl w:ilvl="0">
      <w:start w:val="1"/>
      <w:numFmt w:val="bullet"/>
      <w:lvlText w:val="•"/>
      <w:lvlJc w:val="left"/>
      <w:pPr>
        <w:tabs>
          <w:tab w:val="num" w:pos="540"/>
        </w:tabs>
        <w:ind w:left="540" w:hanging="270"/>
      </w:pPr>
    </w:lvl>
  </w:abstractNum>
  <w:abstractNum w:abstractNumId="128">
    <w:multiLevelType w:val="singleLevel"/>
    <w:lvl w:ilvl="0">
      <w:start w:val="1"/>
      <w:numFmt w:val="bullet"/>
      <w:lvlText w:val="•"/>
      <w:lvlJc w:val="left"/>
      <w:pPr>
        <w:tabs>
          <w:tab w:val="num" w:pos="540"/>
        </w:tabs>
        <w:ind w:left="540" w:hanging="270"/>
      </w:pPr>
    </w:lvl>
  </w:abstractNum>
  <w:abstractNum w:abstractNumId="129">
    <w:multiLevelType w:val="singleLevel"/>
    <w:lvl w:ilvl="0">
      <w:start w:val="1"/>
      <w:numFmt w:val="bullet"/>
      <w:lvlText w:val="•"/>
      <w:lvlJc w:val="left"/>
      <w:pPr>
        <w:tabs>
          <w:tab w:val="num" w:pos="540"/>
        </w:tabs>
        <w:ind w:left="540" w:hanging="270"/>
      </w:pPr>
    </w:lvl>
  </w:abstractNum>
  <w:abstractNum w:abstractNumId="130">
    <w:multiLevelType w:val="singleLevel"/>
    <w:lvl w:ilvl="0">
      <w:start w:val="1"/>
      <w:numFmt w:val="bullet"/>
      <w:lvlText w:val="•"/>
      <w:lvlJc w:val="left"/>
      <w:pPr>
        <w:tabs>
          <w:tab w:val="num" w:pos="540"/>
        </w:tabs>
        <w:ind w:left="540" w:hanging="270"/>
      </w:pPr>
    </w:lvl>
  </w:abstractNum>
  <w:abstractNum w:abstractNumId="131">
    <w:multiLevelType w:val="singleLevel"/>
    <w:lvl w:ilvl="0">
      <w:start w:val="1"/>
      <w:numFmt w:val="bullet"/>
      <w:lvlText w:val="•"/>
      <w:lvlJc w:val="left"/>
      <w:pPr>
        <w:tabs>
          <w:tab w:val="num" w:pos="540"/>
        </w:tabs>
        <w:ind w:left="540" w:hanging="270"/>
      </w:pPr>
    </w:lvl>
  </w:abstractNum>
  <w:abstractNum w:abstractNumId="132">
    <w:multiLevelType w:val="singleLevel"/>
    <w:lvl w:ilvl="0">
      <w:start w:val="1"/>
      <w:numFmt w:val="bullet"/>
      <w:lvlText w:val="•"/>
      <w:lvlJc w:val="left"/>
      <w:pPr>
        <w:tabs>
          <w:tab w:val="num" w:pos="540"/>
        </w:tabs>
        <w:ind w:left="540" w:hanging="270"/>
      </w:pPr>
    </w:lvl>
  </w:abstractNum>
  <w:abstractNum w:abstractNumId="133">
    <w:multiLevelType w:val="singleLevel"/>
    <w:lvl w:ilvl="0">
      <w:start w:val="1"/>
      <w:numFmt w:val="bullet"/>
      <w:lvlText w:val="•"/>
      <w:lvlJc w:val="left"/>
      <w:pPr>
        <w:tabs>
          <w:tab w:val="num" w:pos="540"/>
        </w:tabs>
        <w:ind w:left="540" w:hanging="270"/>
      </w:pPr>
    </w:lvl>
  </w:abstractNum>
  <w:abstractNum w:abstractNumId="134">
    <w:multiLevelType w:val="singleLevel"/>
    <w:lvl w:ilvl="0">
      <w:start w:val="1"/>
      <w:numFmt w:val="bullet"/>
      <w:lvlText w:val="•"/>
      <w:lvlJc w:val="left"/>
      <w:pPr>
        <w:tabs>
          <w:tab w:val="num" w:pos="540"/>
        </w:tabs>
        <w:ind w:left="540" w:hanging="270"/>
      </w:pPr>
    </w:lvl>
  </w:abstractNum>
  <w:abstractNum w:abstractNumId="135">
    <w:multiLevelType w:val="singleLevel"/>
    <w:lvl w:ilvl="0">
      <w:start w:val="1"/>
      <w:numFmt w:val="bullet"/>
      <w:lvlText w:val="•"/>
      <w:lvlJc w:val="left"/>
      <w:pPr>
        <w:tabs>
          <w:tab w:val="num" w:pos="540"/>
        </w:tabs>
        <w:ind w:left="540" w:hanging="270"/>
      </w:pPr>
    </w:lvl>
  </w:abstractNum>
  <w:abstractNum w:abstractNumId="136">
    <w:multiLevelType w:val="singleLevel"/>
    <w:lvl w:ilvl="0">
      <w:start w:val="1"/>
      <w:numFmt w:val="bullet"/>
      <w:lvlText w:val="•"/>
      <w:lvlJc w:val="left"/>
      <w:pPr>
        <w:tabs>
          <w:tab w:val="num" w:pos="540"/>
        </w:tabs>
        <w:ind w:left="540" w:hanging="270"/>
      </w:pPr>
    </w:lvl>
  </w:abstractNum>
  <w:abstractNum w:abstractNumId="137">
    <w:multiLevelType w:val="singleLevel"/>
    <w:lvl w:ilvl="0">
      <w:start w:val="1"/>
      <w:numFmt w:val="bullet"/>
      <w:lvlText w:val="•"/>
      <w:lvlJc w:val="left"/>
      <w:pPr>
        <w:tabs>
          <w:tab w:val="num" w:pos="540"/>
        </w:tabs>
        <w:ind w:left="540" w:hanging="270"/>
      </w:pPr>
    </w:lvl>
  </w:abstractNum>
  <w:abstractNum w:abstractNumId="138">
    <w:multiLevelType w:val="singleLevel"/>
    <w:lvl w:ilvl="0">
      <w:start w:val="1"/>
      <w:numFmt w:val="bullet"/>
      <w:lvlText w:val="•"/>
      <w:lvlJc w:val="left"/>
      <w:pPr>
        <w:tabs>
          <w:tab w:val="num" w:pos="540"/>
        </w:tabs>
        <w:ind w:left="540" w:hanging="270"/>
      </w:pPr>
    </w:lvl>
  </w:abstractNum>
  <w:abstractNum w:abstractNumId="139">
    <w:multiLevelType w:val="singleLevel"/>
    <w:lvl w:ilvl="0">
      <w:start w:val="1"/>
      <w:numFmt w:val="bullet"/>
      <w:lvlText w:val="•"/>
      <w:lvlJc w:val="left"/>
      <w:pPr>
        <w:tabs>
          <w:tab w:val="num" w:pos="540"/>
        </w:tabs>
        <w:ind w:left="540" w:hanging="270"/>
      </w:pPr>
    </w:lvl>
  </w:abstractNum>
  <w:abstractNum w:abstractNumId="140">
    <w:multiLevelType w:val="singleLevel"/>
    <w:lvl w:ilvl="0">
      <w:start w:val="1"/>
      <w:numFmt w:val="bullet"/>
      <w:lvlText w:val="•"/>
      <w:lvlJc w:val="left"/>
      <w:pPr>
        <w:tabs>
          <w:tab w:val="num" w:pos="540"/>
        </w:tabs>
        <w:ind w:left="540" w:hanging="270"/>
      </w:pPr>
    </w:lvl>
  </w:abstractNum>
  <w:abstractNum w:abstractNumId="141">
    <w:multiLevelType w:val="singleLevel"/>
    <w:lvl w:ilvl="0">
      <w:start w:val="1"/>
      <w:numFmt w:val="bullet"/>
      <w:lvlText w:val="•"/>
      <w:lvlJc w:val="left"/>
      <w:pPr>
        <w:tabs>
          <w:tab w:val="num" w:pos="540"/>
        </w:tabs>
        <w:ind w:left="540" w:hanging="270"/>
      </w:pPr>
    </w:lvl>
  </w:abstractNum>
  <w:abstractNum w:abstractNumId="142">
    <w:multiLevelType w:val="singleLevel"/>
    <w:lvl w:ilvl="0">
      <w:start w:val="1"/>
      <w:numFmt w:val="bullet"/>
      <w:lvlText w:val="•"/>
      <w:lvlJc w:val="left"/>
      <w:pPr>
        <w:tabs>
          <w:tab w:val="num" w:pos="540"/>
        </w:tabs>
        <w:ind w:left="540" w:hanging="270"/>
      </w:pPr>
    </w:lvl>
  </w:abstractNum>
  <w:abstractNum w:abstractNumId="143">
    <w:multiLevelType w:val="singleLevel"/>
    <w:lvl w:ilvl="0">
      <w:start w:val="1"/>
      <w:numFmt w:val="bullet"/>
      <w:lvlText w:val="•"/>
      <w:lvlJc w:val="left"/>
      <w:pPr>
        <w:tabs>
          <w:tab w:val="num" w:pos="540"/>
        </w:tabs>
        <w:ind w:left="540" w:hanging="27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00" w:after="120"/>
    </w:pPr>
    <w:rPr>
      <w:rFonts w:ascii="SimSun" w:hAnsi="SimSun" w:eastAsia="SimSu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Microsoft YaHei" w:hAnsi="Microsoft YaHei" w:eastAsia="Microsoft YaHe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Microsoft YaHei" w:hAnsi="Microsoft YaHei" w:eastAsia="Microsoft YaHei"/>
      <w:b/>
      <w:bCs/>
      <w:color w:val="1F2937"/>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Microsoft YaHei" w:hAnsi="Microsoft YaHei" w:eastAsia="Microsoft YaHei"/>
      <w:b/>
      <w:bCs/>
      <w:color w:val="1F29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400"/>
      <w:contextualSpacing/>
    </w:pPr>
    <w:rPr>
      <w:rFonts w:asciiTheme="majorHAnsi" w:eastAsiaTheme="majorEastAsia" w:hAnsiTheme="majorHAnsi" w:cstheme="majorBidi" w:ascii="Microsoft YaHei" w:hAnsi="Microsoft YaHei" w:eastAsia="Microsoft YaHei"/>
      <w:color w:val="2E74B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80" w:after="80"/>
    </w:pPr>
    <w:rPr>
      <w:rFonts w:asciiTheme="majorHAnsi" w:eastAsiaTheme="majorEastAsia" w:hAnsiTheme="majorHAnsi" w:cstheme="majorBidi" w:ascii="Microsoft YaHei" w:hAnsi="Microsoft YaHei" w:eastAsia="Microsoft YaHei"/>
      <w:i/>
      <w:iCs/>
      <w:color w:val="5B65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maMeta">
    <w:name w:val="Drama Meta"/>
    <w:basedOn w:val="Normal"/>
    <w:pPr>
      <w:spacing w:after="60"/>
    </w:pPr>
    <w:rPr>
      <w:rFonts w:ascii="Microsoft YaHei" w:hAnsi="Microsoft YaHei" w:eastAsia="Microsoft YaHei"/>
      <w:color w:val="5B6573"/>
      <w:sz w:val="18"/>
    </w:rPr>
  </w:style>
  <w:style w:type="paragraph" w:customStyle="1" w:styleId="DramaHook">
    <w:name w:val="Drama Hook"/>
    <w:basedOn w:val="Normal"/>
    <w:pPr>
      <w:spacing w:before="160" w:after="160"/>
      <w:ind w:left="240" w:right="240"/>
    </w:pPr>
    <w:rPr>
      <w:rFonts w:ascii="Microsoft YaHei" w:hAnsi="Microsoft YaHei" w:eastAsia="Microsoft YaHei"/>
      <w:b/>
      <w:color w:val="2E74B5"/>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《全家都说我推了妹妹》 - 全季锁稿</dc:title>
  <dc:subject>中国大陆竖屏连续短剧生产文件</dc:subject>
  <dc:creator>python-docx</dc:creator>
  <cp:keywords>竖屏短剧, 拍摄稿, 项目开发</cp:keywords>
  <dc:description>由 write-vertical-short-drama 确定性导出器生成；不含自动创作。</dc:description>
  <cp:lastModifiedBy/>
  <cp:revision>1</cp:revision>
  <dcterms:created xsi:type="dcterms:W3CDTF">2013-12-23T23:15:00Z</dcterms:created>
  <dcterms:modified xsi:type="dcterms:W3CDTF">2013-12-23T23:15:00Z</dcterms:modified>
  <cp:category/>
  <dc:identifier>quan-jia-dou-shuo-wo-tui-le-meimei:season:1.0.0:19aa814c011be33b</dc:identifier>
</cp:coreProperties>
</file>